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15413360" w:edGrp="everyone"/>
      <w:r w:rsidRPr="00161078">
        <w:rPr>
          <w:lang w:val="pl-PL"/>
        </w:rPr>
        <w:t>...............................................................................................</w:t>
      </w:r>
      <w:permEnd w:id="15413360"/>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1207531606" w:edGrp="everyone"/>
      <w:r w:rsidRPr="00161078">
        <w:rPr>
          <w:lang w:val="pl-PL"/>
        </w:rPr>
        <w:t>.............................</w:t>
      </w:r>
      <w:permEnd w:id="1207531606"/>
      <w:r w:rsidRPr="00161078">
        <w:rPr>
          <w:lang w:val="pl-PL"/>
        </w:rPr>
        <w:t xml:space="preserve">   tel.: </w:t>
      </w:r>
      <w:permStart w:id="1650021113" w:edGrp="everyone"/>
      <w:r w:rsidRPr="00161078">
        <w:rPr>
          <w:lang w:val="pl-PL"/>
        </w:rPr>
        <w:t xml:space="preserve">.............................  </w:t>
      </w:r>
      <w:permEnd w:id="1650021113"/>
      <w:r w:rsidRPr="00161078">
        <w:rPr>
          <w:lang w:val="pl-PL"/>
        </w:rPr>
        <w:t xml:space="preserve"> e-mail</w:t>
      </w:r>
      <w:permStart w:id="2042381719" w:edGrp="everyone"/>
      <w:r w:rsidRPr="00161078">
        <w:rPr>
          <w:lang w:val="pl-PL"/>
        </w:rPr>
        <w:t>: .............................</w:t>
      </w:r>
      <w:permEnd w:id="2042381719"/>
    </w:p>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4,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4450"/>
        <w:gridCol w:w="1720"/>
        <w:gridCol w:w="640"/>
        <w:gridCol w:w="1260"/>
        <w:gridCol w:w="1250"/>
        <w:gridCol w:w="620"/>
        <w:gridCol w:w="1250"/>
        <w:gridCol w:w="1350"/>
        <w:gridCol w:w="1350"/>
      </w:tblGrid>
      <w:tr w:rsidR="001512C8" w:rsidRPr="00161078" w14:paraId="0C818EE2" w14:textId="77777777" w:rsidTr="0079529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4450"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2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95294">
        <w:trPr>
          <w:jc w:val="center"/>
        </w:trPr>
        <w:tc>
          <w:tcPr>
            <w:tcW w:w="420" w:type="dxa"/>
            <w:vAlign w:val="center"/>
          </w:tcPr>
          <w:p w14:paraId="61531AB0" w14:textId="77777777" w:rsidR="001512C8" w:rsidRPr="00161078" w:rsidRDefault="00443F1E">
            <w:pPr>
              <w:spacing w:before="20" w:after="20"/>
              <w:jc w:val="center"/>
              <w:rPr>
                <w:lang w:val="pl-PL"/>
              </w:rPr>
            </w:pPr>
            <w:permStart w:id="342849384" w:edGrp="everyone" w:colFirst="5" w:colLast="5"/>
            <w:permStart w:id="986581390" w:edGrp="everyone" w:colFirst="6" w:colLast="6"/>
            <w:permStart w:id="2092645492" w:edGrp="everyone" w:colFirst="7" w:colLast="7"/>
            <w:permStart w:id="1098606156" w:edGrp="everyone" w:colFirst="8" w:colLast="8"/>
            <w:permStart w:id="1339900146" w:edGrp="everyone" w:colFirst="9" w:colLast="9"/>
            <w:r w:rsidRPr="00161078">
              <w:rPr>
                <w:sz w:val="16"/>
                <w:lang w:val="pl-PL"/>
              </w:rPr>
              <w:t>1</w:t>
            </w:r>
          </w:p>
        </w:tc>
        <w:tc>
          <w:tcPr>
            <w:tcW w:w="4450" w:type="dxa"/>
            <w:vAlign w:val="center"/>
          </w:tcPr>
          <w:p w14:paraId="4C33C0AE" w14:textId="77777777" w:rsidR="001512C8" w:rsidRPr="006B3EB8" w:rsidRDefault="00443F1E">
            <w:pPr>
              <w:spacing w:before="20" w:after="20"/>
              <w:jc w:val="left"/>
            </w:pPr>
            <w:r w:rsidRPr="006B3EB8">
              <w:rPr>
                <w:sz w:val="16"/>
              </w:rPr>
              <w:t>4D-Nucleofector® X Kit (32 reactions; 16-well Nucleocuvette® Strips)</w:t>
            </w:r>
          </w:p>
        </w:tc>
        <w:tc>
          <w:tcPr>
            <w:tcW w:w="1720" w:type="dxa"/>
            <w:vAlign w:val="center"/>
          </w:tcPr>
          <w:p w14:paraId="7873BEE1" w14:textId="77777777" w:rsidR="001512C8" w:rsidRPr="00161078" w:rsidRDefault="00443F1E">
            <w:pPr>
              <w:spacing w:before="20" w:after="20"/>
              <w:jc w:val="center"/>
              <w:rPr>
                <w:lang w:val="pl-PL"/>
              </w:rPr>
            </w:pPr>
            <w:r w:rsidRPr="00161078">
              <w:rPr>
                <w:sz w:val="16"/>
                <w:lang w:val="pl-PL"/>
              </w:rPr>
              <w:t xml:space="preserve">32 reakcje 16-well </w:t>
            </w:r>
            <w:proofErr w:type="spellStart"/>
            <w:r w:rsidRPr="00161078">
              <w:rPr>
                <w:sz w:val="16"/>
                <w:lang w:val="pl-PL"/>
              </w:rPr>
              <w:t>Nucleocuvette</w:t>
            </w:r>
            <w:proofErr w:type="spellEnd"/>
            <w:r w:rsidRPr="00161078">
              <w:rPr>
                <w:sz w:val="16"/>
                <w:lang w:val="pl-PL"/>
              </w:rPr>
              <w:t xml:space="preserve">® </w:t>
            </w:r>
            <w:proofErr w:type="spellStart"/>
            <w:r w:rsidRPr="00161078">
              <w:rPr>
                <w:sz w:val="16"/>
                <w:lang w:val="pl-PL"/>
              </w:rPr>
              <w:t>Strips</w:t>
            </w:r>
            <w:proofErr w:type="spellEnd"/>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3</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2262F057" w14:textId="77777777" w:rsidTr="00795294">
        <w:trPr>
          <w:jc w:val="center"/>
        </w:trPr>
        <w:tc>
          <w:tcPr>
            <w:tcW w:w="420" w:type="dxa"/>
            <w:vAlign w:val="center"/>
          </w:tcPr>
          <w:p w14:paraId="558DD7B8" w14:textId="77777777" w:rsidR="001512C8" w:rsidRPr="00161078" w:rsidRDefault="00443F1E">
            <w:pPr>
              <w:spacing w:before="20" w:after="20"/>
              <w:jc w:val="center"/>
              <w:rPr>
                <w:lang w:val="pl-PL"/>
              </w:rPr>
            </w:pPr>
            <w:permStart w:id="2048008313" w:edGrp="everyone" w:colFirst="5" w:colLast="5"/>
            <w:permStart w:id="2127453143" w:edGrp="everyone" w:colFirst="6" w:colLast="6"/>
            <w:permStart w:id="306739044" w:edGrp="everyone" w:colFirst="7" w:colLast="7"/>
            <w:permStart w:id="194185703" w:edGrp="everyone" w:colFirst="8" w:colLast="8"/>
            <w:permStart w:id="7616128" w:edGrp="everyone" w:colFirst="9" w:colLast="9"/>
            <w:permEnd w:id="342849384"/>
            <w:permEnd w:id="986581390"/>
            <w:permEnd w:id="2092645492"/>
            <w:permEnd w:id="1098606156"/>
            <w:permEnd w:id="1339900146"/>
            <w:r w:rsidRPr="00161078">
              <w:rPr>
                <w:sz w:val="16"/>
                <w:lang w:val="pl-PL"/>
              </w:rPr>
              <w:t>2</w:t>
            </w:r>
          </w:p>
        </w:tc>
        <w:tc>
          <w:tcPr>
            <w:tcW w:w="4450" w:type="dxa"/>
            <w:vAlign w:val="center"/>
          </w:tcPr>
          <w:p w14:paraId="3D999C5D" w14:textId="77777777" w:rsidR="001512C8" w:rsidRPr="006B3EB8" w:rsidRDefault="00443F1E">
            <w:pPr>
              <w:spacing w:before="20" w:after="20"/>
              <w:jc w:val="left"/>
            </w:pPr>
            <w:r w:rsidRPr="006B3EB8">
              <w:rPr>
                <w:sz w:val="16"/>
              </w:rPr>
              <w:t>P3 Primary Cell 4D-Nucleofector® X Kit L</w:t>
            </w:r>
          </w:p>
        </w:tc>
        <w:tc>
          <w:tcPr>
            <w:tcW w:w="1720" w:type="dxa"/>
            <w:vAlign w:val="center"/>
          </w:tcPr>
          <w:p w14:paraId="4910728D" w14:textId="77777777" w:rsidR="001512C8" w:rsidRPr="00161078" w:rsidRDefault="00443F1E">
            <w:pPr>
              <w:spacing w:before="20" w:after="20"/>
              <w:jc w:val="center"/>
              <w:rPr>
                <w:lang w:val="pl-PL"/>
              </w:rPr>
            </w:pPr>
            <w:r w:rsidRPr="00161078">
              <w:rPr>
                <w:sz w:val="16"/>
                <w:lang w:val="pl-PL"/>
              </w:rPr>
              <w:t xml:space="preserve">24 reakcje 100 µL </w:t>
            </w:r>
            <w:proofErr w:type="spellStart"/>
            <w:r w:rsidRPr="00161078">
              <w:rPr>
                <w:sz w:val="16"/>
                <w:lang w:val="pl-PL"/>
              </w:rPr>
              <w:t>Nucleocuvette</w:t>
            </w:r>
            <w:proofErr w:type="spellEnd"/>
            <w:r w:rsidRPr="00161078">
              <w:rPr>
                <w:sz w:val="16"/>
                <w:lang w:val="pl-PL"/>
              </w:rPr>
              <w:t xml:space="preserve">® </w:t>
            </w:r>
            <w:proofErr w:type="spellStart"/>
            <w:r w:rsidRPr="00161078">
              <w:rPr>
                <w:sz w:val="16"/>
                <w:lang w:val="pl-PL"/>
              </w:rPr>
              <w:t>Vessels</w:t>
            </w:r>
            <w:proofErr w:type="spellEnd"/>
          </w:p>
        </w:tc>
        <w:tc>
          <w:tcPr>
            <w:tcW w:w="640" w:type="dxa"/>
            <w:vAlign w:val="center"/>
          </w:tcPr>
          <w:p w14:paraId="1707721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3B111FC" w14:textId="77777777" w:rsidR="001512C8" w:rsidRPr="00161078" w:rsidRDefault="00056A14">
            <w:pPr>
              <w:spacing w:before="20" w:after="20"/>
              <w:jc w:val="center"/>
              <w:rPr>
                <w:lang w:val="pl-PL"/>
              </w:rPr>
            </w:pPr>
            <w:r>
              <w:rPr>
                <w:sz w:val="16"/>
                <w:lang w:val="pl-PL"/>
              </w:rPr>
              <w:t>3</w:t>
            </w:r>
          </w:p>
        </w:tc>
        <w:tc>
          <w:tcPr>
            <w:tcW w:w="1250" w:type="dxa"/>
            <w:vAlign w:val="center"/>
          </w:tcPr>
          <w:p w14:paraId="0B0BAF6A" w14:textId="77777777" w:rsidR="001512C8" w:rsidRPr="00161078" w:rsidRDefault="001512C8">
            <w:pPr>
              <w:spacing w:before="20" w:after="20"/>
              <w:jc w:val="center"/>
              <w:rPr>
                <w:lang w:val="pl-PL"/>
              </w:rPr>
            </w:pPr>
          </w:p>
        </w:tc>
        <w:tc>
          <w:tcPr>
            <w:tcW w:w="620" w:type="dxa"/>
            <w:vAlign w:val="center"/>
          </w:tcPr>
          <w:p w14:paraId="5A553831" w14:textId="77777777" w:rsidR="001512C8" w:rsidRPr="00161078" w:rsidRDefault="001512C8">
            <w:pPr>
              <w:spacing w:before="20" w:after="20"/>
              <w:jc w:val="center"/>
              <w:rPr>
                <w:lang w:val="pl-PL"/>
              </w:rPr>
            </w:pPr>
          </w:p>
        </w:tc>
        <w:tc>
          <w:tcPr>
            <w:tcW w:w="1250" w:type="dxa"/>
            <w:vAlign w:val="center"/>
          </w:tcPr>
          <w:p w14:paraId="1259A2F8" w14:textId="77777777" w:rsidR="001512C8" w:rsidRPr="00161078" w:rsidRDefault="001512C8">
            <w:pPr>
              <w:spacing w:before="20" w:after="20"/>
              <w:jc w:val="center"/>
              <w:rPr>
                <w:lang w:val="pl-PL"/>
              </w:rPr>
            </w:pPr>
          </w:p>
        </w:tc>
        <w:tc>
          <w:tcPr>
            <w:tcW w:w="1350" w:type="dxa"/>
            <w:vAlign w:val="center"/>
          </w:tcPr>
          <w:p w14:paraId="13CDBE8A" w14:textId="77777777" w:rsidR="001512C8" w:rsidRPr="00161078" w:rsidRDefault="001512C8">
            <w:pPr>
              <w:spacing w:before="20" w:after="20"/>
              <w:jc w:val="center"/>
              <w:rPr>
                <w:lang w:val="pl-PL"/>
              </w:rPr>
            </w:pPr>
          </w:p>
        </w:tc>
        <w:tc>
          <w:tcPr>
            <w:tcW w:w="1350" w:type="dxa"/>
            <w:vAlign w:val="center"/>
          </w:tcPr>
          <w:p w14:paraId="571381AF" w14:textId="77777777" w:rsidR="001512C8" w:rsidRPr="00161078" w:rsidRDefault="001512C8">
            <w:pPr>
              <w:spacing w:before="20" w:after="20"/>
              <w:jc w:val="center"/>
              <w:rPr>
                <w:lang w:val="pl-PL"/>
              </w:rPr>
            </w:pPr>
          </w:p>
        </w:tc>
      </w:tr>
      <w:tr w:rsidR="001512C8" w:rsidRPr="00161078" w14:paraId="296F3F5B" w14:textId="77777777" w:rsidTr="00795294">
        <w:trPr>
          <w:jc w:val="center"/>
        </w:trPr>
        <w:tc>
          <w:tcPr>
            <w:tcW w:w="420" w:type="dxa"/>
            <w:vAlign w:val="center"/>
          </w:tcPr>
          <w:p w14:paraId="48AB044F" w14:textId="77777777" w:rsidR="001512C8" w:rsidRPr="00161078" w:rsidRDefault="00443F1E">
            <w:pPr>
              <w:spacing w:before="20" w:after="20"/>
              <w:jc w:val="center"/>
              <w:rPr>
                <w:lang w:val="pl-PL"/>
              </w:rPr>
            </w:pPr>
            <w:permStart w:id="1964249965" w:edGrp="everyone" w:colFirst="5" w:colLast="5"/>
            <w:permStart w:id="856510954" w:edGrp="everyone" w:colFirst="6" w:colLast="6"/>
            <w:permStart w:id="1815818829" w:edGrp="everyone" w:colFirst="7" w:colLast="7"/>
            <w:permStart w:id="248275771" w:edGrp="everyone" w:colFirst="8" w:colLast="8"/>
            <w:permStart w:id="1754551353" w:edGrp="everyone" w:colFirst="9" w:colLast="9"/>
            <w:permEnd w:id="2048008313"/>
            <w:permEnd w:id="2127453143"/>
            <w:permEnd w:id="306739044"/>
            <w:permEnd w:id="194185703"/>
            <w:permEnd w:id="7616128"/>
            <w:r w:rsidRPr="00161078">
              <w:rPr>
                <w:sz w:val="16"/>
                <w:lang w:val="pl-PL"/>
              </w:rPr>
              <w:t>3</w:t>
            </w:r>
          </w:p>
        </w:tc>
        <w:tc>
          <w:tcPr>
            <w:tcW w:w="4450" w:type="dxa"/>
            <w:vAlign w:val="center"/>
          </w:tcPr>
          <w:p w14:paraId="63D12835" w14:textId="77777777" w:rsidR="001512C8" w:rsidRPr="00161078" w:rsidRDefault="00443F1E">
            <w:pPr>
              <w:spacing w:before="20" w:after="20"/>
              <w:jc w:val="left"/>
              <w:rPr>
                <w:lang w:val="pl-PL"/>
              </w:rPr>
            </w:pPr>
            <w:r w:rsidRPr="00161078">
              <w:rPr>
                <w:sz w:val="16"/>
                <w:lang w:val="pl-PL"/>
              </w:rPr>
              <w:t>X-VIVO 15</w:t>
            </w:r>
          </w:p>
        </w:tc>
        <w:tc>
          <w:tcPr>
            <w:tcW w:w="1720" w:type="dxa"/>
            <w:vAlign w:val="center"/>
          </w:tcPr>
          <w:p w14:paraId="6A006D77" w14:textId="77777777" w:rsidR="001512C8" w:rsidRPr="00161078" w:rsidRDefault="00443F1E">
            <w:pPr>
              <w:spacing w:before="20" w:after="20"/>
              <w:jc w:val="center"/>
              <w:rPr>
                <w:lang w:val="pl-PL"/>
              </w:rPr>
            </w:pPr>
            <w:r w:rsidRPr="00161078">
              <w:rPr>
                <w:sz w:val="16"/>
                <w:lang w:val="pl-PL"/>
              </w:rPr>
              <w:t>1000ml</w:t>
            </w:r>
          </w:p>
        </w:tc>
        <w:tc>
          <w:tcPr>
            <w:tcW w:w="640" w:type="dxa"/>
            <w:vAlign w:val="center"/>
          </w:tcPr>
          <w:p w14:paraId="2D7463DF"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65281C3B" w14:textId="77777777" w:rsidR="001512C8" w:rsidRPr="00161078" w:rsidRDefault="00056A14">
            <w:pPr>
              <w:spacing w:before="20" w:after="20"/>
              <w:jc w:val="center"/>
              <w:rPr>
                <w:lang w:val="pl-PL"/>
              </w:rPr>
            </w:pPr>
            <w:r>
              <w:rPr>
                <w:sz w:val="16"/>
                <w:lang w:val="pl-PL"/>
              </w:rPr>
              <w:t>27</w:t>
            </w:r>
          </w:p>
        </w:tc>
        <w:tc>
          <w:tcPr>
            <w:tcW w:w="1250" w:type="dxa"/>
            <w:vAlign w:val="center"/>
          </w:tcPr>
          <w:p w14:paraId="4ECFE271" w14:textId="77777777" w:rsidR="001512C8" w:rsidRPr="00161078" w:rsidRDefault="001512C8">
            <w:pPr>
              <w:spacing w:before="20" w:after="20"/>
              <w:jc w:val="center"/>
              <w:rPr>
                <w:lang w:val="pl-PL"/>
              </w:rPr>
            </w:pPr>
          </w:p>
        </w:tc>
        <w:tc>
          <w:tcPr>
            <w:tcW w:w="620" w:type="dxa"/>
            <w:vAlign w:val="center"/>
          </w:tcPr>
          <w:p w14:paraId="182EEF2E" w14:textId="77777777" w:rsidR="001512C8" w:rsidRPr="00161078" w:rsidRDefault="001512C8">
            <w:pPr>
              <w:spacing w:before="20" w:after="20"/>
              <w:jc w:val="center"/>
              <w:rPr>
                <w:lang w:val="pl-PL"/>
              </w:rPr>
            </w:pPr>
          </w:p>
        </w:tc>
        <w:tc>
          <w:tcPr>
            <w:tcW w:w="1250" w:type="dxa"/>
            <w:vAlign w:val="center"/>
          </w:tcPr>
          <w:p w14:paraId="5B9A814A" w14:textId="77777777" w:rsidR="001512C8" w:rsidRPr="00161078" w:rsidRDefault="001512C8">
            <w:pPr>
              <w:spacing w:before="20" w:after="20"/>
              <w:jc w:val="center"/>
              <w:rPr>
                <w:lang w:val="pl-PL"/>
              </w:rPr>
            </w:pPr>
          </w:p>
        </w:tc>
        <w:tc>
          <w:tcPr>
            <w:tcW w:w="1350" w:type="dxa"/>
            <w:vAlign w:val="center"/>
          </w:tcPr>
          <w:p w14:paraId="515EDBF5" w14:textId="77777777" w:rsidR="001512C8" w:rsidRPr="00161078" w:rsidRDefault="001512C8">
            <w:pPr>
              <w:spacing w:before="20" w:after="20"/>
              <w:jc w:val="center"/>
              <w:rPr>
                <w:lang w:val="pl-PL"/>
              </w:rPr>
            </w:pPr>
          </w:p>
        </w:tc>
        <w:tc>
          <w:tcPr>
            <w:tcW w:w="1350" w:type="dxa"/>
            <w:vAlign w:val="center"/>
          </w:tcPr>
          <w:p w14:paraId="3F292B4F"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1967215737" w:edGrp="everyone" w:colFirst="1" w:colLast="1"/>
            <w:permStart w:id="1769349754" w:edGrp="everyone" w:colFirst="2" w:colLast="2"/>
            <w:permEnd w:id="1964249965"/>
            <w:permEnd w:id="856510954"/>
            <w:permEnd w:id="1815818829"/>
            <w:permEnd w:id="248275771"/>
            <w:permEnd w:id="1754551353"/>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1967215737"/>
      <w:permEnd w:id="1769349754"/>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6B3EB8">
        <w:rPr>
          <w:i/>
          <w:sz w:val="18"/>
          <w:lang w:val="pl-PL"/>
        </w:rPr>
        <w:t xml:space="preserve">  Ceny należy podać w walucie oferty, wskazując walutę. Oferty w walucie innej niż PLN zostaną przeliczone na PLN według średniego kursu NBP z dnia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lastRenderedPageBreak/>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999384628" w:edGrp="everyone"/>
      <w:r w:rsidRPr="00161078">
        <w:rPr>
          <w:lang w:val="pl-PL"/>
        </w:rPr>
        <w:t>...............................................</w:t>
      </w:r>
    </w:p>
    <w:permEnd w:id="1999384628"/>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4,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353185431" w:edGrp="everyone"/>
    </w:p>
    <w:p w14:paraId="598FAA95" w14:textId="77777777" w:rsidR="001512C8" w:rsidRPr="00161078" w:rsidRDefault="00443F1E">
      <w:pPr>
        <w:spacing w:after="0"/>
        <w:jc w:val="center"/>
        <w:rPr>
          <w:lang w:val="pl-PL"/>
        </w:rPr>
      </w:pPr>
      <w:r w:rsidRPr="00161078">
        <w:rPr>
          <w:lang w:val="pl-PL"/>
        </w:rPr>
        <w:t>...............................................          ...............................................</w:t>
      </w:r>
    </w:p>
    <w:permEnd w:id="353185431"/>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281893190" w:edGrp="everyone"/>
      <w:r w:rsidRPr="00161078">
        <w:rPr>
          <w:lang w:val="pl-PL"/>
        </w:rPr>
        <w:t>...............................................          ...............................................</w:t>
      </w:r>
    </w:p>
    <w:permEnd w:id="281893190"/>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4,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338C" w14:textId="77777777" w:rsidR="005577A8" w:rsidRDefault="005577A8" w:rsidP="007A5F46">
      <w:pPr>
        <w:spacing w:after="0" w:line="240" w:lineRule="auto"/>
      </w:pPr>
      <w:r>
        <w:separator/>
      </w:r>
    </w:p>
  </w:endnote>
  <w:endnote w:type="continuationSeparator" w:id="0">
    <w:p w14:paraId="70D0AD60" w14:textId="77777777" w:rsidR="005577A8" w:rsidRDefault="005577A8"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045A6" w14:textId="77777777" w:rsidR="005577A8" w:rsidRDefault="005577A8" w:rsidP="007A5F46">
      <w:pPr>
        <w:spacing w:after="0" w:line="240" w:lineRule="auto"/>
      </w:pPr>
      <w:r>
        <w:separator/>
      </w:r>
    </w:p>
  </w:footnote>
  <w:footnote w:type="continuationSeparator" w:id="0">
    <w:p w14:paraId="6A9089E4" w14:textId="77777777" w:rsidR="005577A8" w:rsidRDefault="005577A8"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9iRCqhdkMAvdcm1z7NznBeaCXJneqBUQrW8dHotfDJ/m0t6sQaT6Xbm/wemp1+qcgZ58stqXMJt9cno/fLQi4Q==" w:salt="mGm9ig4Yw7rQBf9W5Pm3TA=="/>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0D71D7"/>
    <w:rsid w:val="001136B8"/>
    <w:rsid w:val="0015074B"/>
    <w:rsid w:val="001512C8"/>
    <w:rsid w:val="00161078"/>
    <w:rsid w:val="0019327D"/>
    <w:rsid w:val="001B0B75"/>
    <w:rsid w:val="001D65B2"/>
    <w:rsid w:val="00211EA2"/>
    <w:rsid w:val="00235FF4"/>
    <w:rsid w:val="002747C6"/>
    <w:rsid w:val="0029639D"/>
    <w:rsid w:val="002B2018"/>
    <w:rsid w:val="003010EC"/>
    <w:rsid w:val="00307ED0"/>
    <w:rsid w:val="00326F90"/>
    <w:rsid w:val="00356AB6"/>
    <w:rsid w:val="003F7441"/>
    <w:rsid w:val="00413CED"/>
    <w:rsid w:val="00443F1E"/>
    <w:rsid w:val="004454D0"/>
    <w:rsid w:val="00446850"/>
    <w:rsid w:val="00471C1A"/>
    <w:rsid w:val="004D4D36"/>
    <w:rsid w:val="004E5ACF"/>
    <w:rsid w:val="005577A8"/>
    <w:rsid w:val="00595ABB"/>
    <w:rsid w:val="005D5D9D"/>
    <w:rsid w:val="0062219F"/>
    <w:rsid w:val="00625CC2"/>
    <w:rsid w:val="0064032A"/>
    <w:rsid w:val="00653515"/>
    <w:rsid w:val="00690BB7"/>
    <w:rsid w:val="006B3EB8"/>
    <w:rsid w:val="006F66BD"/>
    <w:rsid w:val="0072607B"/>
    <w:rsid w:val="00756F5B"/>
    <w:rsid w:val="00795294"/>
    <w:rsid w:val="007A08C3"/>
    <w:rsid w:val="007A5F46"/>
    <w:rsid w:val="007B582D"/>
    <w:rsid w:val="007D1D58"/>
    <w:rsid w:val="007F6AC1"/>
    <w:rsid w:val="00883FE2"/>
    <w:rsid w:val="00892D92"/>
    <w:rsid w:val="008A2197"/>
    <w:rsid w:val="008C78C8"/>
    <w:rsid w:val="00901B23"/>
    <w:rsid w:val="00990C14"/>
    <w:rsid w:val="0099136A"/>
    <w:rsid w:val="009D66A1"/>
    <w:rsid w:val="009E6F09"/>
    <w:rsid w:val="00A0693F"/>
    <w:rsid w:val="00A14E08"/>
    <w:rsid w:val="00A761CF"/>
    <w:rsid w:val="00A912C4"/>
    <w:rsid w:val="00AA1D8D"/>
    <w:rsid w:val="00AB387C"/>
    <w:rsid w:val="00AE6AC5"/>
    <w:rsid w:val="00B05E60"/>
    <w:rsid w:val="00B32199"/>
    <w:rsid w:val="00B47730"/>
    <w:rsid w:val="00B75CE2"/>
    <w:rsid w:val="00B971E9"/>
    <w:rsid w:val="00BB5AA7"/>
    <w:rsid w:val="00C057E6"/>
    <w:rsid w:val="00C06AF9"/>
    <w:rsid w:val="00C649C2"/>
    <w:rsid w:val="00C853A3"/>
    <w:rsid w:val="00C86981"/>
    <w:rsid w:val="00CB0664"/>
    <w:rsid w:val="00CE5DDD"/>
    <w:rsid w:val="00D11F9D"/>
    <w:rsid w:val="00D35310"/>
    <w:rsid w:val="00D65178"/>
    <w:rsid w:val="00D9726F"/>
    <w:rsid w:val="00DD0A7F"/>
    <w:rsid w:val="00E47DBB"/>
    <w:rsid w:val="00EC27F1"/>
    <w:rsid w:val="00EE5DEC"/>
    <w:rsid w:val="00F07721"/>
    <w:rsid w:val="00F628E2"/>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1153</Words>
  <Characters>6922</Characters>
  <Application>Microsoft Office Word</Application>
  <DocSecurity>8</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6</cp:revision>
  <cp:lastPrinted>2026-10-12T09:35:00Z</cp:lastPrinted>
  <dcterms:created xsi:type="dcterms:W3CDTF">2026-10-12T09:35:00Z</dcterms:created>
  <dcterms:modified xsi:type="dcterms:W3CDTF">2026-10-12T09:51:00Z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