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1226583337" w:edGrp="everyone"/>
      <w:r w:rsidRPr="00161078">
        <w:rPr>
          <w:lang w:val="pl-PL"/>
        </w:rPr>
        <w:t xml:space="preserve">...............................................................................................  </w:t>
      </w:r>
      <w:permEnd w:id="1226583337"/>
      <w:r w:rsidRPr="00161078">
        <w:rPr>
          <w:lang w:val="pl-PL"/>
        </w:rPr>
        <w:t>(nazwa i adres)</w:t>
      </w:r>
    </w:p>
    <w:p w14:paraId="3EAC9A3E" w14:textId="77777777" w:rsidR="001512C8" w:rsidRPr="00161078" w:rsidRDefault="00443F1E">
      <w:pPr>
        <w:rPr>
          <w:lang w:val="pl-PL"/>
        </w:rPr>
      </w:pPr>
      <w:r w:rsidRPr="00161078">
        <w:rPr>
          <w:lang w:val="pl-PL"/>
        </w:rPr>
        <w:t xml:space="preserve">NIP: </w:t>
      </w:r>
      <w:permStart w:id="389901356" w:edGrp="everyone"/>
      <w:r w:rsidRPr="00161078">
        <w:rPr>
          <w:lang w:val="pl-PL"/>
        </w:rPr>
        <w:t xml:space="preserve">............................. </w:t>
      </w:r>
      <w:permEnd w:id="389901356"/>
      <w:r w:rsidRPr="00161078">
        <w:rPr>
          <w:lang w:val="pl-PL"/>
        </w:rPr>
        <w:t xml:space="preserve">  tel.: </w:t>
      </w:r>
      <w:permStart w:id="1628972149" w:edGrp="everyone"/>
      <w:r w:rsidRPr="00161078">
        <w:rPr>
          <w:lang w:val="pl-PL"/>
        </w:rPr>
        <w:t xml:space="preserve">............................. </w:t>
      </w:r>
      <w:permEnd w:id="1628972149"/>
      <w:r w:rsidRPr="00161078">
        <w:rPr>
          <w:lang w:val="pl-PL"/>
        </w:rPr>
        <w:t xml:space="preserve">  e-mail: </w:t>
      </w:r>
      <w:permStart w:id="790636724" w:edGrp="everyone"/>
      <w:r w:rsidRPr="00161078">
        <w:rPr>
          <w:lang w:val="pl-PL"/>
        </w:rPr>
        <w:t>............................</w:t>
      </w:r>
      <w:permEnd w:id="790636724"/>
      <w:r w:rsidRPr="00161078">
        <w:rPr>
          <w:lang w:val="pl-PL"/>
        </w:rPr>
        <w:t>.</w:t>
      </w:r>
    </w:p>
    <w:p w14:paraId="7EA6031A" w14:textId="0D83107E" w:rsidR="001512C8" w:rsidRPr="00161078" w:rsidRDefault="00443F1E">
      <w:pPr>
        <w:rPr>
          <w:lang w:val="pl-PL"/>
        </w:rPr>
      </w:pPr>
      <w:r w:rsidRPr="00161078">
        <w:rPr>
          <w:lang w:val="pl-PL"/>
        </w:rPr>
        <w:t>W nawiązaniu do zapytania ofertowego na sukcesywną dostawę odczynników laboratoryjnych – grupa 3, do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4450"/>
        <w:gridCol w:w="1720"/>
        <w:gridCol w:w="640"/>
        <w:gridCol w:w="1260"/>
        <w:gridCol w:w="1250"/>
        <w:gridCol w:w="620"/>
        <w:gridCol w:w="1250"/>
        <w:gridCol w:w="1350"/>
        <w:gridCol w:w="1350"/>
      </w:tblGrid>
      <w:tr w:rsidR="001512C8" w:rsidRPr="00161078" w14:paraId="0C818EE2" w14:textId="77777777" w:rsidTr="0079529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4450"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2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95294">
        <w:trPr>
          <w:jc w:val="center"/>
        </w:trPr>
        <w:tc>
          <w:tcPr>
            <w:tcW w:w="420" w:type="dxa"/>
            <w:vAlign w:val="center"/>
          </w:tcPr>
          <w:p w14:paraId="61531AB0" w14:textId="77777777" w:rsidR="001512C8" w:rsidRPr="00161078" w:rsidRDefault="00443F1E">
            <w:pPr>
              <w:spacing w:before="20" w:after="20"/>
              <w:jc w:val="center"/>
              <w:rPr>
                <w:lang w:val="pl-PL"/>
              </w:rPr>
            </w:pPr>
            <w:permStart w:id="692264922" w:edGrp="everyone" w:colFirst="5" w:colLast="5"/>
            <w:permStart w:id="1197219416" w:edGrp="everyone" w:colFirst="6" w:colLast="6"/>
            <w:permStart w:id="1647273983" w:edGrp="everyone" w:colFirst="7" w:colLast="7"/>
            <w:permStart w:id="525950412" w:edGrp="everyone" w:colFirst="8" w:colLast="8"/>
            <w:permStart w:id="343758069" w:edGrp="everyone" w:colFirst="9" w:colLast="9"/>
            <w:r w:rsidRPr="00161078">
              <w:rPr>
                <w:sz w:val="16"/>
                <w:lang w:val="pl-PL"/>
              </w:rPr>
              <w:t>1</w:t>
            </w:r>
          </w:p>
        </w:tc>
        <w:tc>
          <w:tcPr>
            <w:tcW w:w="4450" w:type="dxa"/>
            <w:vAlign w:val="center"/>
          </w:tcPr>
          <w:p w14:paraId="4C33C0AE" w14:textId="77777777" w:rsidR="001512C8" w:rsidRPr="00161078" w:rsidRDefault="00443F1E">
            <w:pPr>
              <w:spacing w:before="20" w:after="20"/>
              <w:jc w:val="left"/>
              <w:rPr>
                <w:lang w:val="pl-PL"/>
              </w:rPr>
            </w:pPr>
            <w:r w:rsidRPr="00161078">
              <w:rPr>
                <w:sz w:val="16"/>
                <w:lang w:val="pl-PL"/>
              </w:rPr>
              <w:t xml:space="preserve">DPBS w/o </w:t>
            </w:r>
            <w:proofErr w:type="spellStart"/>
            <w:r w:rsidRPr="00161078">
              <w:rPr>
                <w:sz w:val="16"/>
                <w:lang w:val="pl-PL"/>
              </w:rPr>
              <w:t>Calcium</w:t>
            </w:r>
            <w:proofErr w:type="spellEnd"/>
            <w:r w:rsidRPr="00161078">
              <w:rPr>
                <w:sz w:val="16"/>
                <w:lang w:val="pl-PL"/>
              </w:rPr>
              <w:t xml:space="preserve"> w/o </w:t>
            </w:r>
            <w:proofErr w:type="spellStart"/>
            <w:r w:rsidRPr="00161078">
              <w:rPr>
                <w:sz w:val="16"/>
                <w:lang w:val="pl-PL"/>
              </w:rPr>
              <w:t>Magnesium</w:t>
            </w:r>
            <w:proofErr w:type="spellEnd"/>
          </w:p>
        </w:tc>
        <w:tc>
          <w:tcPr>
            <w:tcW w:w="1720" w:type="dxa"/>
            <w:vAlign w:val="center"/>
          </w:tcPr>
          <w:p w14:paraId="7873BEE1" w14:textId="77777777" w:rsidR="001512C8" w:rsidRPr="00161078" w:rsidRDefault="00443F1E">
            <w:pPr>
              <w:spacing w:before="20" w:after="20"/>
              <w:jc w:val="center"/>
              <w:rPr>
                <w:lang w:val="pl-PL"/>
              </w:rPr>
            </w:pPr>
            <w:proofErr w:type="spellStart"/>
            <w:r w:rsidRPr="00161078">
              <w:rPr>
                <w:sz w:val="16"/>
                <w:lang w:val="pl-PL"/>
              </w:rPr>
              <w:t>pH</w:t>
            </w:r>
            <w:proofErr w:type="spellEnd"/>
            <w:r w:rsidRPr="00161078">
              <w:rPr>
                <w:sz w:val="16"/>
                <w:lang w:val="pl-PL"/>
              </w:rPr>
              <w:t>: 7.5 ± 0.3; sterylny, pojemność 500mL</w:t>
            </w:r>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120</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6FEBB9D4" w14:textId="77777777" w:rsidTr="00795294">
        <w:trPr>
          <w:jc w:val="center"/>
        </w:trPr>
        <w:tc>
          <w:tcPr>
            <w:tcW w:w="420" w:type="dxa"/>
            <w:vAlign w:val="center"/>
          </w:tcPr>
          <w:p w14:paraId="4109B0A6" w14:textId="77777777" w:rsidR="001512C8" w:rsidRPr="00161078" w:rsidRDefault="00443F1E">
            <w:pPr>
              <w:spacing w:before="20" w:after="20"/>
              <w:jc w:val="center"/>
              <w:rPr>
                <w:lang w:val="pl-PL"/>
              </w:rPr>
            </w:pPr>
            <w:permStart w:id="968237886" w:edGrp="everyone" w:colFirst="5" w:colLast="5"/>
            <w:permStart w:id="760752615" w:edGrp="everyone" w:colFirst="6" w:colLast="6"/>
            <w:permStart w:id="654463429" w:edGrp="everyone" w:colFirst="7" w:colLast="7"/>
            <w:permStart w:id="914956471" w:edGrp="everyone" w:colFirst="8" w:colLast="8"/>
            <w:permStart w:id="826501758" w:edGrp="everyone" w:colFirst="9" w:colLast="9"/>
            <w:permEnd w:id="692264922"/>
            <w:permEnd w:id="1197219416"/>
            <w:permEnd w:id="1647273983"/>
            <w:permEnd w:id="525950412"/>
            <w:permEnd w:id="343758069"/>
            <w:r w:rsidRPr="00161078">
              <w:rPr>
                <w:sz w:val="16"/>
                <w:lang w:val="pl-PL"/>
              </w:rPr>
              <w:t>2</w:t>
            </w:r>
          </w:p>
        </w:tc>
        <w:tc>
          <w:tcPr>
            <w:tcW w:w="4450" w:type="dxa"/>
            <w:vAlign w:val="center"/>
          </w:tcPr>
          <w:p w14:paraId="2BCA9697" w14:textId="77777777" w:rsidR="001512C8" w:rsidRPr="00161078" w:rsidRDefault="00443F1E">
            <w:pPr>
              <w:spacing w:before="20" w:after="20"/>
              <w:jc w:val="left"/>
              <w:rPr>
                <w:lang w:val="pl-PL"/>
              </w:rPr>
            </w:pPr>
            <w:proofErr w:type="spellStart"/>
            <w:r w:rsidRPr="00161078">
              <w:rPr>
                <w:sz w:val="16"/>
                <w:lang w:val="pl-PL"/>
              </w:rPr>
              <w:t>Penicillin</w:t>
            </w:r>
            <w:proofErr w:type="spellEnd"/>
            <w:r w:rsidRPr="00161078">
              <w:rPr>
                <w:sz w:val="16"/>
                <w:lang w:val="pl-PL"/>
              </w:rPr>
              <w:t xml:space="preserve"> – </w:t>
            </w:r>
            <w:proofErr w:type="spellStart"/>
            <w:r w:rsidRPr="00161078">
              <w:rPr>
                <w:sz w:val="16"/>
                <w:lang w:val="pl-PL"/>
              </w:rPr>
              <w:t>Streptomycin</w:t>
            </w:r>
            <w:proofErr w:type="spellEnd"/>
            <w:r w:rsidRPr="00161078">
              <w:rPr>
                <w:sz w:val="16"/>
                <w:lang w:val="pl-PL"/>
              </w:rPr>
              <w:t xml:space="preserve"> Solution 100X</w:t>
            </w:r>
          </w:p>
        </w:tc>
        <w:tc>
          <w:tcPr>
            <w:tcW w:w="1720" w:type="dxa"/>
            <w:vAlign w:val="center"/>
          </w:tcPr>
          <w:p w14:paraId="15FFE0DF" w14:textId="77777777" w:rsidR="001512C8" w:rsidRPr="00161078" w:rsidRDefault="00443F1E">
            <w:pPr>
              <w:spacing w:before="20" w:after="20"/>
              <w:jc w:val="center"/>
              <w:rPr>
                <w:lang w:val="pl-PL"/>
              </w:rPr>
            </w:pPr>
            <w:r w:rsidRPr="00161078">
              <w:rPr>
                <w:sz w:val="16"/>
                <w:lang w:val="pl-PL"/>
              </w:rPr>
              <w:t>sterylny, o pojemności 100mL</w:t>
            </w:r>
          </w:p>
        </w:tc>
        <w:tc>
          <w:tcPr>
            <w:tcW w:w="640" w:type="dxa"/>
            <w:vAlign w:val="center"/>
          </w:tcPr>
          <w:p w14:paraId="14627F77"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21C0B167" w14:textId="77777777" w:rsidR="001512C8" w:rsidRPr="00161078" w:rsidRDefault="00056A14">
            <w:pPr>
              <w:spacing w:before="20" w:after="20"/>
              <w:jc w:val="center"/>
              <w:rPr>
                <w:lang w:val="pl-PL"/>
              </w:rPr>
            </w:pPr>
            <w:r>
              <w:rPr>
                <w:sz w:val="16"/>
                <w:lang w:val="pl-PL"/>
              </w:rPr>
              <w:t>30</w:t>
            </w:r>
          </w:p>
        </w:tc>
        <w:tc>
          <w:tcPr>
            <w:tcW w:w="1250" w:type="dxa"/>
            <w:vAlign w:val="center"/>
          </w:tcPr>
          <w:p w14:paraId="78628698" w14:textId="77777777" w:rsidR="001512C8" w:rsidRPr="00161078" w:rsidRDefault="001512C8">
            <w:pPr>
              <w:spacing w:before="20" w:after="20"/>
              <w:jc w:val="center"/>
              <w:rPr>
                <w:lang w:val="pl-PL"/>
              </w:rPr>
            </w:pPr>
          </w:p>
        </w:tc>
        <w:tc>
          <w:tcPr>
            <w:tcW w:w="620" w:type="dxa"/>
            <w:vAlign w:val="center"/>
          </w:tcPr>
          <w:p w14:paraId="76D26EAD" w14:textId="77777777" w:rsidR="001512C8" w:rsidRPr="00161078" w:rsidRDefault="001512C8">
            <w:pPr>
              <w:spacing w:before="20" w:after="20"/>
              <w:jc w:val="center"/>
              <w:rPr>
                <w:lang w:val="pl-PL"/>
              </w:rPr>
            </w:pPr>
          </w:p>
        </w:tc>
        <w:tc>
          <w:tcPr>
            <w:tcW w:w="1250" w:type="dxa"/>
            <w:vAlign w:val="center"/>
          </w:tcPr>
          <w:p w14:paraId="01ECCDA0" w14:textId="77777777" w:rsidR="001512C8" w:rsidRPr="00161078" w:rsidRDefault="001512C8">
            <w:pPr>
              <w:spacing w:before="20" w:after="20"/>
              <w:jc w:val="center"/>
              <w:rPr>
                <w:lang w:val="pl-PL"/>
              </w:rPr>
            </w:pPr>
          </w:p>
        </w:tc>
        <w:tc>
          <w:tcPr>
            <w:tcW w:w="1350" w:type="dxa"/>
            <w:vAlign w:val="center"/>
          </w:tcPr>
          <w:p w14:paraId="74992074" w14:textId="77777777" w:rsidR="001512C8" w:rsidRPr="00161078" w:rsidRDefault="001512C8">
            <w:pPr>
              <w:spacing w:before="20" w:after="20"/>
              <w:jc w:val="center"/>
              <w:rPr>
                <w:lang w:val="pl-PL"/>
              </w:rPr>
            </w:pPr>
          </w:p>
        </w:tc>
        <w:tc>
          <w:tcPr>
            <w:tcW w:w="1350" w:type="dxa"/>
            <w:vAlign w:val="center"/>
          </w:tcPr>
          <w:p w14:paraId="317EFE3A" w14:textId="77777777" w:rsidR="001512C8" w:rsidRPr="00161078" w:rsidRDefault="001512C8">
            <w:pPr>
              <w:spacing w:before="20" w:after="20"/>
              <w:jc w:val="center"/>
              <w:rPr>
                <w:lang w:val="pl-PL"/>
              </w:rPr>
            </w:pPr>
          </w:p>
        </w:tc>
      </w:tr>
      <w:tr w:rsidR="001512C8" w:rsidRPr="00161078" w14:paraId="15298343" w14:textId="77777777" w:rsidTr="00795294">
        <w:trPr>
          <w:jc w:val="center"/>
        </w:trPr>
        <w:tc>
          <w:tcPr>
            <w:tcW w:w="420" w:type="dxa"/>
            <w:vAlign w:val="center"/>
          </w:tcPr>
          <w:p w14:paraId="4144F426" w14:textId="77777777" w:rsidR="001512C8" w:rsidRPr="00161078" w:rsidRDefault="00443F1E">
            <w:pPr>
              <w:spacing w:before="20" w:after="20"/>
              <w:jc w:val="center"/>
              <w:rPr>
                <w:lang w:val="pl-PL"/>
              </w:rPr>
            </w:pPr>
            <w:permStart w:id="834800718" w:edGrp="everyone" w:colFirst="5" w:colLast="5"/>
            <w:permStart w:id="967187658" w:edGrp="everyone" w:colFirst="6" w:colLast="6"/>
            <w:permStart w:id="2057324614" w:edGrp="everyone" w:colFirst="7" w:colLast="7"/>
            <w:permStart w:id="709039683" w:edGrp="everyone" w:colFirst="8" w:colLast="8"/>
            <w:permStart w:id="782137082" w:edGrp="everyone" w:colFirst="9" w:colLast="9"/>
            <w:permEnd w:id="968237886"/>
            <w:permEnd w:id="760752615"/>
            <w:permEnd w:id="654463429"/>
            <w:permEnd w:id="914956471"/>
            <w:permEnd w:id="826501758"/>
            <w:r w:rsidRPr="00161078">
              <w:rPr>
                <w:sz w:val="16"/>
                <w:lang w:val="pl-PL"/>
              </w:rPr>
              <w:t>3</w:t>
            </w:r>
          </w:p>
        </w:tc>
        <w:tc>
          <w:tcPr>
            <w:tcW w:w="4450" w:type="dxa"/>
            <w:vAlign w:val="center"/>
          </w:tcPr>
          <w:p w14:paraId="0D5732A5" w14:textId="77777777" w:rsidR="001512C8" w:rsidRPr="00161078" w:rsidRDefault="00443F1E">
            <w:pPr>
              <w:spacing w:before="20" w:after="20"/>
              <w:jc w:val="left"/>
              <w:rPr>
                <w:lang w:val="pl-PL"/>
              </w:rPr>
            </w:pPr>
            <w:proofErr w:type="spellStart"/>
            <w:r w:rsidRPr="00161078">
              <w:rPr>
                <w:sz w:val="16"/>
                <w:lang w:val="pl-PL"/>
              </w:rPr>
              <w:t>Gentamicin</w:t>
            </w:r>
            <w:proofErr w:type="spellEnd"/>
            <w:r w:rsidRPr="00161078">
              <w:rPr>
                <w:sz w:val="16"/>
                <w:lang w:val="pl-PL"/>
              </w:rPr>
              <w:t xml:space="preserve"> </w:t>
            </w:r>
            <w:proofErr w:type="spellStart"/>
            <w:r w:rsidRPr="00161078">
              <w:rPr>
                <w:sz w:val="16"/>
                <w:lang w:val="pl-PL"/>
              </w:rPr>
              <w:t>Sulfate</w:t>
            </w:r>
            <w:proofErr w:type="spellEnd"/>
            <w:r w:rsidRPr="00161078">
              <w:rPr>
                <w:sz w:val="16"/>
                <w:lang w:val="pl-PL"/>
              </w:rPr>
              <w:t xml:space="preserve"> 10 </w:t>
            </w:r>
            <w:proofErr w:type="spellStart"/>
            <w:r w:rsidRPr="00161078">
              <w:rPr>
                <w:sz w:val="16"/>
                <w:lang w:val="pl-PL"/>
              </w:rPr>
              <w:t>mg</w:t>
            </w:r>
            <w:proofErr w:type="spellEnd"/>
            <w:r w:rsidRPr="00161078">
              <w:rPr>
                <w:sz w:val="16"/>
                <w:lang w:val="pl-PL"/>
              </w:rPr>
              <w:t>/ml</w:t>
            </w:r>
          </w:p>
        </w:tc>
        <w:tc>
          <w:tcPr>
            <w:tcW w:w="1720" w:type="dxa"/>
            <w:vAlign w:val="center"/>
          </w:tcPr>
          <w:p w14:paraId="653E9970" w14:textId="77777777" w:rsidR="001512C8" w:rsidRPr="00161078" w:rsidRDefault="00443F1E">
            <w:pPr>
              <w:spacing w:before="20" w:after="20"/>
              <w:jc w:val="center"/>
              <w:rPr>
                <w:lang w:val="pl-PL"/>
              </w:rPr>
            </w:pPr>
            <w:r w:rsidRPr="00161078">
              <w:rPr>
                <w:sz w:val="16"/>
                <w:lang w:val="pl-PL"/>
              </w:rPr>
              <w:t>sterylny, o pojemności 100mL</w:t>
            </w:r>
          </w:p>
        </w:tc>
        <w:tc>
          <w:tcPr>
            <w:tcW w:w="640" w:type="dxa"/>
            <w:vAlign w:val="center"/>
          </w:tcPr>
          <w:p w14:paraId="2D91520D"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3B0599EF" w14:textId="77777777" w:rsidR="001512C8" w:rsidRPr="00161078" w:rsidRDefault="00056A14">
            <w:pPr>
              <w:spacing w:before="20" w:after="20"/>
              <w:jc w:val="center"/>
              <w:rPr>
                <w:lang w:val="pl-PL"/>
              </w:rPr>
            </w:pPr>
            <w:r>
              <w:rPr>
                <w:sz w:val="16"/>
                <w:lang w:val="pl-PL"/>
              </w:rPr>
              <w:t>18</w:t>
            </w:r>
          </w:p>
        </w:tc>
        <w:tc>
          <w:tcPr>
            <w:tcW w:w="1250" w:type="dxa"/>
            <w:vAlign w:val="center"/>
          </w:tcPr>
          <w:p w14:paraId="60EF3E2A" w14:textId="77777777" w:rsidR="001512C8" w:rsidRPr="00161078" w:rsidRDefault="001512C8">
            <w:pPr>
              <w:spacing w:before="20" w:after="20"/>
              <w:jc w:val="center"/>
              <w:rPr>
                <w:lang w:val="pl-PL"/>
              </w:rPr>
            </w:pPr>
          </w:p>
        </w:tc>
        <w:tc>
          <w:tcPr>
            <w:tcW w:w="620" w:type="dxa"/>
            <w:vAlign w:val="center"/>
          </w:tcPr>
          <w:p w14:paraId="5530B104" w14:textId="77777777" w:rsidR="001512C8" w:rsidRPr="00161078" w:rsidRDefault="001512C8">
            <w:pPr>
              <w:spacing w:before="20" w:after="20"/>
              <w:jc w:val="center"/>
              <w:rPr>
                <w:lang w:val="pl-PL"/>
              </w:rPr>
            </w:pPr>
          </w:p>
        </w:tc>
        <w:tc>
          <w:tcPr>
            <w:tcW w:w="1250" w:type="dxa"/>
            <w:vAlign w:val="center"/>
          </w:tcPr>
          <w:p w14:paraId="4803C589" w14:textId="77777777" w:rsidR="001512C8" w:rsidRPr="00161078" w:rsidRDefault="001512C8">
            <w:pPr>
              <w:spacing w:before="20" w:after="20"/>
              <w:jc w:val="center"/>
              <w:rPr>
                <w:lang w:val="pl-PL"/>
              </w:rPr>
            </w:pPr>
          </w:p>
        </w:tc>
        <w:tc>
          <w:tcPr>
            <w:tcW w:w="1350" w:type="dxa"/>
            <w:vAlign w:val="center"/>
          </w:tcPr>
          <w:p w14:paraId="53BE05DD" w14:textId="77777777" w:rsidR="001512C8" w:rsidRPr="00161078" w:rsidRDefault="001512C8">
            <w:pPr>
              <w:spacing w:before="20" w:after="20"/>
              <w:jc w:val="center"/>
              <w:rPr>
                <w:lang w:val="pl-PL"/>
              </w:rPr>
            </w:pPr>
          </w:p>
        </w:tc>
        <w:tc>
          <w:tcPr>
            <w:tcW w:w="1350" w:type="dxa"/>
            <w:vAlign w:val="center"/>
          </w:tcPr>
          <w:p w14:paraId="3BF3DB1C" w14:textId="77777777" w:rsidR="001512C8" w:rsidRPr="00161078" w:rsidRDefault="001512C8">
            <w:pPr>
              <w:spacing w:before="20" w:after="20"/>
              <w:jc w:val="center"/>
              <w:rPr>
                <w:lang w:val="pl-PL"/>
              </w:rPr>
            </w:pPr>
          </w:p>
        </w:tc>
      </w:tr>
      <w:tr w:rsidR="001512C8" w:rsidRPr="00161078" w14:paraId="639805DC" w14:textId="77777777" w:rsidTr="00795294">
        <w:trPr>
          <w:jc w:val="center"/>
        </w:trPr>
        <w:tc>
          <w:tcPr>
            <w:tcW w:w="420" w:type="dxa"/>
            <w:vAlign w:val="center"/>
          </w:tcPr>
          <w:p w14:paraId="749D5CC1" w14:textId="77777777" w:rsidR="001512C8" w:rsidRPr="00161078" w:rsidRDefault="00443F1E">
            <w:pPr>
              <w:spacing w:before="20" w:after="20"/>
              <w:jc w:val="center"/>
              <w:rPr>
                <w:lang w:val="pl-PL"/>
              </w:rPr>
            </w:pPr>
            <w:permStart w:id="1462833014" w:edGrp="everyone" w:colFirst="5" w:colLast="5"/>
            <w:permStart w:id="1175005571" w:edGrp="everyone" w:colFirst="6" w:colLast="6"/>
            <w:permStart w:id="1248069340" w:edGrp="everyone" w:colFirst="7" w:colLast="7"/>
            <w:permStart w:id="1236276566" w:edGrp="everyone" w:colFirst="8" w:colLast="8"/>
            <w:permStart w:id="69543581" w:edGrp="everyone" w:colFirst="9" w:colLast="9"/>
            <w:permEnd w:id="834800718"/>
            <w:permEnd w:id="967187658"/>
            <w:permEnd w:id="2057324614"/>
            <w:permEnd w:id="709039683"/>
            <w:permEnd w:id="782137082"/>
            <w:r w:rsidRPr="00161078">
              <w:rPr>
                <w:sz w:val="16"/>
                <w:lang w:val="pl-PL"/>
              </w:rPr>
              <w:t>4</w:t>
            </w:r>
          </w:p>
        </w:tc>
        <w:tc>
          <w:tcPr>
            <w:tcW w:w="4450" w:type="dxa"/>
            <w:vAlign w:val="center"/>
          </w:tcPr>
          <w:p w14:paraId="53FC59E3" w14:textId="77777777" w:rsidR="001512C8" w:rsidRPr="00161078" w:rsidRDefault="00443F1E">
            <w:pPr>
              <w:spacing w:before="20" w:after="20"/>
              <w:jc w:val="left"/>
              <w:rPr>
                <w:lang w:val="pl-PL"/>
              </w:rPr>
            </w:pPr>
            <w:proofErr w:type="spellStart"/>
            <w:r w:rsidRPr="00161078">
              <w:rPr>
                <w:sz w:val="16"/>
                <w:lang w:val="pl-PL"/>
              </w:rPr>
              <w:t>Trypsin</w:t>
            </w:r>
            <w:proofErr w:type="spellEnd"/>
            <w:r w:rsidRPr="00161078">
              <w:rPr>
                <w:sz w:val="16"/>
                <w:lang w:val="pl-PL"/>
              </w:rPr>
              <w:t xml:space="preserve">-EDTA 1X in PBS w/o </w:t>
            </w:r>
            <w:proofErr w:type="spellStart"/>
            <w:r w:rsidRPr="00161078">
              <w:rPr>
                <w:sz w:val="16"/>
                <w:lang w:val="pl-PL"/>
              </w:rPr>
              <w:t>Calcium</w:t>
            </w:r>
            <w:proofErr w:type="spellEnd"/>
            <w:r w:rsidRPr="00161078">
              <w:rPr>
                <w:sz w:val="16"/>
                <w:lang w:val="pl-PL"/>
              </w:rPr>
              <w:t xml:space="preserve"> w/o </w:t>
            </w:r>
            <w:proofErr w:type="spellStart"/>
            <w:r w:rsidRPr="00161078">
              <w:rPr>
                <w:sz w:val="16"/>
                <w:lang w:val="pl-PL"/>
              </w:rPr>
              <w:t>Magnesium</w:t>
            </w:r>
            <w:proofErr w:type="spellEnd"/>
            <w:r w:rsidRPr="00161078">
              <w:rPr>
                <w:sz w:val="16"/>
                <w:lang w:val="pl-PL"/>
              </w:rPr>
              <w:t xml:space="preserve"> w/o </w:t>
            </w:r>
            <w:proofErr w:type="spellStart"/>
            <w:r w:rsidRPr="00161078">
              <w:rPr>
                <w:sz w:val="16"/>
                <w:lang w:val="pl-PL"/>
              </w:rPr>
              <w:t>Phenol</w:t>
            </w:r>
            <w:proofErr w:type="spellEnd"/>
            <w:r w:rsidRPr="00161078">
              <w:rPr>
                <w:sz w:val="16"/>
                <w:lang w:val="pl-PL"/>
              </w:rPr>
              <w:t xml:space="preserve"> Red</w:t>
            </w:r>
          </w:p>
        </w:tc>
        <w:tc>
          <w:tcPr>
            <w:tcW w:w="1720" w:type="dxa"/>
            <w:vAlign w:val="center"/>
          </w:tcPr>
          <w:p w14:paraId="13114A63" w14:textId="77777777" w:rsidR="001512C8" w:rsidRPr="00161078" w:rsidRDefault="00443F1E">
            <w:pPr>
              <w:spacing w:before="20" w:after="20"/>
              <w:jc w:val="center"/>
              <w:rPr>
                <w:lang w:val="pl-PL"/>
              </w:rPr>
            </w:pPr>
            <w:r w:rsidRPr="00161078">
              <w:rPr>
                <w:sz w:val="16"/>
                <w:lang w:val="pl-PL"/>
              </w:rPr>
              <w:t xml:space="preserve">sterylny, o pojemności 100 </w:t>
            </w:r>
            <w:proofErr w:type="spellStart"/>
            <w:r w:rsidRPr="00161078">
              <w:rPr>
                <w:sz w:val="16"/>
                <w:lang w:val="pl-PL"/>
              </w:rPr>
              <w:t>mL</w:t>
            </w:r>
            <w:proofErr w:type="spellEnd"/>
          </w:p>
        </w:tc>
        <w:tc>
          <w:tcPr>
            <w:tcW w:w="640" w:type="dxa"/>
            <w:vAlign w:val="center"/>
          </w:tcPr>
          <w:p w14:paraId="195F612E"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7B1FD170" w14:textId="77777777" w:rsidR="001512C8" w:rsidRPr="00161078" w:rsidRDefault="00056A14">
            <w:pPr>
              <w:spacing w:before="20" w:after="20"/>
              <w:jc w:val="center"/>
              <w:rPr>
                <w:lang w:val="pl-PL"/>
              </w:rPr>
            </w:pPr>
            <w:r>
              <w:rPr>
                <w:sz w:val="16"/>
                <w:lang w:val="pl-PL"/>
              </w:rPr>
              <w:t>18</w:t>
            </w:r>
          </w:p>
        </w:tc>
        <w:tc>
          <w:tcPr>
            <w:tcW w:w="1250" w:type="dxa"/>
            <w:vAlign w:val="center"/>
          </w:tcPr>
          <w:p w14:paraId="0EB2AA94" w14:textId="77777777" w:rsidR="001512C8" w:rsidRPr="00161078" w:rsidRDefault="001512C8">
            <w:pPr>
              <w:spacing w:before="20" w:after="20"/>
              <w:jc w:val="center"/>
              <w:rPr>
                <w:lang w:val="pl-PL"/>
              </w:rPr>
            </w:pPr>
          </w:p>
        </w:tc>
        <w:tc>
          <w:tcPr>
            <w:tcW w:w="620" w:type="dxa"/>
            <w:vAlign w:val="center"/>
          </w:tcPr>
          <w:p w14:paraId="7746B106" w14:textId="77777777" w:rsidR="001512C8" w:rsidRPr="00161078" w:rsidRDefault="001512C8">
            <w:pPr>
              <w:spacing w:before="20" w:after="20"/>
              <w:jc w:val="center"/>
              <w:rPr>
                <w:lang w:val="pl-PL"/>
              </w:rPr>
            </w:pPr>
          </w:p>
        </w:tc>
        <w:tc>
          <w:tcPr>
            <w:tcW w:w="1250" w:type="dxa"/>
            <w:vAlign w:val="center"/>
          </w:tcPr>
          <w:p w14:paraId="6E023B66" w14:textId="77777777" w:rsidR="001512C8" w:rsidRPr="00161078" w:rsidRDefault="001512C8">
            <w:pPr>
              <w:spacing w:before="20" w:after="20"/>
              <w:jc w:val="center"/>
              <w:rPr>
                <w:lang w:val="pl-PL"/>
              </w:rPr>
            </w:pPr>
          </w:p>
        </w:tc>
        <w:tc>
          <w:tcPr>
            <w:tcW w:w="1350" w:type="dxa"/>
            <w:vAlign w:val="center"/>
          </w:tcPr>
          <w:p w14:paraId="66AD9A95" w14:textId="77777777" w:rsidR="001512C8" w:rsidRPr="00161078" w:rsidRDefault="001512C8">
            <w:pPr>
              <w:spacing w:before="20" w:after="20"/>
              <w:jc w:val="center"/>
              <w:rPr>
                <w:lang w:val="pl-PL"/>
              </w:rPr>
            </w:pPr>
          </w:p>
        </w:tc>
        <w:tc>
          <w:tcPr>
            <w:tcW w:w="1350" w:type="dxa"/>
            <w:vAlign w:val="center"/>
          </w:tcPr>
          <w:p w14:paraId="2D1040F0" w14:textId="77777777" w:rsidR="001512C8" w:rsidRPr="00161078" w:rsidRDefault="001512C8">
            <w:pPr>
              <w:spacing w:before="20" w:after="20"/>
              <w:jc w:val="center"/>
              <w:rPr>
                <w:lang w:val="pl-PL"/>
              </w:rPr>
            </w:pPr>
          </w:p>
        </w:tc>
      </w:tr>
      <w:tr w:rsidR="001512C8" w:rsidRPr="00161078" w14:paraId="12442E42" w14:textId="77777777" w:rsidTr="00795294">
        <w:trPr>
          <w:jc w:val="center"/>
        </w:trPr>
        <w:tc>
          <w:tcPr>
            <w:tcW w:w="420" w:type="dxa"/>
            <w:vAlign w:val="center"/>
          </w:tcPr>
          <w:p w14:paraId="5A25BE7C" w14:textId="77777777" w:rsidR="001512C8" w:rsidRPr="00161078" w:rsidRDefault="00443F1E">
            <w:pPr>
              <w:spacing w:before="20" w:after="20"/>
              <w:jc w:val="center"/>
              <w:rPr>
                <w:lang w:val="pl-PL"/>
              </w:rPr>
            </w:pPr>
            <w:permStart w:id="455482656" w:edGrp="everyone" w:colFirst="5" w:colLast="5"/>
            <w:permStart w:id="128009603" w:edGrp="everyone" w:colFirst="6" w:colLast="6"/>
            <w:permStart w:id="426793299" w:edGrp="everyone" w:colFirst="7" w:colLast="7"/>
            <w:permStart w:id="1181425200" w:edGrp="everyone" w:colFirst="8" w:colLast="8"/>
            <w:permStart w:id="1203120358" w:edGrp="everyone" w:colFirst="9" w:colLast="9"/>
            <w:permEnd w:id="1462833014"/>
            <w:permEnd w:id="1175005571"/>
            <w:permEnd w:id="1248069340"/>
            <w:permEnd w:id="1236276566"/>
            <w:permEnd w:id="69543581"/>
            <w:r w:rsidRPr="00161078">
              <w:rPr>
                <w:sz w:val="16"/>
                <w:lang w:val="pl-PL"/>
              </w:rPr>
              <w:t>5</w:t>
            </w:r>
          </w:p>
        </w:tc>
        <w:tc>
          <w:tcPr>
            <w:tcW w:w="4450" w:type="dxa"/>
            <w:vAlign w:val="center"/>
          </w:tcPr>
          <w:p w14:paraId="750974A8" w14:textId="77777777" w:rsidR="001512C8" w:rsidRPr="005F4764" w:rsidRDefault="00443F1E">
            <w:pPr>
              <w:spacing w:before="20" w:after="20"/>
              <w:jc w:val="left"/>
            </w:pPr>
            <w:r w:rsidRPr="005F4764">
              <w:rPr>
                <w:sz w:val="16"/>
              </w:rPr>
              <w:t>FBS South America Heat Inactivated</w:t>
            </w:r>
          </w:p>
        </w:tc>
        <w:tc>
          <w:tcPr>
            <w:tcW w:w="1720" w:type="dxa"/>
            <w:vAlign w:val="center"/>
          </w:tcPr>
          <w:p w14:paraId="06CD5A87" w14:textId="77777777" w:rsidR="001512C8" w:rsidRPr="00161078" w:rsidRDefault="00443F1E">
            <w:pPr>
              <w:spacing w:before="20" w:after="20"/>
              <w:jc w:val="center"/>
              <w:rPr>
                <w:lang w:val="pl-PL"/>
              </w:rPr>
            </w:pPr>
            <w:r w:rsidRPr="00161078">
              <w:rPr>
                <w:sz w:val="16"/>
                <w:lang w:val="pl-PL"/>
              </w:rPr>
              <w:t>sterylny, o pojemności 500mL</w:t>
            </w:r>
          </w:p>
        </w:tc>
        <w:tc>
          <w:tcPr>
            <w:tcW w:w="640" w:type="dxa"/>
            <w:vAlign w:val="center"/>
          </w:tcPr>
          <w:p w14:paraId="0F16AC83"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73E4CB4B" w14:textId="0D1EC051" w:rsidR="001512C8" w:rsidRPr="00161078" w:rsidRDefault="005F4764">
            <w:pPr>
              <w:spacing w:before="20" w:after="20"/>
              <w:jc w:val="center"/>
              <w:rPr>
                <w:lang w:val="pl-PL"/>
              </w:rPr>
            </w:pPr>
            <w:r>
              <w:rPr>
                <w:sz w:val="16"/>
                <w:lang w:val="pl-PL"/>
              </w:rPr>
              <w:t>30</w:t>
            </w:r>
          </w:p>
        </w:tc>
        <w:tc>
          <w:tcPr>
            <w:tcW w:w="1250" w:type="dxa"/>
            <w:vAlign w:val="center"/>
          </w:tcPr>
          <w:p w14:paraId="2B57F4CF" w14:textId="77777777" w:rsidR="001512C8" w:rsidRPr="00161078" w:rsidRDefault="001512C8">
            <w:pPr>
              <w:spacing w:before="20" w:after="20"/>
              <w:jc w:val="center"/>
              <w:rPr>
                <w:lang w:val="pl-PL"/>
              </w:rPr>
            </w:pPr>
          </w:p>
        </w:tc>
        <w:tc>
          <w:tcPr>
            <w:tcW w:w="620" w:type="dxa"/>
            <w:vAlign w:val="center"/>
          </w:tcPr>
          <w:p w14:paraId="685766B7" w14:textId="77777777" w:rsidR="001512C8" w:rsidRPr="00161078" w:rsidRDefault="001512C8">
            <w:pPr>
              <w:spacing w:before="20" w:after="20"/>
              <w:jc w:val="center"/>
              <w:rPr>
                <w:lang w:val="pl-PL"/>
              </w:rPr>
            </w:pPr>
          </w:p>
        </w:tc>
        <w:tc>
          <w:tcPr>
            <w:tcW w:w="1250" w:type="dxa"/>
            <w:vAlign w:val="center"/>
          </w:tcPr>
          <w:p w14:paraId="7C0C5930" w14:textId="77777777" w:rsidR="001512C8" w:rsidRPr="00161078" w:rsidRDefault="001512C8">
            <w:pPr>
              <w:spacing w:before="20" w:after="20"/>
              <w:jc w:val="center"/>
              <w:rPr>
                <w:lang w:val="pl-PL"/>
              </w:rPr>
            </w:pPr>
          </w:p>
        </w:tc>
        <w:tc>
          <w:tcPr>
            <w:tcW w:w="1350" w:type="dxa"/>
            <w:vAlign w:val="center"/>
          </w:tcPr>
          <w:p w14:paraId="00C6770F" w14:textId="77777777" w:rsidR="001512C8" w:rsidRPr="00161078" w:rsidRDefault="001512C8">
            <w:pPr>
              <w:spacing w:before="20" w:after="20"/>
              <w:jc w:val="center"/>
              <w:rPr>
                <w:lang w:val="pl-PL"/>
              </w:rPr>
            </w:pPr>
          </w:p>
        </w:tc>
        <w:tc>
          <w:tcPr>
            <w:tcW w:w="1350" w:type="dxa"/>
            <w:vAlign w:val="center"/>
          </w:tcPr>
          <w:p w14:paraId="58D22E39" w14:textId="77777777" w:rsidR="001512C8" w:rsidRPr="00161078" w:rsidRDefault="001512C8">
            <w:pPr>
              <w:spacing w:before="20" w:after="20"/>
              <w:jc w:val="center"/>
              <w:rPr>
                <w:lang w:val="pl-PL"/>
              </w:rPr>
            </w:pPr>
          </w:p>
        </w:tc>
      </w:tr>
      <w:tr w:rsidR="001512C8" w:rsidRPr="00161078" w14:paraId="13174FC8" w14:textId="77777777" w:rsidTr="00795294">
        <w:trPr>
          <w:jc w:val="center"/>
        </w:trPr>
        <w:tc>
          <w:tcPr>
            <w:tcW w:w="420" w:type="dxa"/>
            <w:vAlign w:val="center"/>
          </w:tcPr>
          <w:p w14:paraId="5CAF47FB" w14:textId="77777777" w:rsidR="001512C8" w:rsidRPr="00161078" w:rsidRDefault="00443F1E">
            <w:pPr>
              <w:spacing w:before="20" w:after="20"/>
              <w:jc w:val="center"/>
              <w:rPr>
                <w:lang w:val="pl-PL"/>
              </w:rPr>
            </w:pPr>
            <w:permStart w:id="1529238435" w:edGrp="everyone" w:colFirst="5" w:colLast="5"/>
            <w:permStart w:id="1566186589" w:edGrp="everyone" w:colFirst="6" w:colLast="6"/>
            <w:permStart w:id="1888749764" w:edGrp="everyone" w:colFirst="7" w:colLast="7"/>
            <w:permStart w:id="1975657673" w:edGrp="everyone" w:colFirst="8" w:colLast="8"/>
            <w:permStart w:id="1939305108" w:edGrp="everyone" w:colFirst="9" w:colLast="9"/>
            <w:permEnd w:id="455482656"/>
            <w:permEnd w:id="128009603"/>
            <w:permEnd w:id="426793299"/>
            <w:permEnd w:id="1181425200"/>
            <w:permEnd w:id="1203120358"/>
            <w:r w:rsidRPr="00161078">
              <w:rPr>
                <w:sz w:val="16"/>
                <w:lang w:val="pl-PL"/>
              </w:rPr>
              <w:t>6</w:t>
            </w:r>
          </w:p>
        </w:tc>
        <w:tc>
          <w:tcPr>
            <w:tcW w:w="4450" w:type="dxa"/>
            <w:vAlign w:val="center"/>
          </w:tcPr>
          <w:p w14:paraId="4B695641" w14:textId="77777777" w:rsidR="001512C8" w:rsidRPr="00161078" w:rsidRDefault="00443F1E">
            <w:pPr>
              <w:spacing w:before="20" w:after="20"/>
              <w:jc w:val="left"/>
              <w:rPr>
                <w:lang w:val="pl-PL"/>
              </w:rPr>
            </w:pPr>
            <w:r w:rsidRPr="00161078">
              <w:rPr>
                <w:sz w:val="16"/>
                <w:lang w:val="pl-PL"/>
              </w:rPr>
              <w:t>RPMI 1640 w/ L-</w:t>
            </w:r>
            <w:proofErr w:type="spellStart"/>
            <w:r w:rsidRPr="00161078">
              <w:rPr>
                <w:sz w:val="16"/>
                <w:lang w:val="pl-PL"/>
              </w:rPr>
              <w:t>Glutamine</w:t>
            </w:r>
            <w:proofErr w:type="spellEnd"/>
          </w:p>
        </w:tc>
        <w:tc>
          <w:tcPr>
            <w:tcW w:w="1720" w:type="dxa"/>
            <w:vAlign w:val="center"/>
          </w:tcPr>
          <w:p w14:paraId="231ECEF0" w14:textId="77777777" w:rsidR="001512C8" w:rsidRPr="00161078" w:rsidRDefault="00443F1E">
            <w:pPr>
              <w:spacing w:before="20" w:after="20"/>
              <w:jc w:val="center"/>
              <w:rPr>
                <w:lang w:val="pl-PL"/>
              </w:rPr>
            </w:pPr>
            <w:r w:rsidRPr="00161078">
              <w:rPr>
                <w:sz w:val="16"/>
                <w:lang w:val="pl-PL"/>
              </w:rPr>
              <w:t xml:space="preserve">sterylny, o pojemności 500 </w:t>
            </w:r>
            <w:proofErr w:type="spellStart"/>
            <w:r w:rsidRPr="00161078">
              <w:rPr>
                <w:sz w:val="16"/>
                <w:lang w:val="pl-PL"/>
              </w:rPr>
              <w:t>mL</w:t>
            </w:r>
            <w:proofErr w:type="spellEnd"/>
          </w:p>
        </w:tc>
        <w:tc>
          <w:tcPr>
            <w:tcW w:w="640" w:type="dxa"/>
            <w:vAlign w:val="center"/>
          </w:tcPr>
          <w:p w14:paraId="6FF58010"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383ECC77" w14:textId="79D84535" w:rsidR="001512C8" w:rsidRPr="00161078" w:rsidRDefault="00056A14">
            <w:pPr>
              <w:spacing w:before="20" w:after="20"/>
              <w:jc w:val="center"/>
              <w:rPr>
                <w:lang w:val="pl-PL"/>
              </w:rPr>
            </w:pPr>
            <w:r>
              <w:rPr>
                <w:sz w:val="16"/>
                <w:lang w:val="pl-PL"/>
              </w:rPr>
              <w:t>1</w:t>
            </w:r>
            <w:r w:rsidR="005F4764">
              <w:rPr>
                <w:sz w:val="16"/>
                <w:lang w:val="pl-PL"/>
              </w:rPr>
              <w:t>20</w:t>
            </w:r>
          </w:p>
        </w:tc>
        <w:tc>
          <w:tcPr>
            <w:tcW w:w="1250" w:type="dxa"/>
            <w:vAlign w:val="center"/>
          </w:tcPr>
          <w:p w14:paraId="5C36C560" w14:textId="77777777" w:rsidR="001512C8" w:rsidRPr="00161078" w:rsidRDefault="001512C8">
            <w:pPr>
              <w:spacing w:before="20" w:after="20"/>
              <w:jc w:val="center"/>
              <w:rPr>
                <w:lang w:val="pl-PL"/>
              </w:rPr>
            </w:pPr>
          </w:p>
        </w:tc>
        <w:tc>
          <w:tcPr>
            <w:tcW w:w="620" w:type="dxa"/>
            <w:vAlign w:val="center"/>
          </w:tcPr>
          <w:p w14:paraId="3C3ECD0A" w14:textId="77777777" w:rsidR="001512C8" w:rsidRPr="00161078" w:rsidRDefault="001512C8">
            <w:pPr>
              <w:spacing w:before="20" w:after="20"/>
              <w:jc w:val="center"/>
              <w:rPr>
                <w:lang w:val="pl-PL"/>
              </w:rPr>
            </w:pPr>
          </w:p>
        </w:tc>
        <w:tc>
          <w:tcPr>
            <w:tcW w:w="1250" w:type="dxa"/>
            <w:vAlign w:val="center"/>
          </w:tcPr>
          <w:p w14:paraId="504CD851" w14:textId="77777777" w:rsidR="001512C8" w:rsidRPr="00161078" w:rsidRDefault="001512C8">
            <w:pPr>
              <w:spacing w:before="20" w:after="20"/>
              <w:jc w:val="center"/>
              <w:rPr>
                <w:lang w:val="pl-PL"/>
              </w:rPr>
            </w:pPr>
          </w:p>
        </w:tc>
        <w:tc>
          <w:tcPr>
            <w:tcW w:w="1350" w:type="dxa"/>
            <w:vAlign w:val="center"/>
          </w:tcPr>
          <w:p w14:paraId="2F13738B" w14:textId="77777777" w:rsidR="001512C8" w:rsidRPr="00161078" w:rsidRDefault="001512C8">
            <w:pPr>
              <w:spacing w:before="20" w:after="20"/>
              <w:jc w:val="center"/>
              <w:rPr>
                <w:lang w:val="pl-PL"/>
              </w:rPr>
            </w:pPr>
          </w:p>
        </w:tc>
        <w:tc>
          <w:tcPr>
            <w:tcW w:w="1350" w:type="dxa"/>
            <w:vAlign w:val="center"/>
          </w:tcPr>
          <w:p w14:paraId="1844665A" w14:textId="77777777" w:rsidR="001512C8" w:rsidRPr="00161078" w:rsidRDefault="001512C8">
            <w:pPr>
              <w:spacing w:before="20" w:after="20"/>
              <w:jc w:val="center"/>
              <w:rPr>
                <w:lang w:val="pl-PL"/>
              </w:rPr>
            </w:pPr>
          </w:p>
        </w:tc>
      </w:tr>
      <w:tr w:rsidR="001512C8" w:rsidRPr="00161078" w14:paraId="18FB0674" w14:textId="77777777" w:rsidTr="00795294">
        <w:trPr>
          <w:jc w:val="center"/>
        </w:trPr>
        <w:tc>
          <w:tcPr>
            <w:tcW w:w="420" w:type="dxa"/>
            <w:vAlign w:val="center"/>
          </w:tcPr>
          <w:p w14:paraId="005C7145" w14:textId="77777777" w:rsidR="001512C8" w:rsidRPr="00161078" w:rsidRDefault="00443F1E">
            <w:pPr>
              <w:spacing w:before="20" w:after="20"/>
              <w:jc w:val="center"/>
              <w:rPr>
                <w:lang w:val="pl-PL"/>
              </w:rPr>
            </w:pPr>
            <w:permStart w:id="1030957470" w:edGrp="everyone" w:colFirst="5" w:colLast="5"/>
            <w:permStart w:id="1727995324" w:edGrp="everyone" w:colFirst="6" w:colLast="6"/>
            <w:permStart w:id="786892287" w:edGrp="everyone" w:colFirst="7" w:colLast="7"/>
            <w:permStart w:id="2000160273" w:edGrp="everyone" w:colFirst="8" w:colLast="8"/>
            <w:permStart w:id="1365733381" w:edGrp="everyone" w:colFirst="9" w:colLast="9"/>
            <w:permEnd w:id="1529238435"/>
            <w:permEnd w:id="1566186589"/>
            <w:permEnd w:id="1888749764"/>
            <w:permEnd w:id="1975657673"/>
            <w:permEnd w:id="1939305108"/>
            <w:r w:rsidRPr="00161078">
              <w:rPr>
                <w:sz w:val="16"/>
                <w:lang w:val="pl-PL"/>
              </w:rPr>
              <w:t>7</w:t>
            </w:r>
          </w:p>
        </w:tc>
        <w:tc>
          <w:tcPr>
            <w:tcW w:w="4450" w:type="dxa"/>
            <w:vAlign w:val="center"/>
          </w:tcPr>
          <w:p w14:paraId="75720DB9" w14:textId="77777777" w:rsidR="001512C8" w:rsidRPr="00161078" w:rsidRDefault="00443F1E">
            <w:pPr>
              <w:spacing w:before="20" w:after="20"/>
              <w:jc w:val="left"/>
              <w:rPr>
                <w:lang w:val="pl-PL"/>
              </w:rPr>
            </w:pPr>
            <w:r w:rsidRPr="00161078">
              <w:rPr>
                <w:sz w:val="16"/>
                <w:lang w:val="pl-PL"/>
              </w:rPr>
              <w:t xml:space="preserve">DMEM High </w:t>
            </w:r>
            <w:proofErr w:type="spellStart"/>
            <w:r w:rsidRPr="00161078">
              <w:rPr>
                <w:sz w:val="16"/>
                <w:lang w:val="pl-PL"/>
              </w:rPr>
              <w:t>Glucose</w:t>
            </w:r>
            <w:proofErr w:type="spellEnd"/>
            <w:r w:rsidRPr="00161078">
              <w:rPr>
                <w:sz w:val="16"/>
                <w:lang w:val="pl-PL"/>
              </w:rPr>
              <w:t xml:space="preserve"> w/ L-</w:t>
            </w:r>
            <w:proofErr w:type="spellStart"/>
            <w:r w:rsidRPr="00161078">
              <w:rPr>
                <w:sz w:val="16"/>
                <w:lang w:val="pl-PL"/>
              </w:rPr>
              <w:t>Glutamine</w:t>
            </w:r>
            <w:proofErr w:type="spellEnd"/>
            <w:r w:rsidRPr="00161078">
              <w:rPr>
                <w:sz w:val="16"/>
                <w:lang w:val="pl-PL"/>
              </w:rPr>
              <w:t xml:space="preserve"> w/o </w:t>
            </w:r>
            <w:proofErr w:type="spellStart"/>
            <w:r w:rsidRPr="00161078">
              <w:rPr>
                <w:sz w:val="16"/>
                <w:lang w:val="pl-PL"/>
              </w:rPr>
              <w:t>Sodium</w:t>
            </w:r>
            <w:proofErr w:type="spellEnd"/>
            <w:r w:rsidRPr="00161078">
              <w:rPr>
                <w:sz w:val="16"/>
                <w:lang w:val="pl-PL"/>
              </w:rPr>
              <w:t xml:space="preserve"> </w:t>
            </w:r>
            <w:proofErr w:type="spellStart"/>
            <w:r w:rsidRPr="00161078">
              <w:rPr>
                <w:sz w:val="16"/>
                <w:lang w:val="pl-PL"/>
              </w:rPr>
              <w:t>Pyruvate</w:t>
            </w:r>
            <w:proofErr w:type="spellEnd"/>
          </w:p>
        </w:tc>
        <w:tc>
          <w:tcPr>
            <w:tcW w:w="1720" w:type="dxa"/>
            <w:vAlign w:val="center"/>
          </w:tcPr>
          <w:p w14:paraId="3385721D" w14:textId="77777777" w:rsidR="001512C8" w:rsidRPr="00161078" w:rsidRDefault="00443F1E">
            <w:pPr>
              <w:spacing w:before="20" w:after="20"/>
              <w:jc w:val="center"/>
              <w:rPr>
                <w:lang w:val="pl-PL"/>
              </w:rPr>
            </w:pPr>
            <w:r w:rsidRPr="00161078">
              <w:rPr>
                <w:sz w:val="16"/>
                <w:lang w:val="pl-PL"/>
              </w:rPr>
              <w:t>sterylny, o pojemności 500 ml</w:t>
            </w:r>
          </w:p>
        </w:tc>
        <w:tc>
          <w:tcPr>
            <w:tcW w:w="640" w:type="dxa"/>
            <w:vAlign w:val="center"/>
          </w:tcPr>
          <w:p w14:paraId="217786CC" w14:textId="77777777" w:rsidR="001512C8" w:rsidRPr="00161078" w:rsidRDefault="00443F1E">
            <w:pPr>
              <w:spacing w:before="20" w:after="20"/>
              <w:jc w:val="center"/>
              <w:rPr>
                <w:lang w:val="pl-PL"/>
              </w:rPr>
            </w:pPr>
            <w:r w:rsidRPr="00161078">
              <w:rPr>
                <w:sz w:val="16"/>
                <w:lang w:val="pl-PL"/>
              </w:rPr>
              <w:t>opakowanie (butelka)</w:t>
            </w:r>
          </w:p>
        </w:tc>
        <w:tc>
          <w:tcPr>
            <w:tcW w:w="1260" w:type="dxa"/>
            <w:vAlign w:val="center"/>
          </w:tcPr>
          <w:p w14:paraId="017B05CC" w14:textId="77777777" w:rsidR="001512C8" w:rsidRPr="00161078" w:rsidRDefault="00056A14">
            <w:pPr>
              <w:spacing w:before="20" w:after="20"/>
              <w:jc w:val="center"/>
              <w:rPr>
                <w:lang w:val="pl-PL"/>
              </w:rPr>
            </w:pPr>
            <w:r>
              <w:rPr>
                <w:sz w:val="16"/>
                <w:lang w:val="pl-PL"/>
              </w:rPr>
              <w:t>55</w:t>
            </w:r>
          </w:p>
        </w:tc>
        <w:tc>
          <w:tcPr>
            <w:tcW w:w="1250" w:type="dxa"/>
            <w:vAlign w:val="center"/>
          </w:tcPr>
          <w:p w14:paraId="679A13BC" w14:textId="77777777" w:rsidR="001512C8" w:rsidRPr="00161078" w:rsidRDefault="001512C8">
            <w:pPr>
              <w:spacing w:before="20" w:after="20"/>
              <w:jc w:val="center"/>
              <w:rPr>
                <w:lang w:val="pl-PL"/>
              </w:rPr>
            </w:pPr>
          </w:p>
        </w:tc>
        <w:tc>
          <w:tcPr>
            <w:tcW w:w="620" w:type="dxa"/>
            <w:vAlign w:val="center"/>
          </w:tcPr>
          <w:p w14:paraId="1CF40F15" w14:textId="77777777" w:rsidR="001512C8" w:rsidRPr="00161078" w:rsidRDefault="001512C8">
            <w:pPr>
              <w:spacing w:before="20" w:after="20"/>
              <w:jc w:val="center"/>
              <w:rPr>
                <w:lang w:val="pl-PL"/>
              </w:rPr>
            </w:pPr>
          </w:p>
        </w:tc>
        <w:tc>
          <w:tcPr>
            <w:tcW w:w="1250" w:type="dxa"/>
            <w:vAlign w:val="center"/>
          </w:tcPr>
          <w:p w14:paraId="59F35A44" w14:textId="77777777" w:rsidR="001512C8" w:rsidRPr="00161078" w:rsidRDefault="001512C8">
            <w:pPr>
              <w:spacing w:before="20" w:after="20"/>
              <w:jc w:val="center"/>
              <w:rPr>
                <w:lang w:val="pl-PL"/>
              </w:rPr>
            </w:pPr>
          </w:p>
        </w:tc>
        <w:tc>
          <w:tcPr>
            <w:tcW w:w="1350" w:type="dxa"/>
            <w:vAlign w:val="center"/>
          </w:tcPr>
          <w:p w14:paraId="67DAC109" w14:textId="77777777" w:rsidR="001512C8" w:rsidRPr="00161078" w:rsidRDefault="001512C8">
            <w:pPr>
              <w:spacing w:before="20" w:after="20"/>
              <w:jc w:val="center"/>
              <w:rPr>
                <w:lang w:val="pl-PL"/>
              </w:rPr>
            </w:pPr>
          </w:p>
        </w:tc>
        <w:tc>
          <w:tcPr>
            <w:tcW w:w="1350" w:type="dxa"/>
            <w:vAlign w:val="center"/>
          </w:tcPr>
          <w:p w14:paraId="4E2C6A68"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849745945" w:edGrp="everyone" w:colFirst="1" w:colLast="1"/>
            <w:permStart w:id="564868383" w:edGrp="everyone" w:colFirst="2" w:colLast="2"/>
            <w:permEnd w:id="1030957470"/>
            <w:permEnd w:id="1727995324"/>
            <w:permEnd w:id="786892287"/>
            <w:permEnd w:id="2000160273"/>
            <w:permEnd w:id="1365733381"/>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849745945"/>
      <w:permEnd w:id="564868383"/>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5F4764">
        <w:rPr>
          <w:i/>
          <w:sz w:val="18"/>
          <w:lang w:val="pl-PL"/>
        </w:rPr>
        <w:t xml:space="preserve">  Ceny należy podać w walucie oferty, wskazując walutę. Oferty w walucie innej niż PLN zostaną przeliczone na PLN według średniego kursu NBP z dnia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802715980" w:edGrp="everyone"/>
      <w:r w:rsidRPr="00161078">
        <w:rPr>
          <w:lang w:val="pl-PL"/>
        </w:rPr>
        <w:t>..............................................</w:t>
      </w:r>
      <w:permEnd w:id="1802715980"/>
      <w:r w:rsidRPr="00161078">
        <w:rPr>
          <w:lang w:val="pl-PL"/>
        </w:rPr>
        <w:t>.</w:t>
      </w:r>
    </w:p>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675DBDFD" w:rsidR="001512C8" w:rsidRPr="00161078" w:rsidRDefault="00443F1E">
      <w:pPr>
        <w:spacing w:after="80"/>
        <w:rPr>
          <w:lang w:val="pl-PL"/>
        </w:rPr>
      </w:pPr>
      <w:r w:rsidRPr="00161078">
        <w:rPr>
          <w:lang w:val="pl-PL"/>
        </w:rPr>
        <w:t>Składając ofertę do zapytania ofertowego na sukcesywną dostawę odczynników laboratoryjnych – grupa 3, do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260987930" w:edGrp="everyone"/>
    </w:p>
    <w:p w14:paraId="598FAA95" w14:textId="77777777" w:rsidR="001512C8" w:rsidRPr="00161078" w:rsidRDefault="00443F1E">
      <w:pPr>
        <w:spacing w:after="0"/>
        <w:jc w:val="center"/>
        <w:rPr>
          <w:lang w:val="pl-PL"/>
        </w:rPr>
      </w:pPr>
      <w:r w:rsidRPr="00161078">
        <w:rPr>
          <w:lang w:val="pl-PL"/>
        </w:rPr>
        <w:t>...............................................          ...............................................</w:t>
      </w:r>
    </w:p>
    <w:permEnd w:id="260987930"/>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129015344" w:edGrp="everyone"/>
      <w:r w:rsidRPr="00161078">
        <w:rPr>
          <w:lang w:val="pl-PL"/>
        </w:rPr>
        <w:t>...............................................          ...............................................</w:t>
      </w:r>
    </w:p>
    <w:permEnd w:id="1129015344"/>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27CC0581" w:rsidR="001512C8" w:rsidRPr="00161078" w:rsidRDefault="00443F1E">
      <w:pPr>
        <w:spacing w:after="80"/>
        <w:ind w:left="340" w:hanging="227"/>
        <w:rPr>
          <w:lang w:val="pl-PL"/>
        </w:rPr>
      </w:pPr>
      <w:r w:rsidRPr="00161078">
        <w:rPr>
          <w:lang w:val="pl-PL"/>
        </w:rPr>
        <w:t>–  Przedmiotem umowy jest sukcesywna dostawa odczynników laboratoryjnych – grupa 3,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8279" w14:textId="77777777" w:rsidR="0043483F" w:rsidRDefault="0043483F" w:rsidP="007A5F46">
      <w:pPr>
        <w:spacing w:after="0" w:line="240" w:lineRule="auto"/>
      </w:pPr>
      <w:r>
        <w:separator/>
      </w:r>
    </w:p>
  </w:endnote>
  <w:endnote w:type="continuationSeparator" w:id="0">
    <w:p w14:paraId="6AB5B335" w14:textId="77777777" w:rsidR="0043483F" w:rsidRDefault="0043483F"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86E4E" w14:textId="77777777" w:rsidR="0043483F" w:rsidRDefault="0043483F" w:rsidP="007A5F46">
      <w:pPr>
        <w:spacing w:after="0" w:line="240" w:lineRule="auto"/>
      </w:pPr>
      <w:r>
        <w:separator/>
      </w:r>
    </w:p>
  </w:footnote>
  <w:footnote w:type="continuationSeparator" w:id="0">
    <w:p w14:paraId="17E46719" w14:textId="77777777" w:rsidR="0043483F" w:rsidRDefault="0043483F"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sSXdlQpVOvWBeDsTqnZW4fi7o5PXaOr1K7DN6P5LhviW8TaG8b/JbIlokBVOBOFnMNbSNNjc1A4sxXwfq0CcMA==" w:salt="hoY/Sc8+eMt6NHZMbx6ARg=="/>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15074B"/>
    <w:rsid w:val="001512C8"/>
    <w:rsid w:val="00161078"/>
    <w:rsid w:val="0019327D"/>
    <w:rsid w:val="001B0B75"/>
    <w:rsid w:val="001D65B2"/>
    <w:rsid w:val="00211EA2"/>
    <w:rsid w:val="00235FF4"/>
    <w:rsid w:val="002747C6"/>
    <w:rsid w:val="002935B1"/>
    <w:rsid w:val="0029639D"/>
    <w:rsid w:val="002B2018"/>
    <w:rsid w:val="003010EC"/>
    <w:rsid w:val="00307ED0"/>
    <w:rsid w:val="00325855"/>
    <w:rsid w:val="00326F90"/>
    <w:rsid w:val="003F7441"/>
    <w:rsid w:val="00413CED"/>
    <w:rsid w:val="0042691E"/>
    <w:rsid w:val="0042756B"/>
    <w:rsid w:val="0043483F"/>
    <w:rsid w:val="00443F1E"/>
    <w:rsid w:val="004454D0"/>
    <w:rsid w:val="00446850"/>
    <w:rsid w:val="00471C1A"/>
    <w:rsid w:val="004A7981"/>
    <w:rsid w:val="004E5ACF"/>
    <w:rsid w:val="0053502F"/>
    <w:rsid w:val="00574C16"/>
    <w:rsid w:val="00595ABB"/>
    <w:rsid w:val="005D5D9D"/>
    <w:rsid w:val="005F4764"/>
    <w:rsid w:val="0062219F"/>
    <w:rsid w:val="00625CC2"/>
    <w:rsid w:val="0064032A"/>
    <w:rsid w:val="00690BB7"/>
    <w:rsid w:val="006C5CEA"/>
    <w:rsid w:val="006F66BD"/>
    <w:rsid w:val="00722E32"/>
    <w:rsid w:val="0072607B"/>
    <w:rsid w:val="00756F5B"/>
    <w:rsid w:val="00776D82"/>
    <w:rsid w:val="00795294"/>
    <w:rsid w:val="007A5F46"/>
    <w:rsid w:val="007B582D"/>
    <w:rsid w:val="007D1D58"/>
    <w:rsid w:val="007F6AC1"/>
    <w:rsid w:val="0081213C"/>
    <w:rsid w:val="00852893"/>
    <w:rsid w:val="00892D92"/>
    <w:rsid w:val="008A2197"/>
    <w:rsid w:val="008C196B"/>
    <w:rsid w:val="008C78C8"/>
    <w:rsid w:val="00901B23"/>
    <w:rsid w:val="00961990"/>
    <w:rsid w:val="00990C14"/>
    <w:rsid w:val="0099136A"/>
    <w:rsid w:val="009D66A1"/>
    <w:rsid w:val="009E6F09"/>
    <w:rsid w:val="00A0693F"/>
    <w:rsid w:val="00A43C06"/>
    <w:rsid w:val="00A912C4"/>
    <w:rsid w:val="00AA1D8D"/>
    <w:rsid w:val="00AB387C"/>
    <w:rsid w:val="00B05E60"/>
    <w:rsid w:val="00B32199"/>
    <w:rsid w:val="00B442EF"/>
    <w:rsid w:val="00B47730"/>
    <w:rsid w:val="00B75CE2"/>
    <w:rsid w:val="00B911AA"/>
    <w:rsid w:val="00B971E9"/>
    <w:rsid w:val="00BB5AA7"/>
    <w:rsid w:val="00C057E6"/>
    <w:rsid w:val="00C649C2"/>
    <w:rsid w:val="00C853A3"/>
    <w:rsid w:val="00C86981"/>
    <w:rsid w:val="00CB0664"/>
    <w:rsid w:val="00CE5DDD"/>
    <w:rsid w:val="00D11F9D"/>
    <w:rsid w:val="00D35310"/>
    <w:rsid w:val="00D65178"/>
    <w:rsid w:val="00D9726F"/>
    <w:rsid w:val="00DC5C51"/>
    <w:rsid w:val="00E47DBB"/>
    <w:rsid w:val="00E67C15"/>
    <w:rsid w:val="00EE5DEC"/>
    <w:rsid w:val="00F628E2"/>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3.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3153CC-DED1-455F-8CFF-BB18402DA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1199</Words>
  <Characters>7194</Characters>
  <Application>Microsoft Office Word</Application>
  <DocSecurity>8</DocSecurity>
  <Lines>59</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6</cp:revision>
  <cp:lastPrinted>2026-10-09T08:19:00Z</cp:lastPrinted>
  <dcterms:created xsi:type="dcterms:W3CDTF">2026-10-09T08:19:00Z</dcterms:created>
  <dcterms:modified xsi:type="dcterms:W3CDTF">2026-10-09T08:35:00Z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