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97C4E" w14:textId="77777777" w:rsidR="001512C8" w:rsidRPr="00161078" w:rsidRDefault="00443F1E">
      <w:pPr>
        <w:jc w:val="right"/>
        <w:rPr>
          <w:lang w:val="pl-PL"/>
        </w:rPr>
      </w:pPr>
      <w:r w:rsidRPr="00161078">
        <w:rPr>
          <w:b/>
          <w:lang w:val="pl-PL"/>
        </w:rPr>
        <w:t>Załącznik nr 1 do Zapytania ofertowego</w:t>
      </w:r>
    </w:p>
    <w:p w14:paraId="70529C51" w14:textId="77777777" w:rsidR="001512C8" w:rsidRPr="00161078" w:rsidRDefault="00443F1E">
      <w:pPr>
        <w:spacing w:after="160"/>
        <w:jc w:val="center"/>
        <w:rPr>
          <w:lang w:val="pl-PL"/>
        </w:rPr>
      </w:pPr>
      <w:r w:rsidRPr="00161078">
        <w:rPr>
          <w:b/>
          <w:sz w:val="24"/>
          <w:lang w:val="pl-PL"/>
        </w:rPr>
        <w:t>FORMULARZ OFERTOWY</w:t>
      </w:r>
    </w:p>
    <w:p w14:paraId="2C43C36B" w14:textId="77777777" w:rsidR="001512C8" w:rsidRPr="00161078" w:rsidRDefault="00443F1E">
      <w:pPr>
        <w:spacing w:after="40"/>
        <w:rPr>
          <w:lang w:val="pl-PL"/>
        </w:rPr>
      </w:pPr>
      <w:r w:rsidRPr="00161078">
        <w:rPr>
          <w:lang w:val="pl-PL"/>
        </w:rPr>
        <w:t xml:space="preserve">Dane Wykonawcy: </w:t>
      </w:r>
      <w:permStart w:id="1352538145" w:edGrp="everyone"/>
      <w:r w:rsidRPr="00161078">
        <w:rPr>
          <w:lang w:val="pl-PL"/>
        </w:rPr>
        <w:t>...............................................................................................</w:t>
      </w:r>
      <w:permEnd w:id="1352538145"/>
      <w:r w:rsidRPr="00161078">
        <w:rPr>
          <w:lang w:val="pl-PL"/>
        </w:rPr>
        <w:t xml:space="preserve">  (nazwa i adres)</w:t>
      </w:r>
    </w:p>
    <w:p w14:paraId="3EAC9A3E" w14:textId="77777777" w:rsidR="001512C8" w:rsidRPr="00161078" w:rsidRDefault="00443F1E">
      <w:pPr>
        <w:rPr>
          <w:lang w:val="pl-PL"/>
        </w:rPr>
      </w:pPr>
      <w:r w:rsidRPr="00161078">
        <w:rPr>
          <w:lang w:val="pl-PL"/>
        </w:rPr>
        <w:t xml:space="preserve">NIP: </w:t>
      </w:r>
      <w:permStart w:id="386404529" w:edGrp="everyone"/>
      <w:r w:rsidRPr="00161078">
        <w:rPr>
          <w:lang w:val="pl-PL"/>
        </w:rPr>
        <w:t xml:space="preserve">............................. </w:t>
      </w:r>
      <w:permEnd w:id="386404529"/>
      <w:r w:rsidRPr="00161078">
        <w:rPr>
          <w:lang w:val="pl-PL"/>
        </w:rPr>
        <w:t xml:space="preserve">  tel.: </w:t>
      </w:r>
      <w:permStart w:id="1026570435" w:edGrp="everyone"/>
      <w:r w:rsidRPr="00161078">
        <w:rPr>
          <w:lang w:val="pl-PL"/>
        </w:rPr>
        <w:t xml:space="preserve">.............................  </w:t>
      </w:r>
      <w:permEnd w:id="1026570435"/>
      <w:r w:rsidRPr="00161078">
        <w:rPr>
          <w:lang w:val="pl-PL"/>
        </w:rPr>
        <w:t xml:space="preserve"> e-mail: </w:t>
      </w:r>
      <w:permStart w:id="831327190" w:edGrp="everyone"/>
      <w:r w:rsidRPr="00161078">
        <w:rPr>
          <w:lang w:val="pl-PL"/>
        </w:rPr>
        <w:t>.............................</w:t>
      </w:r>
    </w:p>
    <w:permEnd w:id="831327190"/>
    <w:p w14:paraId="7EA6031A" w14:textId="77777777" w:rsidR="001512C8" w:rsidRPr="00161078" w:rsidRDefault="00443F1E">
      <w:pPr>
        <w:rPr>
          <w:lang w:val="pl-PL"/>
        </w:rPr>
      </w:pPr>
      <w:r w:rsidRPr="00161078">
        <w:rPr>
          <w:lang w:val="pl-PL"/>
        </w:rPr>
        <w:t>W nawiązaniu do zapytania ofertowego na sukcesywną dostawę materiałów zużywalnych i odczynników laboratoryjnych – grupa 2, do aseptycznej obróbki i hodowli komórek na potrzeby Przedsiębiorstwa Farmaceutycznego LEK-AM Sp. z o.o. do realizacji projektu „VAX-TCAR”, oferujemy realizację przedmiotu zamówienia zgodnie z zapytaniem ofertowym, na warunkach określonych poniżej:</w:t>
      </w:r>
    </w:p>
    <w:tbl>
      <w:tblPr>
        <w:tblStyle w:val="Tabela-Siatka"/>
        <w:tblW w:w="0" w:type="auto"/>
        <w:jc w:val="center"/>
        <w:tblLayout w:type="fixed"/>
        <w:tblLook w:val="04A0" w:firstRow="1" w:lastRow="0" w:firstColumn="1" w:lastColumn="0" w:noHBand="0" w:noVBand="1"/>
      </w:tblPr>
      <w:tblGrid>
        <w:gridCol w:w="420"/>
        <w:gridCol w:w="4450"/>
        <w:gridCol w:w="1720"/>
        <w:gridCol w:w="640"/>
        <w:gridCol w:w="1260"/>
        <w:gridCol w:w="1250"/>
        <w:gridCol w:w="620"/>
        <w:gridCol w:w="1250"/>
        <w:gridCol w:w="1350"/>
        <w:gridCol w:w="1350"/>
      </w:tblGrid>
      <w:tr w:rsidR="001512C8" w:rsidRPr="00161078" w14:paraId="0C818EE2" w14:textId="77777777" w:rsidTr="00795294">
        <w:trPr>
          <w:tblHeader/>
          <w:jc w:val="center"/>
        </w:trPr>
        <w:tc>
          <w:tcPr>
            <w:tcW w:w="420" w:type="dxa"/>
            <w:shd w:val="clear" w:color="auto" w:fill="D9D9D9"/>
            <w:vAlign w:val="center"/>
          </w:tcPr>
          <w:p w14:paraId="41D200B2" w14:textId="77777777" w:rsidR="001512C8" w:rsidRPr="00161078" w:rsidRDefault="00443F1E">
            <w:pPr>
              <w:spacing w:before="20" w:after="20"/>
              <w:jc w:val="center"/>
              <w:rPr>
                <w:lang w:val="pl-PL"/>
              </w:rPr>
            </w:pPr>
            <w:r w:rsidRPr="00161078">
              <w:rPr>
                <w:b/>
                <w:sz w:val="16"/>
                <w:lang w:val="pl-PL"/>
              </w:rPr>
              <w:t>Lp.</w:t>
            </w:r>
          </w:p>
        </w:tc>
        <w:tc>
          <w:tcPr>
            <w:tcW w:w="4450" w:type="dxa"/>
            <w:shd w:val="clear" w:color="auto" w:fill="D9D9D9"/>
            <w:vAlign w:val="center"/>
          </w:tcPr>
          <w:p w14:paraId="30717712" w14:textId="77777777" w:rsidR="001512C8" w:rsidRPr="00161078" w:rsidRDefault="00443F1E">
            <w:pPr>
              <w:spacing w:before="20" w:after="20"/>
              <w:jc w:val="center"/>
              <w:rPr>
                <w:lang w:val="pl-PL"/>
              </w:rPr>
            </w:pPr>
            <w:r w:rsidRPr="00161078">
              <w:rPr>
                <w:b/>
                <w:sz w:val="16"/>
                <w:lang w:val="pl-PL"/>
              </w:rPr>
              <w:t>Nazwa asortymentu</w:t>
            </w:r>
          </w:p>
        </w:tc>
        <w:tc>
          <w:tcPr>
            <w:tcW w:w="1720" w:type="dxa"/>
            <w:shd w:val="clear" w:color="auto" w:fill="D9D9D9"/>
            <w:vAlign w:val="center"/>
          </w:tcPr>
          <w:p w14:paraId="0BF1AF2E" w14:textId="77777777" w:rsidR="001512C8" w:rsidRPr="00161078" w:rsidRDefault="00443F1E">
            <w:pPr>
              <w:spacing w:before="20" w:after="20"/>
              <w:jc w:val="center"/>
              <w:rPr>
                <w:lang w:val="pl-PL"/>
              </w:rPr>
            </w:pPr>
            <w:r w:rsidRPr="00161078">
              <w:rPr>
                <w:b/>
                <w:sz w:val="16"/>
                <w:lang w:val="pl-PL"/>
              </w:rPr>
              <w:t>Wielkość opak.</w:t>
            </w:r>
          </w:p>
        </w:tc>
        <w:tc>
          <w:tcPr>
            <w:tcW w:w="640" w:type="dxa"/>
            <w:shd w:val="clear" w:color="auto" w:fill="D9D9D9"/>
            <w:vAlign w:val="center"/>
          </w:tcPr>
          <w:p w14:paraId="51DA2FAE" w14:textId="77777777" w:rsidR="001512C8" w:rsidRPr="00161078" w:rsidRDefault="00443F1E">
            <w:pPr>
              <w:spacing w:before="20" w:after="20"/>
              <w:jc w:val="center"/>
              <w:rPr>
                <w:lang w:val="pl-PL"/>
              </w:rPr>
            </w:pPr>
            <w:r w:rsidRPr="00161078">
              <w:rPr>
                <w:b/>
                <w:sz w:val="16"/>
                <w:lang w:val="pl-PL"/>
              </w:rPr>
              <w:t>Jedn.</w:t>
            </w:r>
          </w:p>
        </w:tc>
        <w:tc>
          <w:tcPr>
            <w:tcW w:w="1260" w:type="dxa"/>
            <w:shd w:val="clear" w:color="auto" w:fill="D9D9D9"/>
            <w:vAlign w:val="center"/>
          </w:tcPr>
          <w:p w14:paraId="3A641A5A" w14:textId="74E1EC05" w:rsidR="001512C8" w:rsidRPr="00161078" w:rsidRDefault="00443F1E">
            <w:pPr>
              <w:spacing w:before="20" w:after="20"/>
              <w:jc w:val="center"/>
              <w:rPr>
                <w:lang w:val="pl-PL"/>
              </w:rPr>
            </w:pPr>
            <w:r w:rsidRPr="00161078">
              <w:rPr>
                <w:b/>
                <w:sz w:val="16"/>
                <w:lang w:val="pl-PL"/>
              </w:rPr>
              <w:t xml:space="preserve">Ilość </w:t>
            </w:r>
            <w:r w:rsidR="00795294" w:rsidRPr="00161078">
              <w:rPr>
                <w:b/>
                <w:sz w:val="16"/>
                <w:lang w:val="pl-PL"/>
              </w:rPr>
              <w:t>przewidywana</w:t>
            </w:r>
            <w:r w:rsidRPr="00161078">
              <w:rPr>
                <w:b/>
                <w:sz w:val="16"/>
                <w:lang w:val="pl-PL"/>
              </w:rPr>
              <w:t>.</w:t>
            </w:r>
          </w:p>
          <w:p w14:paraId="2D53B701" w14:textId="77777777" w:rsidR="001512C8" w:rsidRPr="00161078" w:rsidRDefault="00443F1E">
            <w:pPr>
              <w:spacing w:before="20" w:after="20"/>
              <w:jc w:val="center"/>
              <w:rPr>
                <w:lang w:val="pl-PL"/>
              </w:rPr>
            </w:pPr>
            <w:r w:rsidRPr="00161078">
              <w:rPr>
                <w:b/>
                <w:sz w:val="16"/>
                <w:lang w:val="pl-PL"/>
              </w:rPr>
              <w:t>(12 m-</w:t>
            </w:r>
            <w:proofErr w:type="spellStart"/>
            <w:r w:rsidRPr="00161078">
              <w:rPr>
                <w:b/>
                <w:sz w:val="16"/>
                <w:lang w:val="pl-PL"/>
              </w:rPr>
              <w:t>cy</w:t>
            </w:r>
            <w:proofErr w:type="spellEnd"/>
            <w:r w:rsidRPr="00161078">
              <w:rPr>
                <w:b/>
                <w:sz w:val="16"/>
                <w:lang w:val="pl-PL"/>
              </w:rPr>
              <w:t>)</w:t>
            </w:r>
          </w:p>
        </w:tc>
        <w:tc>
          <w:tcPr>
            <w:tcW w:w="1250" w:type="dxa"/>
            <w:shd w:val="clear" w:color="auto" w:fill="D9D9D9"/>
            <w:vAlign w:val="center"/>
          </w:tcPr>
          <w:p w14:paraId="46845B06" w14:textId="77777777" w:rsidR="001512C8" w:rsidRPr="00161078" w:rsidRDefault="00443F1E">
            <w:pPr>
              <w:spacing w:before="20" w:after="20"/>
              <w:jc w:val="center"/>
              <w:rPr>
                <w:lang w:val="pl-PL"/>
              </w:rPr>
            </w:pPr>
            <w:r w:rsidRPr="00161078">
              <w:rPr>
                <w:b/>
                <w:sz w:val="16"/>
                <w:lang w:val="pl-PL"/>
              </w:rPr>
              <w:t>Cena jedn. netto [waluta]</w:t>
            </w:r>
          </w:p>
        </w:tc>
        <w:tc>
          <w:tcPr>
            <w:tcW w:w="620" w:type="dxa"/>
            <w:shd w:val="clear" w:color="auto" w:fill="D9D9D9"/>
            <w:vAlign w:val="center"/>
          </w:tcPr>
          <w:p w14:paraId="5EA4DEE7" w14:textId="77777777" w:rsidR="001512C8" w:rsidRPr="00161078" w:rsidRDefault="00443F1E">
            <w:pPr>
              <w:spacing w:before="20" w:after="20"/>
              <w:jc w:val="center"/>
              <w:rPr>
                <w:lang w:val="pl-PL"/>
              </w:rPr>
            </w:pPr>
            <w:r w:rsidRPr="00161078">
              <w:rPr>
                <w:b/>
                <w:sz w:val="16"/>
                <w:lang w:val="pl-PL"/>
              </w:rPr>
              <w:t>VAT [%]</w:t>
            </w:r>
          </w:p>
        </w:tc>
        <w:tc>
          <w:tcPr>
            <w:tcW w:w="1250" w:type="dxa"/>
            <w:shd w:val="clear" w:color="auto" w:fill="D9D9D9"/>
            <w:vAlign w:val="center"/>
          </w:tcPr>
          <w:p w14:paraId="76082911" w14:textId="77777777" w:rsidR="001512C8" w:rsidRPr="00161078" w:rsidRDefault="00443F1E">
            <w:pPr>
              <w:spacing w:before="20" w:after="20"/>
              <w:jc w:val="center"/>
              <w:rPr>
                <w:lang w:val="pl-PL"/>
              </w:rPr>
            </w:pPr>
            <w:r w:rsidRPr="00161078">
              <w:rPr>
                <w:b/>
                <w:sz w:val="16"/>
                <w:lang w:val="pl-PL"/>
              </w:rPr>
              <w:t>Cena jedn. brutto [waluta]</w:t>
            </w:r>
          </w:p>
        </w:tc>
        <w:tc>
          <w:tcPr>
            <w:tcW w:w="1350" w:type="dxa"/>
            <w:shd w:val="clear" w:color="auto" w:fill="D9D9D9"/>
            <w:vAlign w:val="center"/>
          </w:tcPr>
          <w:p w14:paraId="321C799F" w14:textId="77777777" w:rsidR="001512C8" w:rsidRPr="00161078" w:rsidRDefault="00443F1E">
            <w:pPr>
              <w:spacing w:before="20" w:after="20"/>
              <w:jc w:val="center"/>
              <w:rPr>
                <w:lang w:val="pl-PL"/>
              </w:rPr>
            </w:pPr>
            <w:r w:rsidRPr="00161078">
              <w:rPr>
                <w:b/>
                <w:sz w:val="16"/>
                <w:lang w:val="pl-PL"/>
              </w:rPr>
              <w:t>Wartość netto [waluta]</w:t>
            </w:r>
          </w:p>
        </w:tc>
        <w:tc>
          <w:tcPr>
            <w:tcW w:w="1350" w:type="dxa"/>
            <w:shd w:val="clear" w:color="auto" w:fill="D9D9D9"/>
            <w:vAlign w:val="center"/>
          </w:tcPr>
          <w:p w14:paraId="097299C3" w14:textId="77777777" w:rsidR="001512C8" w:rsidRPr="00161078" w:rsidRDefault="00443F1E">
            <w:pPr>
              <w:spacing w:before="20" w:after="20"/>
              <w:jc w:val="center"/>
              <w:rPr>
                <w:lang w:val="pl-PL"/>
              </w:rPr>
            </w:pPr>
            <w:r w:rsidRPr="00161078">
              <w:rPr>
                <w:b/>
                <w:sz w:val="16"/>
                <w:lang w:val="pl-PL"/>
              </w:rPr>
              <w:t>Wartość brutto [waluta]</w:t>
            </w:r>
          </w:p>
        </w:tc>
      </w:tr>
      <w:tr w:rsidR="001512C8" w:rsidRPr="00161078" w14:paraId="2200A52C" w14:textId="77777777" w:rsidTr="00795294">
        <w:trPr>
          <w:jc w:val="center"/>
        </w:trPr>
        <w:tc>
          <w:tcPr>
            <w:tcW w:w="420" w:type="dxa"/>
            <w:vAlign w:val="center"/>
          </w:tcPr>
          <w:p w14:paraId="61531AB0" w14:textId="77777777" w:rsidR="001512C8" w:rsidRPr="00161078" w:rsidRDefault="00443F1E">
            <w:pPr>
              <w:spacing w:before="20" w:after="20"/>
              <w:jc w:val="center"/>
              <w:rPr>
                <w:lang w:val="pl-PL"/>
              </w:rPr>
            </w:pPr>
            <w:permStart w:id="1029187667" w:edGrp="everyone" w:colFirst="5" w:colLast="5"/>
            <w:permStart w:id="865741290" w:edGrp="everyone" w:colFirst="6" w:colLast="6"/>
            <w:permStart w:id="782784411" w:edGrp="everyone" w:colFirst="7" w:colLast="7"/>
            <w:permStart w:id="831328297" w:edGrp="everyone" w:colFirst="8" w:colLast="8"/>
            <w:permStart w:id="1344614988" w:edGrp="everyone" w:colFirst="9" w:colLast="9"/>
            <w:r w:rsidRPr="00161078">
              <w:rPr>
                <w:sz w:val="16"/>
                <w:lang w:val="pl-PL"/>
              </w:rPr>
              <w:t>1</w:t>
            </w:r>
          </w:p>
        </w:tc>
        <w:tc>
          <w:tcPr>
            <w:tcW w:w="4450" w:type="dxa"/>
            <w:vAlign w:val="center"/>
          </w:tcPr>
          <w:p w14:paraId="4C33C0AE" w14:textId="77777777" w:rsidR="001512C8" w:rsidRPr="000E6009" w:rsidRDefault="00443F1E">
            <w:pPr>
              <w:spacing w:before="20" w:after="20"/>
              <w:jc w:val="left"/>
            </w:pPr>
            <w:proofErr w:type="spellStart"/>
            <w:r w:rsidRPr="000E6009">
              <w:rPr>
                <w:sz w:val="16"/>
              </w:rPr>
              <w:t>mMESSAGE</w:t>
            </w:r>
            <w:proofErr w:type="spellEnd"/>
            <w:r w:rsidRPr="000E6009">
              <w:rPr>
                <w:sz w:val="16"/>
              </w:rPr>
              <w:t xml:space="preserve"> </w:t>
            </w:r>
            <w:proofErr w:type="spellStart"/>
            <w:r w:rsidRPr="000E6009">
              <w:rPr>
                <w:sz w:val="16"/>
              </w:rPr>
              <w:t>mMACHINE</w:t>
            </w:r>
            <w:proofErr w:type="spellEnd"/>
            <w:r w:rsidRPr="000E6009">
              <w:rPr>
                <w:sz w:val="16"/>
              </w:rPr>
              <w:t xml:space="preserve">™ T7 mRNA Kit with </w:t>
            </w:r>
            <w:proofErr w:type="spellStart"/>
            <w:r w:rsidRPr="000E6009">
              <w:rPr>
                <w:sz w:val="16"/>
              </w:rPr>
              <w:t>CleanCap</w:t>
            </w:r>
            <w:proofErr w:type="spellEnd"/>
            <w:r w:rsidRPr="000E6009">
              <w:rPr>
                <w:sz w:val="16"/>
              </w:rPr>
              <w:t>™ Reagent AG</w:t>
            </w:r>
          </w:p>
        </w:tc>
        <w:tc>
          <w:tcPr>
            <w:tcW w:w="1720" w:type="dxa"/>
            <w:vAlign w:val="center"/>
          </w:tcPr>
          <w:p w14:paraId="7873BEE1" w14:textId="77777777" w:rsidR="001512C8" w:rsidRPr="00161078" w:rsidRDefault="00443F1E">
            <w:pPr>
              <w:spacing w:before="20" w:after="20"/>
              <w:jc w:val="center"/>
              <w:rPr>
                <w:lang w:val="pl-PL"/>
              </w:rPr>
            </w:pPr>
            <w:r w:rsidRPr="00161078">
              <w:rPr>
                <w:sz w:val="16"/>
                <w:lang w:val="pl-PL"/>
              </w:rPr>
              <w:t>25 reakcji</w:t>
            </w:r>
          </w:p>
        </w:tc>
        <w:tc>
          <w:tcPr>
            <w:tcW w:w="640" w:type="dxa"/>
            <w:vAlign w:val="center"/>
          </w:tcPr>
          <w:p w14:paraId="0B6EBE9E" w14:textId="77777777" w:rsidR="001512C8" w:rsidRPr="00161078" w:rsidRDefault="00443F1E">
            <w:pPr>
              <w:spacing w:before="20" w:after="20"/>
              <w:jc w:val="center"/>
              <w:rPr>
                <w:lang w:val="pl-PL"/>
              </w:rPr>
            </w:pPr>
            <w:r w:rsidRPr="00161078">
              <w:rPr>
                <w:sz w:val="16"/>
                <w:lang w:val="pl-PL"/>
              </w:rPr>
              <w:t>zestaw</w:t>
            </w:r>
          </w:p>
        </w:tc>
        <w:tc>
          <w:tcPr>
            <w:tcW w:w="1260" w:type="dxa"/>
            <w:vAlign w:val="center"/>
          </w:tcPr>
          <w:p w14:paraId="3293770F" w14:textId="1417A4B2" w:rsidR="001512C8" w:rsidRPr="00161078" w:rsidRDefault="00056A14">
            <w:pPr>
              <w:spacing w:before="20" w:after="20"/>
              <w:jc w:val="center"/>
              <w:rPr>
                <w:lang w:val="pl-PL"/>
              </w:rPr>
            </w:pPr>
            <w:r>
              <w:rPr>
                <w:sz w:val="16"/>
                <w:lang w:val="pl-PL"/>
              </w:rPr>
              <w:t>3</w:t>
            </w:r>
          </w:p>
        </w:tc>
        <w:tc>
          <w:tcPr>
            <w:tcW w:w="1250" w:type="dxa"/>
            <w:vAlign w:val="center"/>
          </w:tcPr>
          <w:p w14:paraId="0B0D0B23" w14:textId="77777777" w:rsidR="001512C8" w:rsidRPr="00161078" w:rsidRDefault="001512C8">
            <w:pPr>
              <w:spacing w:before="20" w:after="20"/>
              <w:jc w:val="center"/>
              <w:rPr>
                <w:lang w:val="pl-PL"/>
              </w:rPr>
            </w:pPr>
          </w:p>
        </w:tc>
        <w:tc>
          <w:tcPr>
            <w:tcW w:w="620" w:type="dxa"/>
            <w:vAlign w:val="center"/>
          </w:tcPr>
          <w:p w14:paraId="0E70E9C7" w14:textId="77777777" w:rsidR="001512C8" w:rsidRPr="00161078" w:rsidRDefault="001512C8">
            <w:pPr>
              <w:spacing w:before="20" w:after="20"/>
              <w:jc w:val="center"/>
              <w:rPr>
                <w:lang w:val="pl-PL"/>
              </w:rPr>
            </w:pPr>
          </w:p>
        </w:tc>
        <w:tc>
          <w:tcPr>
            <w:tcW w:w="1250" w:type="dxa"/>
            <w:vAlign w:val="center"/>
          </w:tcPr>
          <w:p w14:paraId="1CC52347" w14:textId="77777777" w:rsidR="001512C8" w:rsidRPr="00161078" w:rsidRDefault="001512C8">
            <w:pPr>
              <w:spacing w:before="20" w:after="20"/>
              <w:jc w:val="center"/>
              <w:rPr>
                <w:lang w:val="pl-PL"/>
              </w:rPr>
            </w:pPr>
          </w:p>
        </w:tc>
        <w:tc>
          <w:tcPr>
            <w:tcW w:w="1350" w:type="dxa"/>
            <w:vAlign w:val="center"/>
          </w:tcPr>
          <w:p w14:paraId="51E7262C" w14:textId="77777777" w:rsidR="001512C8" w:rsidRPr="00161078" w:rsidRDefault="001512C8">
            <w:pPr>
              <w:spacing w:before="20" w:after="20"/>
              <w:jc w:val="center"/>
              <w:rPr>
                <w:lang w:val="pl-PL"/>
              </w:rPr>
            </w:pPr>
          </w:p>
        </w:tc>
        <w:tc>
          <w:tcPr>
            <w:tcW w:w="1350" w:type="dxa"/>
            <w:vAlign w:val="center"/>
          </w:tcPr>
          <w:p w14:paraId="2BB0357C" w14:textId="77777777" w:rsidR="001512C8" w:rsidRPr="00161078" w:rsidRDefault="001512C8">
            <w:pPr>
              <w:spacing w:before="20" w:after="20"/>
              <w:jc w:val="center"/>
              <w:rPr>
                <w:lang w:val="pl-PL"/>
              </w:rPr>
            </w:pPr>
          </w:p>
        </w:tc>
      </w:tr>
      <w:tr w:rsidR="001512C8" w:rsidRPr="00161078" w14:paraId="2F4105A5" w14:textId="77777777" w:rsidTr="00795294">
        <w:trPr>
          <w:jc w:val="center"/>
        </w:trPr>
        <w:tc>
          <w:tcPr>
            <w:tcW w:w="420" w:type="dxa"/>
            <w:vAlign w:val="center"/>
          </w:tcPr>
          <w:p w14:paraId="4D09064C" w14:textId="77777777" w:rsidR="001512C8" w:rsidRPr="00161078" w:rsidRDefault="00443F1E">
            <w:pPr>
              <w:spacing w:before="20" w:after="20"/>
              <w:jc w:val="center"/>
              <w:rPr>
                <w:lang w:val="pl-PL"/>
              </w:rPr>
            </w:pPr>
            <w:permStart w:id="1675321112" w:edGrp="everyone" w:colFirst="5" w:colLast="5"/>
            <w:permStart w:id="609552534" w:edGrp="everyone" w:colFirst="6" w:colLast="6"/>
            <w:permStart w:id="858130326" w:edGrp="everyone" w:colFirst="7" w:colLast="7"/>
            <w:permStart w:id="1392339716" w:edGrp="everyone" w:colFirst="8" w:colLast="8"/>
            <w:permStart w:id="1015444378" w:edGrp="everyone" w:colFirst="9" w:colLast="9"/>
            <w:permEnd w:id="1029187667"/>
            <w:permEnd w:id="865741290"/>
            <w:permEnd w:id="782784411"/>
            <w:permEnd w:id="831328297"/>
            <w:permEnd w:id="1344614988"/>
            <w:r w:rsidRPr="00161078">
              <w:rPr>
                <w:sz w:val="16"/>
                <w:lang w:val="pl-PL"/>
              </w:rPr>
              <w:t>2</w:t>
            </w:r>
          </w:p>
        </w:tc>
        <w:tc>
          <w:tcPr>
            <w:tcW w:w="4450" w:type="dxa"/>
            <w:vAlign w:val="center"/>
          </w:tcPr>
          <w:p w14:paraId="6E436C92" w14:textId="77777777" w:rsidR="001512C8" w:rsidRPr="000E6009" w:rsidRDefault="00443F1E">
            <w:pPr>
              <w:spacing w:before="20" w:after="20"/>
              <w:jc w:val="left"/>
            </w:pPr>
            <w:proofErr w:type="spellStart"/>
            <w:r w:rsidRPr="000E6009">
              <w:rPr>
                <w:sz w:val="16"/>
              </w:rPr>
              <w:t>MEGAclear</w:t>
            </w:r>
            <w:proofErr w:type="spellEnd"/>
            <w:r w:rsidRPr="000E6009">
              <w:rPr>
                <w:sz w:val="16"/>
              </w:rPr>
              <w:t>™ Transcription Clean-Up Kit</w:t>
            </w:r>
          </w:p>
        </w:tc>
        <w:tc>
          <w:tcPr>
            <w:tcW w:w="1720" w:type="dxa"/>
            <w:vAlign w:val="center"/>
          </w:tcPr>
          <w:p w14:paraId="2BA90A83" w14:textId="77777777" w:rsidR="001512C8" w:rsidRPr="00161078" w:rsidRDefault="00443F1E">
            <w:pPr>
              <w:spacing w:before="20" w:after="20"/>
              <w:jc w:val="center"/>
              <w:rPr>
                <w:lang w:val="pl-PL"/>
              </w:rPr>
            </w:pPr>
            <w:r w:rsidRPr="00161078">
              <w:rPr>
                <w:sz w:val="16"/>
                <w:lang w:val="pl-PL"/>
              </w:rPr>
              <w:t>20 oznaczeń</w:t>
            </w:r>
          </w:p>
        </w:tc>
        <w:tc>
          <w:tcPr>
            <w:tcW w:w="640" w:type="dxa"/>
            <w:vAlign w:val="center"/>
          </w:tcPr>
          <w:p w14:paraId="0F05059B" w14:textId="77777777" w:rsidR="001512C8" w:rsidRPr="00161078" w:rsidRDefault="00443F1E">
            <w:pPr>
              <w:spacing w:before="20" w:after="20"/>
              <w:jc w:val="center"/>
              <w:rPr>
                <w:lang w:val="pl-PL"/>
              </w:rPr>
            </w:pPr>
            <w:r w:rsidRPr="00161078">
              <w:rPr>
                <w:sz w:val="16"/>
                <w:lang w:val="pl-PL"/>
              </w:rPr>
              <w:t>zestaw</w:t>
            </w:r>
          </w:p>
        </w:tc>
        <w:tc>
          <w:tcPr>
            <w:tcW w:w="1260" w:type="dxa"/>
            <w:vAlign w:val="center"/>
          </w:tcPr>
          <w:p w14:paraId="4EB4BFC2" w14:textId="77777777" w:rsidR="001512C8" w:rsidRPr="00161078" w:rsidRDefault="00056A14">
            <w:pPr>
              <w:spacing w:before="20" w:after="20"/>
              <w:jc w:val="center"/>
              <w:rPr>
                <w:lang w:val="pl-PL"/>
              </w:rPr>
            </w:pPr>
            <w:r>
              <w:rPr>
                <w:sz w:val="16"/>
                <w:lang w:val="pl-PL"/>
              </w:rPr>
              <w:t>3</w:t>
            </w:r>
          </w:p>
        </w:tc>
        <w:tc>
          <w:tcPr>
            <w:tcW w:w="1250" w:type="dxa"/>
            <w:vAlign w:val="center"/>
          </w:tcPr>
          <w:p w14:paraId="072D5504" w14:textId="77777777" w:rsidR="001512C8" w:rsidRPr="00161078" w:rsidRDefault="001512C8">
            <w:pPr>
              <w:spacing w:before="20" w:after="20"/>
              <w:jc w:val="center"/>
              <w:rPr>
                <w:lang w:val="pl-PL"/>
              </w:rPr>
            </w:pPr>
          </w:p>
        </w:tc>
        <w:tc>
          <w:tcPr>
            <w:tcW w:w="620" w:type="dxa"/>
            <w:vAlign w:val="center"/>
          </w:tcPr>
          <w:p w14:paraId="71231E44" w14:textId="77777777" w:rsidR="001512C8" w:rsidRPr="00161078" w:rsidRDefault="001512C8">
            <w:pPr>
              <w:spacing w:before="20" w:after="20"/>
              <w:jc w:val="center"/>
              <w:rPr>
                <w:lang w:val="pl-PL"/>
              </w:rPr>
            </w:pPr>
          </w:p>
        </w:tc>
        <w:tc>
          <w:tcPr>
            <w:tcW w:w="1250" w:type="dxa"/>
            <w:vAlign w:val="center"/>
          </w:tcPr>
          <w:p w14:paraId="6B4D1029" w14:textId="77777777" w:rsidR="001512C8" w:rsidRPr="00161078" w:rsidRDefault="001512C8">
            <w:pPr>
              <w:spacing w:before="20" w:after="20"/>
              <w:jc w:val="center"/>
              <w:rPr>
                <w:lang w:val="pl-PL"/>
              </w:rPr>
            </w:pPr>
          </w:p>
        </w:tc>
        <w:tc>
          <w:tcPr>
            <w:tcW w:w="1350" w:type="dxa"/>
            <w:vAlign w:val="center"/>
          </w:tcPr>
          <w:p w14:paraId="0671DFAC" w14:textId="77777777" w:rsidR="001512C8" w:rsidRPr="00161078" w:rsidRDefault="001512C8">
            <w:pPr>
              <w:spacing w:before="20" w:after="20"/>
              <w:jc w:val="center"/>
              <w:rPr>
                <w:lang w:val="pl-PL"/>
              </w:rPr>
            </w:pPr>
          </w:p>
        </w:tc>
        <w:tc>
          <w:tcPr>
            <w:tcW w:w="1350" w:type="dxa"/>
            <w:vAlign w:val="center"/>
          </w:tcPr>
          <w:p w14:paraId="599E76D1" w14:textId="77777777" w:rsidR="001512C8" w:rsidRPr="00161078" w:rsidRDefault="001512C8">
            <w:pPr>
              <w:spacing w:before="20" w:after="20"/>
              <w:jc w:val="center"/>
              <w:rPr>
                <w:lang w:val="pl-PL"/>
              </w:rPr>
            </w:pPr>
          </w:p>
        </w:tc>
      </w:tr>
      <w:tr w:rsidR="001512C8" w:rsidRPr="00161078" w14:paraId="6D12C89F" w14:textId="77777777" w:rsidTr="00795294">
        <w:trPr>
          <w:jc w:val="center"/>
        </w:trPr>
        <w:tc>
          <w:tcPr>
            <w:tcW w:w="420" w:type="dxa"/>
            <w:vAlign w:val="center"/>
          </w:tcPr>
          <w:p w14:paraId="6C825CFC" w14:textId="77777777" w:rsidR="001512C8" w:rsidRPr="00161078" w:rsidRDefault="00443F1E">
            <w:pPr>
              <w:spacing w:before="20" w:after="20"/>
              <w:jc w:val="center"/>
              <w:rPr>
                <w:lang w:val="pl-PL"/>
              </w:rPr>
            </w:pPr>
            <w:permStart w:id="366746745" w:edGrp="everyone" w:colFirst="5" w:colLast="5"/>
            <w:permStart w:id="847462288" w:edGrp="everyone" w:colFirst="6" w:colLast="6"/>
            <w:permStart w:id="54069431" w:edGrp="everyone" w:colFirst="7" w:colLast="7"/>
            <w:permStart w:id="676219632" w:edGrp="everyone" w:colFirst="8" w:colLast="8"/>
            <w:permStart w:id="781942726" w:edGrp="everyone" w:colFirst="9" w:colLast="9"/>
            <w:permEnd w:id="1675321112"/>
            <w:permEnd w:id="609552534"/>
            <w:permEnd w:id="858130326"/>
            <w:permEnd w:id="1392339716"/>
            <w:permEnd w:id="1015444378"/>
            <w:r w:rsidRPr="00161078">
              <w:rPr>
                <w:sz w:val="16"/>
                <w:lang w:val="pl-PL"/>
              </w:rPr>
              <w:t>3</w:t>
            </w:r>
          </w:p>
        </w:tc>
        <w:tc>
          <w:tcPr>
            <w:tcW w:w="4450" w:type="dxa"/>
            <w:vAlign w:val="center"/>
          </w:tcPr>
          <w:p w14:paraId="60362BC7" w14:textId="77777777" w:rsidR="001512C8" w:rsidRPr="00161078" w:rsidRDefault="00443F1E">
            <w:pPr>
              <w:spacing w:before="20" w:after="20"/>
              <w:jc w:val="left"/>
              <w:rPr>
                <w:lang w:val="pl-PL"/>
              </w:rPr>
            </w:pPr>
            <w:proofErr w:type="spellStart"/>
            <w:r w:rsidRPr="00161078">
              <w:rPr>
                <w:sz w:val="16"/>
                <w:lang w:val="pl-PL"/>
              </w:rPr>
              <w:t>RNase</w:t>
            </w:r>
            <w:proofErr w:type="spellEnd"/>
            <w:r w:rsidRPr="00161078">
              <w:rPr>
                <w:sz w:val="16"/>
                <w:lang w:val="pl-PL"/>
              </w:rPr>
              <w:t xml:space="preserve"> Inhibitor</w:t>
            </w:r>
          </w:p>
        </w:tc>
        <w:tc>
          <w:tcPr>
            <w:tcW w:w="1720" w:type="dxa"/>
            <w:vAlign w:val="center"/>
          </w:tcPr>
          <w:p w14:paraId="193A516E" w14:textId="77777777" w:rsidR="001512C8" w:rsidRPr="00161078" w:rsidRDefault="00443F1E">
            <w:pPr>
              <w:spacing w:before="20" w:after="20"/>
              <w:jc w:val="center"/>
              <w:rPr>
                <w:lang w:val="pl-PL"/>
              </w:rPr>
            </w:pPr>
            <w:r w:rsidRPr="00161078">
              <w:rPr>
                <w:sz w:val="16"/>
                <w:lang w:val="pl-PL"/>
              </w:rPr>
              <w:t>2 000 jednostek</w:t>
            </w:r>
          </w:p>
        </w:tc>
        <w:tc>
          <w:tcPr>
            <w:tcW w:w="640" w:type="dxa"/>
            <w:vAlign w:val="center"/>
          </w:tcPr>
          <w:p w14:paraId="6D529E28"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158A6363" w14:textId="77777777" w:rsidR="001512C8" w:rsidRPr="00161078" w:rsidRDefault="00056A14">
            <w:pPr>
              <w:spacing w:before="20" w:after="20"/>
              <w:jc w:val="center"/>
              <w:rPr>
                <w:lang w:val="pl-PL"/>
              </w:rPr>
            </w:pPr>
            <w:r>
              <w:rPr>
                <w:sz w:val="16"/>
                <w:lang w:val="pl-PL"/>
              </w:rPr>
              <w:t>2</w:t>
            </w:r>
          </w:p>
        </w:tc>
        <w:tc>
          <w:tcPr>
            <w:tcW w:w="1250" w:type="dxa"/>
            <w:vAlign w:val="center"/>
          </w:tcPr>
          <w:p w14:paraId="7913945E" w14:textId="77777777" w:rsidR="001512C8" w:rsidRPr="00161078" w:rsidRDefault="001512C8">
            <w:pPr>
              <w:spacing w:before="20" w:after="20"/>
              <w:jc w:val="center"/>
              <w:rPr>
                <w:lang w:val="pl-PL"/>
              </w:rPr>
            </w:pPr>
          </w:p>
        </w:tc>
        <w:tc>
          <w:tcPr>
            <w:tcW w:w="620" w:type="dxa"/>
            <w:vAlign w:val="center"/>
          </w:tcPr>
          <w:p w14:paraId="7F2FDE52" w14:textId="77777777" w:rsidR="001512C8" w:rsidRPr="00161078" w:rsidRDefault="001512C8">
            <w:pPr>
              <w:spacing w:before="20" w:after="20"/>
              <w:jc w:val="center"/>
              <w:rPr>
                <w:lang w:val="pl-PL"/>
              </w:rPr>
            </w:pPr>
          </w:p>
        </w:tc>
        <w:tc>
          <w:tcPr>
            <w:tcW w:w="1250" w:type="dxa"/>
            <w:vAlign w:val="center"/>
          </w:tcPr>
          <w:p w14:paraId="6A70D983" w14:textId="77777777" w:rsidR="001512C8" w:rsidRPr="00161078" w:rsidRDefault="001512C8">
            <w:pPr>
              <w:spacing w:before="20" w:after="20"/>
              <w:jc w:val="center"/>
              <w:rPr>
                <w:lang w:val="pl-PL"/>
              </w:rPr>
            </w:pPr>
          </w:p>
        </w:tc>
        <w:tc>
          <w:tcPr>
            <w:tcW w:w="1350" w:type="dxa"/>
            <w:vAlign w:val="center"/>
          </w:tcPr>
          <w:p w14:paraId="06555BD2" w14:textId="77777777" w:rsidR="001512C8" w:rsidRPr="00161078" w:rsidRDefault="001512C8">
            <w:pPr>
              <w:spacing w:before="20" w:after="20"/>
              <w:jc w:val="center"/>
              <w:rPr>
                <w:lang w:val="pl-PL"/>
              </w:rPr>
            </w:pPr>
          </w:p>
        </w:tc>
        <w:tc>
          <w:tcPr>
            <w:tcW w:w="1350" w:type="dxa"/>
            <w:vAlign w:val="center"/>
          </w:tcPr>
          <w:p w14:paraId="13B049FA" w14:textId="77777777" w:rsidR="001512C8" w:rsidRPr="00161078" w:rsidRDefault="001512C8">
            <w:pPr>
              <w:spacing w:before="20" w:after="20"/>
              <w:jc w:val="center"/>
              <w:rPr>
                <w:lang w:val="pl-PL"/>
              </w:rPr>
            </w:pPr>
          </w:p>
        </w:tc>
      </w:tr>
      <w:tr w:rsidR="001512C8" w:rsidRPr="00161078" w14:paraId="1A3F7E83" w14:textId="77777777" w:rsidTr="00795294">
        <w:trPr>
          <w:jc w:val="center"/>
        </w:trPr>
        <w:tc>
          <w:tcPr>
            <w:tcW w:w="420" w:type="dxa"/>
            <w:vAlign w:val="center"/>
          </w:tcPr>
          <w:p w14:paraId="04A75C93" w14:textId="77777777" w:rsidR="001512C8" w:rsidRPr="00161078" w:rsidRDefault="00443F1E">
            <w:pPr>
              <w:spacing w:before="20" w:after="20"/>
              <w:jc w:val="center"/>
              <w:rPr>
                <w:lang w:val="pl-PL"/>
              </w:rPr>
            </w:pPr>
            <w:permStart w:id="1462052067" w:edGrp="everyone" w:colFirst="5" w:colLast="5"/>
            <w:permStart w:id="1226138435" w:edGrp="everyone" w:colFirst="6" w:colLast="6"/>
            <w:permStart w:id="546798163" w:edGrp="everyone" w:colFirst="7" w:colLast="7"/>
            <w:permStart w:id="585565644" w:edGrp="everyone" w:colFirst="8" w:colLast="8"/>
            <w:permStart w:id="583021812" w:edGrp="everyone" w:colFirst="9" w:colLast="9"/>
            <w:permEnd w:id="366746745"/>
            <w:permEnd w:id="847462288"/>
            <w:permEnd w:id="54069431"/>
            <w:permEnd w:id="676219632"/>
            <w:permEnd w:id="781942726"/>
            <w:r w:rsidRPr="00161078">
              <w:rPr>
                <w:sz w:val="16"/>
                <w:lang w:val="pl-PL"/>
              </w:rPr>
              <w:t>4</w:t>
            </w:r>
          </w:p>
        </w:tc>
        <w:tc>
          <w:tcPr>
            <w:tcW w:w="4450" w:type="dxa"/>
            <w:vAlign w:val="center"/>
          </w:tcPr>
          <w:p w14:paraId="23971A98" w14:textId="77777777" w:rsidR="001512C8" w:rsidRPr="000E6009" w:rsidRDefault="00443F1E">
            <w:pPr>
              <w:spacing w:before="20" w:after="20"/>
              <w:jc w:val="left"/>
            </w:pPr>
            <w:r w:rsidRPr="000E6009">
              <w:rPr>
                <w:sz w:val="16"/>
              </w:rPr>
              <w:t>EDTA (0.5 M), pH 8.0, RNase-free</w:t>
            </w:r>
          </w:p>
        </w:tc>
        <w:tc>
          <w:tcPr>
            <w:tcW w:w="1720" w:type="dxa"/>
            <w:vAlign w:val="center"/>
          </w:tcPr>
          <w:p w14:paraId="76E3EC9E" w14:textId="77777777" w:rsidR="001512C8" w:rsidRPr="00161078" w:rsidRDefault="00443F1E">
            <w:pPr>
              <w:spacing w:before="20" w:after="20"/>
              <w:jc w:val="center"/>
              <w:rPr>
                <w:lang w:val="pl-PL"/>
              </w:rPr>
            </w:pPr>
            <w:r w:rsidRPr="00161078">
              <w:rPr>
                <w:sz w:val="16"/>
                <w:lang w:val="pl-PL"/>
              </w:rPr>
              <w:t>500 ml</w:t>
            </w:r>
          </w:p>
        </w:tc>
        <w:tc>
          <w:tcPr>
            <w:tcW w:w="640" w:type="dxa"/>
            <w:vAlign w:val="center"/>
          </w:tcPr>
          <w:p w14:paraId="20F95A78"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191064D2" w14:textId="77777777" w:rsidR="001512C8" w:rsidRPr="00161078" w:rsidRDefault="00056A14">
            <w:pPr>
              <w:spacing w:before="20" w:after="20"/>
              <w:jc w:val="center"/>
              <w:rPr>
                <w:lang w:val="pl-PL"/>
              </w:rPr>
            </w:pPr>
            <w:r>
              <w:rPr>
                <w:sz w:val="16"/>
                <w:lang w:val="pl-PL"/>
              </w:rPr>
              <w:t>1</w:t>
            </w:r>
          </w:p>
        </w:tc>
        <w:tc>
          <w:tcPr>
            <w:tcW w:w="1250" w:type="dxa"/>
            <w:vAlign w:val="center"/>
          </w:tcPr>
          <w:p w14:paraId="24F87ABF" w14:textId="77777777" w:rsidR="001512C8" w:rsidRPr="00161078" w:rsidRDefault="001512C8">
            <w:pPr>
              <w:spacing w:before="20" w:after="20"/>
              <w:jc w:val="center"/>
              <w:rPr>
                <w:lang w:val="pl-PL"/>
              </w:rPr>
            </w:pPr>
          </w:p>
        </w:tc>
        <w:tc>
          <w:tcPr>
            <w:tcW w:w="620" w:type="dxa"/>
            <w:vAlign w:val="center"/>
          </w:tcPr>
          <w:p w14:paraId="6B89BC8A" w14:textId="77777777" w:rsidR="001512C8" w:rsidRPr="00161078" w:rsidRDefault="001512C8">
            <w:pPr>
              <w:spacing w:before="20" w:after="20"/>
              <w:jc w:val="center"/>
              <w:rPr>
                <w:lang w:val="pl-PL"/>
              </w:rPr>
            </w:pPr>
          </w:p>
        </w:tc>
        <w:tc>
          <w:tcPr>
            <w:tcW w:w="1250" w:type="dxa"/>
            <w:vAlign w:val="center"/>
          </w:tcPr>
          <w:p w14:paraId="1E12DB18" w14:textId="77777777" w:rsidR="001512C8" w:rsidRPr="00161078" w:rsidRDefault="001512C8">
            <w:pPr>
              <w:spacing w:before="20" w:after="20"/>
              <w:jc w:val="center"/>
              <w:rPr>
                <w:lang w:val="pl-PL"/>
              </w:rPr>
            </w:pPr>
          </w:p>
        </w:tc>
        <w:tc>
          <w:tcPr>
            <w:tcW w:w="1350" w:type="dxa"/>
            <w:vAlign w:val="center"/>
          </w:tcPr>
          <w:p w14:paraId="546BDCFE" w14:textId="77777777" w:rsidR="001512C8" w:rsidRPr="00161078" w:rsidRDefault="001512C8">
            <w:pPr>
              <w:spacing w:before="20" w:after="20"/>
              <w:jc w:val="center"/>
              <w:rPr>
                <w:lang w:val="pl-PL"/>
              </w:rPr>
            </w:pPr>
          </w:p>
        </w:tc>
        <w:tc>
          <w:tcPr>
            <w:tcW w:w="1350" w:type="dxa"/>
            <w:vAlign w:val="center"/>
          </w:tcPr>
          <w:p w14:paraId="4909DBBB" w14:textId="77777777" w:rsidR="001512C8" w:rsidRPr="00161078" w:rsidRDefault="001512C8">
            <w:pPr>
              <w:spacing w:before="20" w:after="20"/>
              <w:jc w:val="center"/>
              <w:rPr>
                <w:lang w:val="pl-PL"/>
              </w:rPr>
            </w:pPr>
          </w:p>
        </w:tc>
      </w:tr>
      <w:tr w:rsidR="001512C8" w:rsidRPr="00161078" w14:paraId="205F5C99" w14:textId="77777777" w:rsidTr="00795294">
        <w:trPr>
          <w:jc w:val="center"/>
        </w:trPr>
        <w:tc>
          <w:tcPr>
            <w:tcW w:w="420" w:type="dxa"/>
            <w:vAlign w:val="center"/>
          </w:tcPr>
          <w:p w14:paraId="10E51872" w14:textId="77777777" w:rsidR="001512C8" w:rsidRPr="00161078" w:rsidRDefault="00443F1E">
            <w:pPr>
              <w:spacing w:before="20" w:after="20"/>
              <w:jc w:val="center"/>
              <w:rPr>
                <w:lang w:val="pl-PL"/>
              </w:rPr>
            </w:pPr>
            <w:permStart w:id="168713025" w:edGrp="everyone" w:colFirst="5" w:colLast="5"/>
            <w:permStart w:id="1079011629" w:edGrp="everyone" w:colFirst="6" w:colLast="6"/>
            <w:permStart w:id="676493948" w:edGrp="everyone" w:colFirst="7" w:colLast="7"/>
            <w:permStart w:id="1887206057" w:edGrp="everyone" w:colFirst="8" w:colLast="8"/>
            <w:permStart w:id="1511129563" w:edGrp="everyone" w:colFirst="9" w:colLast="9"/>
            <w:permEnd w:id="1462052067"/>
            <w:permEnd w:id="1226138435"/>
            <w:permEnd w:id="546798163"/>
            <w:permEnd w:id="585565644"/>
            <w:permEnd w:id="583021812"/>
            <w:r w:rsidRPr="00161078">
              <w:rPr>
                <w:sz w:val="16"/>
                <w:lang w:val="pl-PL"/>
              </w:rPr>
              <w:t>5</w:t>
            </w:r>
          </w:p>
        </w:tc>
        <w:tc>
          <w:tcPr>
            <w:tcW w:w="4450" w:type="dxa"/>
            <w:vAlign w:val="center"/>
          </w:tcPr>
          <w:p w14:paraId="3FE79160" w14:textId="77777777" w:rsidR="001512C8" w:rsidRPr="000E6009" w:rsidRDefault="00443F1E">
            <w:pPr>
              <w:spacing w:before="20" w:after="20"/>
              <w:jc w:val="left"/>
            </w:pPr>
            <w:r w:rsidRPr="000E6009">
              <w:rPr>
                <w:sz w:val="16"/>
              </w:rPr>
              <w:t>Nuclease-Free Water (not DEPC-Treated)</w:t>
            </w:r>
          </w:p>
        </w:tc>
        <w:tc>
          <w:tcPr>
            <w:tcW w:w="1720" w:type="dxa"/>
            <w:vAlign w:val="center"/>
          </w:tcPr>
          <w:p w14:paraId="31C0E00D" w14:textId="77777777" w:rsidR="001512C8" w:rsidRPr="00161078" w:rsidRDefault="00443F1E">
            <w:pPr>
              <w:spacing w:before="20" w:after="20"/>
              <w:jc w:val="center"/>
              <w:rPr>
                <w:lang w:val="pl-PL"/>
              </w:rPr>
            </w:pPr>
            <w:r w:rsidRPr="00161078">
              <w:rPr>
                <w:sz w:val="16"/>
                <w:lang w:val="pl-PL"/>
              </w:rPr>
              <w:t>500 ml</w:t>
            </w:r>
          </w:p>
        </w:tc>
        <w:tc>
          <w:tcPr>
            <w:tcW w:w="640" w:type="dxa"/>
            <w:vAlign w:val="center"/>
          </w:tcPr>
          <w:p w14:paraId="4F6013D6"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3E5CCAA" w14:textId="77777777" w:rsidR="001512C8" w:rsidRPr="00161078" w:rsidRDefault="00056A14">
            <w:pPr>
              <w:spacing w:before="20" w:after="20"/>
              <w:jc w:val="center"/>
              <w:rPr>
                <w:lang w:val="pl-PL"/>
              </w:rPr>
            </w:pPr>
            <w:r>
              <w:rPr>
                <w:sz w:val="16"/>
                <w:lang w:val="pl-PL"/>
              </w:rPr>
              <w:t>5</w:t>
            </w:r>
          </w:p>
        </w:tc>
        <w:tc>
          <w:tcPr>
            <w:tcW w:w="1250" w:type="dxa"/>
            <w:vAlign w:val="center"/>
          </w:tcPr>
          <w:p w14:paraId="11E95A05" w14:textId="77777777" w:rsidR="001512C8" w:rsidRPr="00161078" w:rsidRDefault="001512C8">
            <w:pPr>
              <w:spacing w:before="20" w:after="20"/>
              <w:jc w:val="center"/>
              <w:rPr>
                <w:lang w:val="pl-PL"/>
              </w:rPr>
            </w:pPr>
          </w:p>
        </w:tc>
        <w:tc>
          <w:tcPr>
            <w:tcW w:w="620" w:type="dxa"/>
            <w:vAlign w:val="center"/>
          </w:tcPr>
          <w:p w14:paraId="402F3780" w14:textId="77777777" w:rsidR="001512C8" w:rsidRPr="00161078" w:rsidRDefault="001512C8">
            <w:pPr>
              <w:spacing w:before="20" w:after="20"/>
              <w:jc w:val="center"/>
              <w:rPr>
                <w:lang w:val="pl-PL"/>
              </w:rPr>
            </w:pPr>
          </w:p>
        </w:tc>
        <w:tc>
          <w:tcPr>
            <w:tcW w:w="1250" w:type="dxa"/>
            <w:vAlign w:val="center"/>
          </w:tcPr>
          <w:p w14:paraId="6E71007D" w14:textId="77777777" w:rsidR="001512C8" w:rsidRPr="00161078" w:rsidRDefault="001512C8">
            <w:pPr>
              <w:spacing w:before="20" w:after="20"/>
              <w:jc w:val="center"/>
              <w:rPr>
                <w:lang w:val="pl-PL"/>
              </w:rPr>
            </w:pPr>
          </w:p>
        </w:tc>
        <w:tc>
          <w:tcPr>
            <w:tcW w:w="1350" w:type="dxa"/>
            <w:vAlign w:val="center"/>
          </w:tcPr>
          <w:p w14:paraId="002CB732" w14:textId="77777777" w:rsidR="001512C8" w:rsidRPr="00161078" w:rsidRDefault="001512C8">
            <w:pPr>
              <w:spacing w:before="20" w:after="20"/>
              <w:jc w:val="center"/>
              <w:rPr>
                <w:lang w:val="pl-PL"/>
              </w:rPr>
            </w:pPr>
          </w:p>
        </w:tc>
        <w:tc>
          <w:tcPr>
            <w:tcW w:w="1350" w:type="dxa"/>
            <w:vAlign w:val="center"/>
          </w:tcPr>
          <w:p w14:paraId="4E7CAF56" w14:textId="77777777" w:rsidR="001512C8" w:rsidRPr="00161078" w:rsidRDefault="001512C8">
            <w:pPr>
              <w:spacing w:before="20" w:after="20"/>
              <w:jc w:val="center"/>
              <w:rPr>
                <w:lang w:val="pl-PL"/>
              </w:rPr>
            </w:pPr>
          </w:p>
        </w:tc>
      </w:tr>
      <w:tr w:rsidR="001512C8" w:rsidRPr="00161078" w14:paraId="52D8328C" w14:textId="77777777" w:rsidTr="00795294">
        <w:trPr>
          <w:jc w:val="center"/>
        </w:trPr>
        <w:tc>
          <w:tcPr>
            <w:tcW w:w="420" w:type="dxa"/>
            <w:vAlign w:val="center"/>
          </w:tcPr>
          <w:p w14:paraId="05702018" w14:textId="77777777" w:rsidR="001512C8" w:rsidRPr="00161078" w:rsidRDefault="00443F1E">
            <w:pPr>
              <w:spacing w:before="20" w:after="20"/>
              <w:jc w:val="center"/>
              <w:rPr>
                <w:lang w:val="pl-PL"/>
              </w:rPr>
            </w:pPr>
            <w:permStart w:id="1324757570" w:edGrp="everyone" w:colFirst="5" w:colLast="5"/>
            <w:permStart w:id="1187539619" w:edGrp="everyone" w:colFirst="6" w:colLast="6"/>
            <w:permStart w:id="1725702244" w:edGrp="everyone" w:colFirst="7" w:colLast="7"/>
            <w:permStart w:id="1391806620" w:edGrp="everyone" w:colFirst="8" w:colLast="8"/>
            <w:permStart w:id="622410559" w:edGrp="everyone" w:colFirst="9" w:colLast="9"/>
            <w:permEnd w:id="168713025"/>
            <w:permEnd w:id="1079011629"/>
            <w:permEnd w:id="676493948"/>
            <w:permEnd w:id="1887206057"/>
            <w:permEnd w:id="1511129563"/>
            <w:r w:rsidRPr="00161078">
              <w:rPr>
                <w:sz w:val="16"/>
                <w:lang w:val="pl-PL"/>
              </w:rPr>
              <w:t>6</w:t>
            </w:r>
          </w:p>
        </w:tc>
        <w:tc>
          <w:tcPr>
            <w:tcW w:w="4450" w:type="dxa"/>
            <w:vAlign w:val="center"/>
          </w:tcPr>
          <w:p w14:paraId="398BE946" w14:textId="77777777" w:rsidR="001512C8" w:rsidRPr="00161078" w:rsidRDefault="00443F1E">
            <w:pPr>
              <w:spacing w:before="20" w:after="20"/>
              <w:jc w:val="left"/>
              <w:rPr>
                <w:lang w:val="pl-PL"/>
              </w:rPr>
            </w:pPr>
            <w:proofErr w:type="spellStart"/>
            <w:r w:rsidRPr="00161078">
              <w:rPr>
                <w:sz w:val="16"/>
                <w:lang w:val="pl-PL"/>
              </w:rPr>
              <w:t>NorthernMax</w:t>
            </w:r>
            <w:proofErr w:type="spellEnd"/>
            <w:r w:rsidRPr="00161078">
              <w:rPr>
                <w:sz w:val="16"/>
                <w:lang w:val="pl-PL"/>
              </w:rPr>
              <w:t xml:space="preserve">™ 10X </w:t>
            </w:r>
            <w:proofErr w:type="spellStart"/>
            <w:r w:rsidRPr="00161078">
              <w:rPr>
                <w:sz w:val="16"/>
                <w:lang w:val="pl-PL"/>
              </w:rPr>
              <w:t>Running</w:t>
            </w:r>
            <w:proofErr w:type="spellEnd"/>
            <w:r w:rsidRPr="00161078">
              <w:rPr>
                <w:sz w:val="16"/>
                <w:lang w:val="pl-PL"/>
              </w:rPr>
              <w:t xml:space="preserve"> </w:t>
            </w:r>
            <w:proofErr w:type="spellStart"/>
            <w:r w:rsidRPr="00161078">
              <w:rPr>
                <w:sz w:val="16"/>
                <w:lang w:val="pl-PL"/>
              </w:rPr>
              <w:t>Buffer</w:t>
            </w:r>
            <w:proofErr w:type="spellEnd"/>
          </w:p>
        </w:tc>
        <w:tc>
          <w:tcPr>
            <w:tcW w:w="1720" w:type="dxa"/>
            <w:vAlign w:val="center"/>
          </w:tcPr>
          <w:p w14:paraId="4780F0E1" w14:textId="77777777" w:rsidR="001512C8" w:rsidRPr="00161078" w:rsidRDefault="00443F1E">
            <w:pPr>
              <w:spacing w:before="20" w:after="20"/>
              <w:jc w:val="center"/>
              <w:rPr>
                <w:lang w:val="pl-PL"/>
              </w:rPr>
            </w:pPr>
            <w:r w:rsidRPr="00161078">
              <w:rPr>
                <w:sz w:val="16"/>
                <w:lang w:val="pl-PL"/>
              </w:rPr>
              <w:t>1L</w:t>
            </w:r>
          </w:p>
        </w:tc>
        <w:tc>
          <w:tcPr>
            <w:tcW w:w="640" w:type="dxa"/>
            <w:vAlign w:val="center"/>
          </w:tcPr>
          <w:p w14:paraId="38A5C866"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4B05B0AB" w14:textId="77777777" w:rsidR="001512C8" w:rsidRPr="00161078" w:rsidRDefault="00056A14">
            <w:pPr>
              <w:spacing w:before="20" w:after="20"/>
              <w:jc w:val="center"/>
              <w:rPr>
                <w:lang w:val="pl-PL"/>
              </w:rPr>
            </w:pPr>
            <w:r>
              <w:rPr>
                <w:sz w:val="16"/>
                <w:lang w:val="pl-PL"/>
              </w:rPr>
              <w:t>1</w:t>
            </w:r>
          </w:p>
        </w:tc>
        <w:tc>
          <w:tcPr>
            <w:tcW w:w="1250" w:type="dxa"/>
            <w:vAlign w:val="center"/>
          </w:tcPr>
          <w:p w14:paraId="34577221" w14:textId="77777777" w:rsidR="001512C8" w:rsidRPr="00161078" w:rsidRDefault="001512C8">
            <w:pPr>
              <w:spacing w:before="20" w:after="20"/>
              <w:jc w:val="center"/>
              <w:rPr>
                <w:lang w:val="pl-PL"/>
              </w:rPr>
            </w:pPr>
          </w:p>
        </w:tc>
        <w:tc>
          <w:tcPr>
            <w:tcW w:w="620" w:type="dxa"/>
            <w:vAlign w:val="center"/>
          </w:tcPr>
          <w:p w14:paraId="19C225F2" w14:textId="77777777" w:rsidR="001512C8" w:rsidRPr="00161078" w:rsidRDefault="001512C8">
            <w:pPr>
              <w:spacing w:before="20" w:after="20"/>
              <w:jc w:val="center"/>
              <w:rPr>
                <w:lang w:val="pl-PL"/>
              </w:rPr>
            </w:pPr>
          </w:p>
        </w:tc>
        <w:tc>
          <w:tcPr>
            <w:tcW w:w="1250" w:type="dxa"/>
            <w:vAlign w:val="center"/>
          </w:tcPr>
          <w:p w14:paraId="4836731B" w14:textId="77777777" w:rsidR="001512C8" w:rsidRPr="00161078" w:rsidRDefault="001512C8">
            <w:pPr>
              <w:spacing w:before="20" w:after="20"/>
              <w:jc w:val="center"/>
              <w:rPr>
                <w:lang w:val="pl-PL"/>
              </w:rPr>
            </w:pPr>
          </w:p>
        </w:tc>
        <w:tc>
          <w:tcPr>
            <w:tcW w:w="1350" w:type="dxa"/>
            <w:vAlign w:val="center"/>
          </w:tcPr>
          <w:p w14:paraId="6BEAA381" w14:textId="77777777" w:rsidR="001512C8" w:rsidRPr="00161078" w:rsidRDefault="001512C8">
            <w:pPr>
              <w:spacing w:before="20" w:after="20"/>
              <w:jc w:val="center"/>
              <w:rPr>
                <w:lang w:val="pl-PL"/>
              </w:rPr>
            </w:pPr>
          </w:p>
        </w:tc>
        <w:tc>
          <w:tcPr>
            <w:tcW w:w="1350" w:type="dxa"/>
            <w:vAlign w:val="center"/>
          </w:tcPr>
          <w:p w14:paraId="238F7DC2" w14:textId="77777777" w:rsidR="001512C8" w:rsidRPr="00161078" w:rsidRDefault="001512C8">
            <w:pPr>
              <w:spacing w:before="20" w:after="20"/>
              <w:jc w:val="center"/>
              <w:rPr>
                <w:lang w:val="pl-PL"/>
              </w:rPr>
            </w:pPr>
          </w:p>
        </w:tc>
      </w:tr>
      <w:tr w:rsidR="001512C8" w:rsidRPr="00161078" w14:paraId="36C021BD" w14:textId="77777777" w:rsidTr="00795294">
        <w:trPr>
          <w:jc w:val="center"/>
        </w:trPr>
        <w:tc>
          <w:tcPr>
            <w:tcW w:w="420" w:type="dxa"/>
            <w:vAlign w:val="center"/>
          </w:tcPr>
          <w:p w14:paraId="4B18121B" w14:textId="77777777" w:rsidR="001512C8" w:rsidRPr="00161078" w:rsidRDefault="00443F1E">
            <w:pPr>
              <w:spacing w:before="20" w:after="20"/>
              <w:jc w:val="center"/>
              <w:rPr>
                <w:lang w:val="pl-PL"/>
              </w:rPr>
            </w:pPr>
            <w:permStart w:id="1885100600" w:edGrp="everyone" w:colFirst="5" w:colLast="5"/>
            <w:permStart w:id="1456164217" w:edGrp="everyone" w:colFirst="6" w:colLast="6"/>
            <w:permStart w:id="717227172" w:edGrp="everyone" w:colFirst="7" w:colLast="7"/>
            <w:permStart w:id="218056558" w:edGrp="everyone" w:colFirst="8" w:colLast="8"/>
            <w:permStart w:id="156185416" w:edGrp="everyone" w:colFirst="9" w:colLast="9"/>
            <w:permEnd w:id="1324757570"/>
            <w:permEnd w:id="1187539619"/>
            <w:permEnd w:id="1725702244"/>
            <w:permEnd w:id="1391806620"/>
            <w:permEnd w:id="622410559"/>
            <w:r w:rsidRPr="00161078">
              <w:rPr>
                <w:sz w:val="16"/>
                <w:lang w:val="pl-PL"/>
              </w:rPr>
              <w:t>7</w:t>
            </w:r>
          </w:p>
        </w:tc>
        <w:tc>
          <w:tcPr>
            <w:tcW w:w="4450" w:type="dxa"/>
            <w:vAlign w:val="center"/>
          </w:tcPr>
          <w:p w14:paraId="757B6933" w14:textId="77777777" w:rsidR="001512C8" w:rsidRPr="000E6009" w:rsidRDefault="00443F1E">
            <w:pPr>
              <w:spacing w:before="20" w:after="20"/>
              <w:jc w:val="left"/>
            </w:pPr>
            <w:proofErr w:type="spellStart"/>
            <w:r w:rsidRPr="000E6009">
              <w:rPr>
                <w:sz w:val="16"/>
              </w:rPr>
              <w:t>NorthernMax</w:t>
            </w:r>
            <w:proofErr w:type="spellEnd"/>
            <w:r w:rsidRPr="000E6009">
              <w:rPr>
                <w:sz w:val="16"/>
              </w:rPr>
              <w:t>™ Denaturing Gel Buffer (10X)</w:t>
            </w:r>
          </w:p>
        </w:tc>
        <w:tc>
          <w:tcPr>
            <w:tcW w:w="1720" w:type="dxa"/>
            <w:vAlign w:val="center"/>
          </w:tcPr>
          <w:p w14:paraId="1A7FD01A" w14:textId="77777777" w:rsidR="001512C8" w:rsidRPr="00161078" w:rsidRDefault="00443F1E">
            <w:pPr>
              <w:spacing w:before="20" w:after="20"/>
              <w:jc w:val="center"/>
              <w:rPr>
                <w:lang w:val="pl-PL"/>
              </w:rPr>
            </w:pPr>
            <w:r w:rsidRPr="00161078">
              <w:rPr>
                <w:sz w:val="16"/>
                <w:lang w:val="pl-PL"/>
              </w:rPr>
              <w:t>250 ml</w:t>
            </w:r>
          </w:p>
        </w:tc>
        <w:tc>
          <w:tcPr>
            <w:tcW w:w="640" w:type="dxa"/>
            <w:vAlign w:val="center"/>
          </w:tcPr>
          <w:p w14:paraId="345F319D"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42FF2868" w14:textId="77777777" w:rsidR="001512C8" w:rsidRPr="00161078" w:rsidRDefault="00056A14">
            <w:pPr>
              <w:spacing w:before="20" w:after="20"/>
              <w:jc w:val="center"/>
              <w:rPr>
                <w:lang w:val="pl-PL"/>
              </w:rPr>
            </w:pPr>
            <w:r>
              <w:rPr>
                <w:sz w:val="16"/>
                <w:lang w:val="pl-PL"/>
              </w:rPr>
              <w:t>1</w:t>
            </w:r>
          </w:p>
        </w:tc>
        <w:tc>
          <w:tcPr>
            <w:tcW w:w="1250" w:type="dxa"/>
            <w:vAlign w:val="center"/>
          </w:tcPr>
          <w:p w14:paraId="51BDE57D" w14:textId="77777777" w:rsidR="001512C8" w:rsidRPr="00161078" w:rsidRDefault="001512C8">
            <w:pPr>
              <w:spacing w:before="20" w:after="20"/>
              <w:jc w:val="center"/>
              <w:rPr>
                <w:lang w:val="pl-PL"/>
              </w:rPr>
            </w:pPr>
          </w:p>
        </w:tc>
        <w:tc>
          <w:tcPr>
            <w:tcW w:w="620" w:type="dxa"/>
            <w:vAlign w:val="center"/>
          </w:tcPr>
          <w:p w14:paraId="7D19BFBA" w14:textId="77777777" w:rsidR="001512C8" w:rsidRPr="00161078" w:rsidRDefault="001512C8">
            <w:pPr>
              <w:spacing w:before="20" w:after="20"/>
              <w:jc w:val="center"/>
              <w:rPr>
                <w:lang w:val="pl-PL"/>
              </w:rPr>
            </w:pPr>
          </w:p>
        </w:tc>
        <w:tc>
          <w:tcPr>
            <w:tcW w:w="1250" w:type="dxa"/>
            <w:vAlign w:val="center"/>
          </w:tcPr>
          <w:p w14:paraId="5FDD422C" w14:textId="77777777" w:rsidR="001512C8" w:rsidRPr="00161078" w:rsidRDefault="001512C8">
            <w:pPr>
              <w:spacing w:before="20" w:after="20"/>
              <w:jc w:val="center"/>
              <w:rPr>
                <w:lang w:val="pl-PL"/>
              </w:rPr>
            </w:pPr>
          </w:p>
        </w:tc>
        <w:tc>
          <w:tcPr>
            <w:tcW w:w="1350" w:type="dxa"/>
            <w:vAlign w:val="center"/>
          </w:tcPr>
          <w:p w14:paraId="464078B6" w14:textId="77777777" w:rsidR="001512C8" w:rsidRPr="00161078" w:rsidRDefault="001512C8">
            <w:pPr>
              <w:spacing w:before="20" w:after="20"/>
              <w:jc w:val="center"/>
              <w:rPr>
                <w:lang w:val="pl-PL"/>
              </w:rPr>
            </w:pPr>
          </w:p>
        </w:tc>
        <w:tc>
          <w:tcPr>
            <w:tcW w:w="1350" w:type="dxa"/>
            <w:vAlign w:val="center"/>
          </w:tcPr>
          <w:p w14:paraId="3263B915" w14:textId="77777777" w:rsidR="001512C8" w:rsidRPr="00161078" w:rsidRDefault="001512C8">
            <w:pPr>
              <w:spacing w:before="20" w:after="20"/>
              <w:jc w:val="center"/>
              <w:rPr>
                <w:lang w:val="pl-PL"/>
              </w:rPr>
            </w:pPr>
          </w:p>
        </w:tc>
      </w:tr>
      <w:tr w:rsidR="001512C8" w:rsidRPr="00161078" w14:paraId="44EFE761" w14:textId="77777777" w:rsidTr="00795294">
        <w:trPr>
          <w:jc w:val="center"/>
        </w:trPr>
        <w:tc>
          <w:tcPr>
            <w:tcW w:w="420" w:type="dxa"/>
            <w:vAlign w:val="center"/>
          </w:tcPr>
          <w:p w14:paraId="03DB119A" w14:textId="77777777" w:rsidR="001512C8" w:rsidRPr="00161078" w:rsidRDefault="00443F1E">
            <w:pPr>
              <w:spacing w:before="20" w:after="20"/>
              <w:jc w:val="center"/>
              <w:rPr>
                <w:lang w:val="pl-PL"/>
              </w:rPr>
            </w:pPr>
            <w:permStart w:id="708594680" w:edGrp="everyone" w:colFirst="5" w:colLast="5"/>
            <w:permStart w:id="503741962" w:edGrp="everyone" w:colFirst="6" w:colLast="6"/>
            <w:permStart w:id="1755579257" w:edGrp="everyone" w:colFirst="7" w:colLast="7"/>
            <w:permStart w:id="991574351" w:edGrp="everyone" w:colFirst="8" w:colLast="8"/>
            <w:permStart w:id="495585951" w:edGrp="everyone" w:colFirst="9" w:colLast="9"/>
            <w:permEnd w:id="1885100600"/>
            <w:permEnd w:id="1456164217"/>
            <w:permEnd w:id="717227172"/>
            <w:permEnd w:id="218056558"/>
            <w:permEnd w:id="156185416"/>
            <w:r w:rsidRPr="00161078">
              <w:rPr>
                <w:sz w:val="16"/>
                <w:lang w:val="pl-PL"/>
              </w:rPr>
              <w:t>8</w:t>
            </w:r>
          </w:p>
        </w:tc>
        <w:tc>
          <w:tcPr>
            <w:tcW w:w="4450" w:type="dxa"/>
            <w:vAlign w:val="center"/>
          </w:tcPr>
          <w:p w14:paraId="063EEE6E" w14:textId="77777777" w:rsidR="001512C8" w:rsidRPr="00161078" w:rsidRDefault="00443F1E">
            <w:pPr>
              <w:spacing w:before="20" w:after="20"/>
              <w:jc w:val="left"/>
              <w:rPr>
                <w:lang w:val="pl-PL"/>
              </w:rPr>
            </w:pPr>
            <w:proofErr w:type="spellStart"/>
            <w:r w:rsidRPr="00161078">
              <w:rPr>
                <w:sz w:val="16"/>
                <w:lang w:val="pl-PL"/>
              </w:rPr>
              <w:t>UltraPure</w:t>
            </w:r>
            <w:proofErr w:type="spellEnd"/>
            <w:r w:rsidRPr="00161078">
              <w:rPr>
                <w:sz w:val="16"/>
                <w:lang w:val="pl-PL"/>
              </w:rPr>
              <w:t xml:space="preserve">™ </w:t>
            </w:r>
            <w:proofErr w:type="spellStart"/>
            <w:r w:rsidRPr="00161078">
              <w:rPr>
                <w:sz w:val="16"/>
                <w:lang w:val="pl-PL"/>
              </w:rPr>
              <w:t>Agarose</w:t>
            </w:r>
            <w:proofErr w:type="spellEnd"/>
          </w:p>
        </w:tc>
        <w:tc>
          <w:tcPr>
            <w:tcW w:w="1720" w:type="dxa"/>
            <w:vAlign w:val="center"/>
          </w:tcPr>
          <w:p w14:paraId="374DAF41" w14:textId="77777777" w:rsidR="001512C8" w:rsidRPr="00161078" w:rsidRDefault="00443F1E">
            <w:pPr>
              <w:spacing w:before="20" w:after="20"/>
              <w:jc w:val="center"/>
              <w:rPr>
                <w:lang w:val="pl-PL"/>
              </w:rPr>
            </w:pPr>
            <w:r w:rsidRPr="00161078">
              <w:rPr>
                <w:sz w:val="16"/>
                <w:lang w:val="pl-PL"/>
              </w:rPr>
              <w:t>100 g</w:t>
            </w:r>
          </w:p>
        </w:tc>
        <w:tc>
          <w:tcPr>
            <w:tcW w:w="640" w:type="dxa"/>
            <w:vAlign w:val="center"/>
          </w:tcPr>
          <w:p w14:paraId="3A491A6B"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2187517E" w14:textId="77777777" w:rsidR="001512C8" w:rsidRPr="00161078" w:rsidRDefault="00056A14">
            <w:pPr>
              <w:spacing w:before="20" w:after="20"/>
              <w:jc w:val="center"/>
              <w:rPr>
                <w:lang w:val="pl-PL"/>
              </w:rPr>
            </w:pPr>
            <w:r>
              <w:rPr>
                <w:sz w:val="16"/>
                <w:lang w:val="pl-PL"/>
              </w:rPr>
              <w:t>1</w:t>
            </w:r>
          </w:p>
        </w:tc>
        <w:tc>
          <w:tcPr>
            <w:tcW w:w="1250" w:type="dxa"/>
            <w:vAlign w:val="center"/>
          </w:tcPr>
          <w:p w14:paraId="5F4E0159" w14:textId="77777777" w:rsidR="001512C8" w:rsidRPr="00161078" w:rsidRDefault="001512C8">
            <w:pPr>
              <w:spacing w:before="20" w:after="20"/>
              <w:jc w:val="center"/>
              <w:rPr>
                <w:lang w:val="pl-PL"/>
              </w:rPr>
            </w:pPr>
          </w:p>
        </w:tc>
        <w:tc>
          <w:tcPr>
            <w:tcW w:w="620" w:type="dxa"/>
            <w:vAlign w:val="center"/>
          </w:tcPr>
          <w:p w14:paraId="4E96A479" w14:textId="77777777" w:rsidR="001512C8" w:rsidRPr="00161078" w:rsidRDefault="001512C8">
            <w:pPr>
              <w:spacing w:before="20" w:after="20"/>
              <w:jc w:val="center"/>
              <w:rPr>
                <w:lang w:val="pl-PL"/>
              </w:rPr>
            </w:pPr>
          </w:p>
        </w:tc>
        <w:tc>
          <w:tcPr>
            <w:tcW w:w="1250" w:type="dxa"/>
            <w:vAlign w:val="center"/>
          </w:tcPr>
          <w:p w14:paraId="04309A71" w14:textId="77777777" w:rsidR="001512C8" w:rsidRPr="00161078" w:rsidRDefault="001512C8">
            <w:pPr>
              <w:spacing w:before="20" w:after="20"/>
              <w:jc w:val="center"/>
              <w:rPr>
                <w:lang w:val="pl-PL"/>
              </w:rPr>
            </w:pPr>
          </w:p>
        </w:tc>
        <w:tc>
          <w:tcPr>
            <w:tcW w:w="1350" w:type="dxa"/>
            <w:vAlign w:val="center"/>
          </w:tcPr>
          <w:p w14:paraId="57A1846A" w14:textId="77777777" w:rsidR="001512C8" w:rsidRPr="00161078" w:rsidRDefault="001512C8">
            <w:pPr>
              <w:spacing w:before="20" w:after="20"/>
              <w:jc w:val="center"/>
              <w:rPr>
                <w:lang w:val="pl-PL"/>
              </w:rPr>
            </w:pPr>
          </w:p>
        </w:tc>
        <w:tc>
          <w:tcPr>
            <w:tcW w:w="1350" w:type="dxa"/>
            <w:vAlign w:val="center"/>
          </w:tcPr>
          <w:p w14:paraId="6A61CC85" w14:textId="77777777" w:rsidR="001512C8" w:rsidRPr="00161078" w:rsidRDefault="001512C8">
            <w:pPr>
              <w:spacing w:before="20" w:after="20"/>
              <w:jc w:val="center"/>
              <w:rPr>
                <w:lang w:val="pl-PL"/>
              </w:rPr>
            </w:pPr>
          </w:p>
        </w:tc>
      </w:tr>
      <w:tr w:rsidR="001512C8" w:rsidRPr="00161078" w14:paraId="72DD8DA4" w14:textId="77777777" w:rsidTr="00795294">
        <w:trPr>
          <w:jc w:val="center"/>
        </w:trPr>
        <w:tc>
          <w:tcPr>
            <w:tcW w:w="420" w:type="dxa"/>
            <w:vAlign w:val="center"/>
          </w:tcPr>
          <w:p w14:paraId="428C3EA4" w14:textId="77777777" w:rsidR="001512C8" w:rsidRPr="00161078" w:rsidRDefault="00443F1E">
            <w:pPr>
              <w:spacing w:before="20" w:after="20"/>
              <w:jc w:val="center"/>
              <w:rPr>
                <w:lang w:val="pl-PL"/>
              </w:rPr>
            </w:pPr>
            <w:permStart w:id="669843793" w:edGrp="everyone" w:colFirst="5" w:colLast="5"/>
            <w:permStart w:id="21650214" w:edGrp="everyone" w:colFirst="6" w:colLast="6"/>
            <w:permStart w:id="2022383587" w:edGrp="everyone" w:colFirst="7" w:colLast="7"/>
            <w:permStart w:id="1530672306" w:edGrp="everyone" w:colFirst="8" w:colLast="8"/>
            <w:permStart w:id="1740523720" w:edGrp="everyone" w:colFirst="9" w:colLast="9"/>
            <w:permEnd w:id="708594680"/>
            <w:permEnd w:id="503741962"/>
            <w:permEnd w:id="1755579257"/>
            <w:permEnd w:id="991574351"/>
            <w:permEnd w:id="495585951"/>
            <w:r w:rsidRPr="00161078">
              <w:rPr>
                <w:sz w:val="16"/>
                <w:lang w:val="pl-PL"/>
              </w:rPr>
              <w:t>9</w:t>
            </w:r>
          </w:p>
        </w:tc>
        <w:tc>
          <w:tcPr>
            <w:tcW w:w="4450" w:type="dxa"/>
            <w:vAlign w:val="center"/>
          </w:tcPr>
          <w:p w14:paraId="194C0195" w14:textId="77777777" w:rsidR="001512C8" w:rsidRPr="00161078" w:rsidRDefault="00443F1E">
            <w:pPr>
              <w:spacing w:before="20" w:after="20"/>
              <w:jc w:val="left"/>
              <w:rPr>
                <w:lang w:val="pl-PL"/>
              </w:rPr>
            </w:pPr>
            <w:r w:rsidRPr="00161078">
              <w:rPr>
                <w:sz w:val="16"/>
                <w:lang w:val="pl-PL"/>
              </w:rPr>
              <w:t>Przeciwciało anty-</w:t>
            </w:r>
            <w:proofErr w:type="spellStart"/>
            <w:r w:rsidRPr="00161078">
              <w:rPr>
                <w:sz w:val="16"/>
                <w:lang w:val="pl-PL"/>
              </w:rPr>
              <w:t>EGFRvIII</w:t>
            </w:r>
            <w:proofErr w:type="spellEnd"/>
            <w:r w:rsidRPr="00161078">
              <w:rPr>
                <w:sz w:val="16"/>
                <w:lang w:val="pl-PL"/>
              </w:rPr>
              <w:t xml:space="preserve"> (RM419)</w:t>
            </w:r>
          </w:p>
        </w:tc>
        <w:tc>
          <w:tcPr>
            <w:tcW w:w="1720" w:type="dxa"/>
            <w:vAlign w:val="center"/>
          </w:tcPr>
          <w:p w14:paraId="13E5691A" w14:textId="77777777" w:rsidR="001512C8" w:rsidRPr="00161078" w:rsidRDefault="00443F1E">
            <w:pPr>
              <w:spacing w:before="20" w:after="20"/>
              <w:jc w:val="center"/>
              <w:rPr>
                <w:lang w:val="pl-PL"/>
              </w:rPr>
            </w:pPr>
            <w:proofErr w:type="spellStart"/>
            <w:r w:rsidRPr="00161078">
              <w:rPr>
                <w:sz w:val="16"/>
                <w:lang w:val="pl-PL"/>
              </w:rPr>
              <w:t>rekombinantowe</w:t>
            </w:r>
            <w:proofErr w:type="spellEnd"/>
            <w:r w:rsidRPr="00161078">
              <w:rPr>
                <w:sz w:val="16"/>
                <w:lang w:val="pl-PL"/>
              </w:rPr>
              <w:t xml:space="preserve"> królicze przeciwciało monoklonalne, które specyficznie wiąże się z ludzkim zmutowanym wariantem III receptora naskórkowego czynnika wzrostu (</w:t>
            </w:r>
            <w:proofErr w:type="spellStart"/>
            <w:r w:rsidRPr="00161078">
              <w:rPr>
                <w:sz w:val="16"/>
                <w:lang w:val="pl-PL"/>
              </w:rPr>
              <w:t>EGFRvIII</w:t>
            </w:r>
            <w:proofErr w:type="spellEnd"/>
            <w:r w:rsidRPr="00161078">
              <w:rPr>
                <w:sz w:val="16"/>
                <w:lang w:val="pl-PL"/>
              </w:rPr>
              <w:t>)</w:t>
            </w:r>
          </w:p>
        </w:tc>
        <w:tc>
          <w:tcPr>
            <w:tcW w:w="640" w:type="dxa"/>
            <w:vAlign w:val="center"/>
          </w:tcPr>
          <w:p w14:paraId="62FDD838"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F5CCB03" w14:textId="77777777" w:rsidR="001512C8" w:rsidRPr="00161078" w:rsidRDefault="00056A14">
            <w:pPr>
              <w:spacing w:before="20" w:after="20"/>
              <w:jc w:val="center"/>
              <w:rPr>
                <w:lang w:val="pl-PL"/>
              </w:rPr>
            </w:pPr>
            <w:r>
              <w:rPr>
                <w:sz w:val="16"/>
                <w:lang w:val="pl-PL"/>
              </w:rPr>
              <w:t>2</w:t>
            </w:r>
          </w:p>
        </w:tc>
        <w:tc>
          <w:tcPr>
            <w:tcW w:w="1250" w:type="dxa"/>
            <w:vAlign w:val="center"/>
          </w:tcPr>
          <w:p w14:paraId="65E516CB" w14:textId="77777777" w:rsidR="001512C8" w:rsidRPr="00161078" w:rsidRDefault="001512C8">
            <w:pPr>
              <w:spacing w:before="20" w:after="20"/>
              <w:jc w:val="center"/>
              <w:rPr>
                <w:lang w:val="pl-PL"/>
              </w:rPr>
            </w:pPr>
          </w:p>
        </w:tc>
        <w:tc>
          <w:tcPr>
            <w:tcW w:w="620" w:type="dxa"/>
            <w:vAlign w:val="center"/>
          </w:tcPr>
          <w:p w14:paraId="20A84862" w14:textId="77777777" w:rsidR="001512C8" w:rsidRPr="00161078" w:rsidRDefault="001512C8">
            <w:pPr>
              <w:spacing w:before="20" w:after="20"/>
              <w:jc w:val="center"/>
              <w:rPr>
                <w:lang w:val="pl-PL"/>
              </w:rPr>
            </w:pPr>
          </w:p>
        </w:tc>
        <w:tc>
          <w:tcPr>
            <w:tcW w:w="1250" w:type="dxa"/>
            <w:vAlign w:val="center"/>
          </w:tcPr>
          <w:p w14:paraId="72ED9AE2" w14:textId="77777777" w:rsidR="001512C8" w:rsidRPr="00161078" w:rsidRDefault="001512C8">
            <w:pPr>
              <w:spacing w:before="20" w:after="20"/>
              <w:jc w:val="center"/>
              <w:rPr>
                <w:lang w:val="pl-PL"/>
              </w:rPr>
            </w:pPr>
          </w:p>
        </w:tc>
        <w:tc>
          <w:tcPr>
            <w:tcW w:w="1350" w:type="dxa"/>
            <w:vAlign w:val="center"/>
          </w:tcPr>
          <w:p w14:paraId="205BD4A7" w14:textId="77777777" w:rsidR="001512C8" w:rsidRPr="00161078" w:rsidRDefault="001512C8">
            <w:pPr>
              <w:spacing w:before="20" w:after="20"/>
              <w:jc w:val="center"/>
              <w:rPr>
                <w:lang w:val="pl-PL"/>
              </w:rPr>
            </w:pPr>
          </w:p>
        </w:tc>
        <w:tc>
          <w:tcPr>
            <w:tcW w:w="1350" w:type="dxa"/>
            <w:vAlign w:val="center"/>
          </w:tcPr>
          <w:p w14:paraId="7DF9CA94" w14:textId="77777777" w:rsidR="001512C8" w:rsidRPr="00161078" w:rsidRDefault="001512C8">
            <w:pPr>
              <w:spacing w:before="20" w:after="20"/>
              <w:jc w:val="center"/>
              <w:rPr>
                <w:lang w:val="pl-PL"/>
              </w:rPr>
            </w:pPr>
          </w:p>
        </w:tc>
      </w:tr>
      <w:tr w:rsidR="001512C8" w:rsidRPr="00161078" w14:paraId="3AF3D308" w14:textId="77777777" w:rsidTr="00795294">
        <w:trPr>
          <w:jc w:val="center"/>
        </w:trPr>
        <w:tc>
          <w:tcPr>
            <w:tcW w:w="420" w:type="dxa"/>
            <w:vAlign w:val="center"/>
          </w:tcPr>
          <w:p w14:paraId="388FD2C7" w14:textId="77777777" w:rsidR="001512C8" w:rsidRPr="00161078" w:rsidRDefault="00443F1E">
            <w:pPr>
              <w:spacing w:before="20" w:after="20"/>
              <w:jc w:val="center"/>
              <w:rPr>
                <w:lang w:val="pl-PL"/>
              </w:rPr>
            </w:pPr>
            <w:permStart w:id="1648306894" w:edGrp="everyone" w:colFirst="5" w:colLast="5"/>
            <w:permStart w:id="683958082" w:edGrp="everyone" w:colFirst="6" w:colLast="6"/>
            <w:permStart w:id="1047729417" w:edGrp="everyone" w:colFirst="7" w:colLast="7"/>
            <w:permStart w:id="1776909206" w:edGrp="everyone" w:colFirst="8" w:colLast="8"/>
            <w:permStart w:id="173961340" w:edGrp="everyone" w:colFirst="9" w:colLast="9"/>
            <w:permEnd w:id="669843793"/>
            <w:permEnd w:id="21650214"/>
            <w:permEnd w:id="2022383587"/>
            <w:permEnd w:id="1530672306"/>
            <w:permEnd w:id="1740523720"/>
            <w:r w:rsidRPr="00161078">
              <w:rPr>
                <w:sz w:val="16"/>
                <w:lang w:val="pl-PL"/>
              </w:rPr>
              <w:t>10</w:t>
            </w:r>
          </w:p>
        </w:tc>
        <w:tc>
          <w:tcPr>
            <w:tcW w:w="4450" w:type="dxa"/>
            <w:vAlign w:val="center"/>
          </w:tcPr>
          <w:p w14:paraId="0095DC10" w14:textId="77777777" w:rsidR="001512C8" w:rsidRPr="000E6009" w:rsidRDefault="00443F1E">
            <w:pPr>
              <w:spacing w:before="20" w:after="20"/>
              <w:jc w:val="left"/>
            </w:pPr>
            <w:r w:rsidRPr="000E6009">
              <w:rPr>
                <w:sz w:val="16"/>
              </w:rPr>
              <w:t>MAX Efficiency™ Stbl2™ Competent Cells</w:t>
            </w:r>
          </w:p>
        </w:tc>
        <w:tc>
          <w:tcPr>
            <w:tcW w:w="1720" w:type="dxa"/>
            <w:vAlign w:val="center"/>
          </w:tcPr>
          <w:p w14:paraId="1027F508" w14:textId="77777777" w:rsidR="001512C8" w:rsidRPr="00161078" w:rsidRDefault="00443F1E">
            <w:pPr>
              <w:spacing w:before="20" w:after="20"/>
              <w:jc w:val="center"/>
              <w:rPr>
                <w:lang w:val="pl-PL"/>
              </w:rPr>
            </w:pPr>
            <w:r w:rsidRPr="00161078">
              <w:rPr>
                <w:sz w:val="16"/>
                <w:lang w:val="pl-PL"/>
              </w:rPr>
              <w:t xml:space="preserve">5 x 200 </w:t>
            </w:r>
            <w:proofErr w:type="spellStart"/>
            <w:r w:rsidRPr="00161078">
              <w:rPr>
                <w:sz w:val="16"/>
                <w:lang w:val="pl-PL"/>
              </w:rPr>
              <w:t>μL</w:t>
            </w:r>
            <w:proofErr w:type="spellEnd"/>
          </w:p>
        </w:tc>
        <w:tc>
          <w:tcPr>
            <w:tcW w:w="640" w:type="dxa"/>
            <w:vAlign w:val="center"/>
          </w:tcPr>
          <w:p w14:paraId="67EFF59E" w14:textId="77777777" w:rsidR="001512C8" w:rsidRPr="00161078" w:rsidRDefault="00443F1E">
            <w:pPr>
              <w:spacing w:before="20" w:after="20"/>
              <w:jc w:val="center"/>
              <w:rPr>
                <w:lang w:val="pl-PL"/>
              </w:rPr>
            </w:pPr>
            <w:r w:rsidRPr="00161078">
              <w:rPr>
                <w:sz w:val="16"/>
                <w:lang w:val="pl-PL"/>
              </w:rPr>
              <w:t>opako</w:t>
            </w:r>
            <w:r w:rsidRPr="00161078">
              <w:rPr>
                <w:sz w:val="16"/>
                <w:lang w:val="pl-PL"/>
              </w:rPr>
              <w:lastRenderedPageBreak/>
              <w:t>wanie</w:t>
            </w:r>
          </w:p>
        </w:tc>
        <w:tc>
          <w:tcPr>
            <w:tcW w:w="1260" w:type="dxa"/>
            <w:vAlign w:val="center"/>
          </w:tcPr>
          <w:p w14:paraId="7BAE9F33" w14:textId="77777777" w:rsidR="001512C8" w:rsidRPr="00161078" w:rsidRDefault="00056A14">
            <w:pPr>
              <w:spacing w:before="20" w:after="20"/>
              <w:jc w:val="center"/>
              <w:rPr>
                <w:lang w:val="pl-PL"/>
              </w:rPr>
            </w:pPr>
            <w:r>
              <w:rPr>
                <w:sz w:val="16"/>
                <w:lang w:val="pl-PL"/>
              </w:rPr>
              <w:lastRenderedPageBreak/>
              <w:t>2</w:t>
            </w:r>
          </w:p>
        </w:tc>
        <w:tc>
          <w:tcPr>
            <w:tcW w:w="1250" w:type="dxa"/>
            <w:vAlign w:val="center"/>
          </w:tcPr>
          <w:p w14:paraId="751E6627" w14:textId="77777777" w:rsidR="001512C8" w:rsidRPr="00161078" w:rsidRDefault="001512C8">
            <w:pPr>
              <w:spacing w:before="20" w:after="20"/>
              <w:jc w:val="center"/>
              <w:rPr>
                <w:lang w:val="pl-PL"/>
              </w:rPr>
            </w:pPr>
          </w:p>
        </w:tc>
        <w:tc>
          <w:tcPr>
            <w:tcW w:w="620" w:type="dxa"/>
            <w:vAlign w:val="center"/>
          </w:tcPr>
          <w:p w14:paraId="2A41E579" w14:textId="77777777" w:rsidR="001512C8" w:rsidRPr="00161078" w:rsidRDefault="001512C8">
            <w:pPr>
              <w:spacing w:before="20" w:after="20"/>
              <w:jc w:val="center"/>
              <w:rPr>
                <w:lang w:val="pl-PL"/>
              </w:rPr>
            </w:pPr>
          </w:p>
        </w:tc>
        <w:tc>
          <w:tcPr>
            <w:tcW w:w="1250" w:type="dxa"/>
            <w:vAlign w:val="center"/>
          </w:tcPr>
          <w:p w14:paraId="3D0D1DD0" w14:textId="77777777" w:rsidR="001512C8" w:rsidRPr="00161078" w:rsidRDefault="001512C8">
            <w:pPr>
              <w:spacing w:before="20" w:after="20"/>
              <w:jc w:val="center"/>
              <w:rPr>
                <w:lang w:val="pl-PL"/>
              </w:rPr>
            </w:pPr>
          </w:p>
        </w:tc>
        <w:tc>
          <w:tcPr>
            <w:tcW w:w="1350" w:type="dxa"/>
            <w:vAlign w:val="center"/>
          </w:tcPr>
          <w:p w14:paraId="3B3D79A6" w14:textId="77777777" w:rsidR="001512C8" w:rsidRPr="00161078" w:rsidRDefault="001512C8">
            <w:pPr>
              <w:spacing w:before="20" w:after="20"/>
              <w:jc w:val="center"/>
              <w:rPr>
                <w:lang w:val="pl-PL"/>
              </w:rPr>
            </w:pPr>
          </w:p>
        </w:tc>
        <w:tc>
          <w:tcPr>
            <w:tcW w:w="1350" w:type="dxa"/>
            <w:vAlign w:val="center"/>
          </w:tcPr>
          <w:p w14:paraId="40709AEA" w14:textId="77777777" w:rsidR="001512C8" w:rsidRPr="00161078" w:rsidRDefault="001512C8">
            <w:pPr>
              <w:spacing w:before="20" w:after="20"/>
              <w:jc w:val="center"/>
              <w:rPr>
                <w:lang w:val="pl-PL"/>
              </w:rPr>
            </w:pPr>
          </w:p>
        </w:tc>
      </w:tr>
      <w:tr w:rsidR="001512C8" w:rsidRPr="00161078" w14:paraId="5FD0ED26" w14:textId="77777777" w:rsidTr="00795294">
        <w:trPr>
          <w:jc w:val="center"/>
        </w:trPr>
        <w:tc>
          <w:tcPr>
            <w:tcW w:w="420" w:type="dxa"/>
            <w:vAlign w:val="center"/>
          </w:tcPr>
          <w:p w14:paraId="36F3B372" w14:textId="77777777" w:rsidR="001512C8" w:rsidRPr="00161078" w:rsidRDefault="00443F1E">
            <w:pPr>
              <w:spacing w:before="20" w:after="20"/>
              <w:jc w:val="center"/>
              <w:rPr>
                <w:lang w:val="pl-PL"/>
              </w:rPr>
            </w:pPr>
            <w:permStart w:id="1668447379" w:edGrp="everyone" w:colFirst="5" w:colLast="5"/>
            <w:permStart w:id="2125876555" w:edGrp="everyone" w:colFirst="6" w:colLast="6"/>
            <w:permStart w:id="1593003702" w:edGrp="everyone" w:colFirst="7" w:colLast="7"/>
            <w:permStart w:id="1323785744" w:edGrp="everyone" w:colFirst="8" w:colLast="8"/>
            <w:permStart w:id="1061111537" w:edGrp="everyone" w:colFirst="9" w:colLast="9"/>
            <w:permEnd w:id="1648306894"/>
            <w:permEnd w:id="683958082"/>
            <w:permEnd w:id="1047729417"/>
            <w:permEnd w:id="1776909206"/>
            <w:permEnd w:id="173961340"/>
            <w:r w:rsidRPr="00161078">
              <w:rPr>
                <w:sz w:val="16"/>
                <w:lang w:val="pl-PL"/>
              </w:rPr>
              <w:t>11</w:t>
            </w:r>
          </w:p>
        </w:tc>
        <w:tc>
          <w:tcPr>
            <w:tcW w:w="4450" w:type="dxa"/>
            <w:vAlign w:val="center"/>
          </w:tcPr>
          <w:p w14:paraId="3E37F894" w14:textId="77777777" w:rsidR="001512C8" w:rsidRPr="000E6009" w:rsidRDefault="00443F1E">
            <w:pPr>
              <w:spacing w:before="20" w:after="20"/>
              <w:jc w:val="left"/>
            </w:pPr>
            <w:r w:rsidRPr="000E6009">
              <w:rPr>
                <w:sz w:val="16"/>
              </w:rPr>
              <w:t>MAX Efficiency™ DH5</w:t>
            </w:r>
            <w:r w:rsidRPr="00161078">
              <w:rPr>
                <w:sz w:val="16"/>
                <w:lang w:val="pl-PL"/>
              </w:rPr>
              <w:t>α</w:t>
            </w:r>
            <w:r w:rsidRPr="000E6009">
              <w:rPr>
                <w:sz w:val="16"/>
              </w:rPr>
              <w:t xml:space="preserve"> Competent Cells</w:t>
            </w:r>
          </w:p>
        </w:tc>
        <w:tc>
          <w:tcPr>
            <w:tcW w:w="1720" w:type="dxa"/>
            <w:vAlign w:val="center"/>
          </w:tcPr>
          <w:p w14:paraId="04480948" w14:textId="77777777" w:rsidR="001512C8" w:rsidRPr="00161078" w:rsidRDefault="00443F1E">
            <w:pPr>
              <w:spacing w:before="20" w:after="20"/>
              <w:jc w:val="center"/>
              <w:rPr>
                <w:lang w:val="pl-PL"/>
              </w:rPr>
            </w:pPr>
            <w:r w:rsidRPr="00161078">
              <w:rPr>
                <w:sz w:val="16"/>
                <w:lang w:val="pl-PL"/>
              </w:rPr>
              <w:t xml:space="preserve">5 x 200 </w:t>
            </w:r>
            <w:proofErr w:type="spellStart"/>
            <w:r w:rsidRPr="00161078">
              <w:rPr>
                <w:sz w:val="16"/>
                <w:lang w:val="pl-PL"/>
              </w:rPr>
              <w:t>μL</w:t>
            </w:r>
            <w:proofErr w:type="spellEnd"/>
          </w:p>
        </w:tc>
        <w:tc>
          <w:tcPr>
            <w:tcW w:w="640" w:type="dxa"/>
            <w:vAlign w:val="center"/>
          </w:tcPr>
          <w:p w14:paraId="5A98B585"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2F788928" w14:textId="77777777" w:rsidR="001512C8" w:rsidRPr="00161078" w:rsidRDefault="00056A14">
            <w:pPr>
              <w:spacing w:before="20" w:after="20"/>
              <w:jc w:val="center"/>
              <w:rPr>
                <w:lang w:val="pl-PL"/>
              </w:rPr>
            </w:pPr>
            <w:r>
              <w:rPr>
                <w:sz w:val="16"/>
                <w:lang w:val="pl-PL"/>
              </w:rPr>
              <w:t>5</w:t>
            </w:r>
          </w:p>
        </w:tc>
        <w:tc>
          <w:tcPr>
            <w:tcW w:w="1250" w:type="dxa"/>
            <w:vAlign w:val="center"/>
          </w:tcPr>
          <w:p w14:paraId="3E329534" w14:textId="77777777" w:rsidR="001512C8" w:rsidRPr="00161078" w:rsidRDefault="001512C8">
            <w:pPr>
              <w:spacing w:before="20" w:after="20"/>
              <w:jc w:val="center"/>
              <w:rPr>
                <w:lang w:val="pl-PL"/>
              </w:rPr>
            </w:pPr>
          </w:p>
        </w:tc>
        <w:tc>
          <w:tcPr>
            <w:tcW w:w="620" w:type="dxa"/>
            <w:vAlign w:val="center"/>
          </w:tcPr>
          <w:p w14:paraId="3592C548" w14:textId="77777777" w:rsidR="001512C8" w:rsidRPr="00161078" w:rsidRDefault="001512C8">
            <w:pPr>
              <w:spacing w:before="20" w:after="20"/>
              <w:jc w:val="center"/>
              <w:rPr>
                <w:lang w:val="pl-PL"/>
              </w:rPr>
            </w:pPr>
          </w:p>
        </w:tc>
        <w:tc>
          <w:tcPr>
            <w:tcW w:w="1250" w:type="dxa"/>
            <w:vAlign w:val="center"/>
          </w:tcPr>
          <w:p w14:paraId="5AA72961" w14:textId="77777777" w:rsidR="001512C8" w:rsidRPr="00161078" w:rsidRDefault="001512C8">
            <w:pPr>
              <w:spacing w:before="20" w:after="20"/>
              <w:jc w:val="center"/>
              <w:rPr>
                <w:lang w:val="pl-PL"/>
              </w:rPr>
            </w:pPr>
          </w:p>
        </w:tc>
        <w:tc>
          <w:tcPr>
            <w:tcW w:w="1350" w:type="dxa"/>
            <w:vAlign w:val="center"/>
          </w:tcPr>
          <w:p w14:paraId="59EB605A" w14:textId="77777777" w:rsidR="001512C8" w:rsidRPr="00161078" w:rsidRDefault="001512C8">
            <w:pPr>
              <w:spacing w:before="20" w:after="20"/>
              <w:jc w:val="center"/>
              <w:rPr>
                <w:lang w:val="pl-PL"/>
              </w:rPr>
            </w:pPr>
          </w:p>
        </w:tc>
        <w:tc>
          <w:tcPr>
            <w:tcW w:w="1350" w:type="dxa"/>
            <w:vAlign w:val="center"/>
          </w:tcPr>
          <w:p w14:paraId="35DC4F09" w14:textId="77777777" w:rsidR="001512C8" w:rsidRPr="00161078" w:rsidRDefault="001512C8">
            <w:pPr>
              <w:spacing w:before="20" w:after="20"/>
              <w:jc w:val="center"/>
              <w:rPr>
                <w:lang w:val="pl-PL"/>
              </w:rPr>
            </w:pPr>
          </w:p>
        </w:tc>
      </w:tr>
      <w:tr w:rsidR="001512C8" w:rsidRPr="00161078" w14:paraId="1D2A9A0B" w14:textId="77777777" w:rsidTr="00795294">
        <w:trPr>
          <w:jc w:val="center"/>
        </w:trPr>
        <w:tc>
          <w:tcPr>
            <w:tcW w:w="420" w:type="dxa"/>
            <w:vAlign w:val="center"/>
          </w:tcPr>
          <w:p w14:paraId="6D26C5AF" w14:textId="77777777" w:rsidR="001512C8" w:rsidRPr="00161078" w:rsidRDefault="00443F1E">
            <w:pPr>
              <w:spacing w:before="20" w:after="20"/>
              <w:jc w:val="center"/>
              <w:rPr>
                <w:lang w:val="pl-PL"/>
              </w:rPr>
            </w:pPr>
            <w:permStart w:id="442770027" w:edGrp="everyone" w:colFirst="5" w:colLast="5"/>
            <w:permStart w:id="1553279137" w:edGrp="everyone" w:colFirst="6" w:colLast="6"/>
            <w:permStart w:id="150084202" w:edGrp="everyone" w:colFirst="7" w:colLast="7"/>
            <w:permStart w:id="1068788420" w:edGrp="everyone" w:colFirst="8" w:colLast="8"/>
            <w:permStart w:id="353578827" w:edGrp="everyone" w:colFirst="9" w:colLast="9"/>
            <w:permEnd w:id="1668447379"/>
            <w:permEnd w:id="2125876555"/>
            <w:permEnd w:id="1593003702"/>
            <w:permEnd w:id="1323785744"/>
            <w:permEnd w:id="1061111537"/>
            <w:r w:rsidRPr="00161078">
              <w:rPr>
                <w:sz w:val="16"/>
                <w:lang w:val="pl-PL"/>
              </w:rPr>
              <w:t>12</w:t>
            </w:r>
          </w:p>
        </w:tc>
        <w:tc>
          <w:tcPr>
            <w:tcW w:w="4450" w:type="dxa"/>
            <w:vAlign w:val="center"/>
          </w:tcPr>
          <w:p w14:paraId="037AC696" w14:textId="77777777" w:rsidR="001512C8" w:rsidRPr="000E6009" w:rsidRDefault="00443F1E">
            <w:pPr>
              <w:spacing w:before="20" w:after="20"/>
              <w:jc w:val="left"/>
            </w:pPr>
            <w:r w:rsidRPr="000E6009">
              <w:rPr>
                <w:sz w:val="16"/>
              </w:rPr>
              <w:t>Agarose I (Molecular Biology Grade)</w:t>
            </w:r>
          </w:p>
        </w:tc>
        <w:tc>
          <w:tcPr>
            <w:tcW w:w="1720" w:type="dxa"/>
            <w:vAlign w:val="center"/>
          </w:tcPr>
          <w:p w14:paraId="18210D49" w14:textId="77777777" w:rsidR="001512C8" w:rsidRPr="00161078" w:rsidRDefault="00443F1E">
            <w:pPr>
              <w:spacing w:before="20" w:after="20"/>
              <w:jc w:val="center"/>
              <w:rPr>
                <w:lang w:val="pl-PL"/>
              </w:rPr>
            </w:pPr>
            <w:r w:rsidRPr="00161078">
              <w:rPr>
                <w:sz w:val="16"/>
                <w:lang w:val="pl-PL"/>
              </w:rPr>
              <w:t>500g</w:t>
            </w:r>
          </w:p>
        </w:tc>
        <w:tc>
          <w:tcPr>
            <w:tcW w:w="640" w:type="dxa"/>
            <w:vAlign w:val="center"/>
          </w:tcPr>
          <w:p w14:paraId="4707641D"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01988807" w14:textId="77777777" w:rsidR="001512C8" w:rsidRPr="00161078" w:rsidRDefault="00056A14">
            <w:pPr>
              <w:spacing w:before="20" w:after="20"/>
              <w:jc w:val="center"/>
              <w:rPr>
                <w:lang w:val="pl-PL"/>
              </w:rPr>
            </w:pPr>
            <w:r>
              <w:rPr>
                <w:sz w:val="16"/>
                <w:lang w:val="pl-PL"/>
              </w:rPr>
              <w:t>1</w:t>
            </w:r>
          </w:p>
        </w:tc>
        <w:tc>
          <w:tcPr>
            <w:tcW w:w="1250" w:type="dxa"/>
            <w:vAlign w:val="center"/>
          </w:tcPr>
          <w:p w14:paraId="53A71FB3" w14:textId="77777777" w:rsidR="001512C8" w:rsidRPr="00161078" w:rsidRDefault="001512C8">
            <w:pPr>
              <w:spacing w:before="20" w:after="20"/>
              <w:jc w:val="center"/>
              <w:rPr>
                <w:lang w:val="pl-PL"/>
              </w:rPr>
            </w:pPr>
          </w:p>
        </w:tc>
        <w:tc>
          <w:tcPr>
            <w:tcW w:w="620" w:type="dxa"/>
            <w:vAlign w:val="center"/>
          </w:tcPr>
          <w:p w14:paraId="4D7807D8" w14:textId="77777777" w:rsidR="001512C8" w:rsidRPr="00161078" w:rsidRDefault="001512C8">
            <w:pPr>
              <w:spacing w:before="20" w:after="20"/>
              <w:jc w:val="center"/>
              <w:rPr>
                <w:lang w:val="pl-PL"/>
              </w:rPr>
            </w:pPr>
          </w:p>
        </w:tc>
        <w:tc>
          <w:tcPr>
            <w:tcW w:w="1250" w:type="dxa"/>
            <w:vAlign w:val="center"/>
          </w:tcPr>
          <w:p w14:paraId="10D1CB67" w14:textId="77777777" w:rsidR="001512C8" w:rsidRPr="00161078" w:rsidRDefault="001512C8">
            <w:pPr>
              <w:spacing w:before="20" w:after="20"/>
              <w:jc w:val="center"/>
              <w:rPr>
                <w:lang w:val="pl-PL"/>
              </w:rPr>
            </w:pPr>
          </w:p>
        </w:tc>
        <w:tc>
          <w:tcPr>
            <w:tcW w:w="1350" w:type="dxa"/>
            <w:vAlign w:val="center"/>
          </w:tcPr>
          <w:p w14:paraId="5B74F167" w14:textId="77777777" w:rsidR="001512C8" w:rsidRPr="00161078" w:rsidRDefault="001512C8">
            <w:pPr>
              <w:spacing w:before="20" w:after="20"/>
              <w:jc w:val="center"/>
              <w:rPr>
                <w:lang w:val="pl-PL"/>
              </w:rPr>
            </w:pPr>
          </w:p>
        </w:tc>
        <w:tc>
          <w:tcPr>
            <w:tcW w:w="1350" w:type="dxa"/>
            <w:vAlign w:val="center"/>
          </w:tcPr>
          <w:p w14:paraId="305DE518" w14:textId="77777777" w:rsidR="001512C8" w:rsidRPr="00161078" w:rsidRDefault="001512C8">
            <w:pPr>
              <w:spacing w:before="20" w:after="20"/>
              <w:jc w:val="center"/>
              <w:rPr>
                <w:lang w:val="pl-PL"/>
              </w:rPr>
            </w:pPr>
          </w:p>
        </w:tc>
      </w:tr>
      <w:tr w:rsidR="001512C8" w:rsidRPr="00161078" w14:paraId="20784FB6" w14:textId="77777777" w:rsidTr="00795294">
        <w:trPr>
          <w:jc w:val="center"/>
        </w:trPr>
        <w:tc>
          <w:tcPr>
            <w:tcW w:w="420" w:type="dxa"/>
            <w:vAlign w:val="center"/>
          </w:tcPr>
          <w:p w14:paraId="0664670D" w14:textId="77777777" w:rsidR="001512C8" w:rsidRPr="00161078" w:rsidRDefault="00443F1E">
            <w:pPr>
              <w:spacing w:before="20" w:after="20"/>
              <w:jc w:val="center"/>
              <w:rPr>
                <w:lang w:val="pl-PL"/>
              </w:rPr>
            </w:pPr>
            <w:permStart w:id="1334063075" w:edGrp="everyone" w:colFirst="5" w:colLast="5"/>
            <w:permStart w:id="629822013" w:edGrp="everyone" w:colFirst="6" w:colLast="6"/>
            <w:permStart w:id="1122200004" w:edGrp="everyone" w:colFirst="7" w:colLast="7"/>
            <w:permStart w:id="277890569" w:edGrp="everyone" w:colFirst="8" w:colLast="8"/>
            <w:permStart w:id="1627657959" w:edGrp="everyone" w:colFirst="9" w:colLast="9"/>
            <w:permEnd w:id="442770027"/>
            <w:permEnd w:id="1553279137"/>
            <w:permEnd w:id="150084202"/>
            <w:permEnd w:id="1068788420"/>
            <w:permEnd w:id="353578827"/>
            <w:r w:rsidRPr="00161078">
              <w:rPr>
                <w:sz w:val="16"/>
                <w:lang w:val="pl-PL"/>
              </w:rPr>
              <w:t>13</w:t>
            </w:r>
          </w:p>
        </w:tc>
        <w:tc>
          <w:tcPr>
            <w:tcW w:w="4450" w:type="dxa"/>
            <w:vAlign w:val="center"/>
          </w:tcPr>
          <w:p w14:paraId="54D20309" w14:textId="77777777" w:rsidR="001512C8" w:rsidRPr="000E6009" w:rsidRDefault="00443F1E">
            <w:pPr>
              <w:spacing w:before="20" w:after="20"/>
              <w:jc w:val="left"/>
            </w:pPr>
            <w:r w:rsidRPr="000E6009">
              <w:rPr>
                <w:sz w:val="16"/>
              </w:rPr>
              <w:t>TAE Buffer (Tris-acetate-EDTA) (50X)</w:t>
            </w:r>
          </w:p>
        </w:tc>
        <w:tc>
          <w:tcPr>
            <w:tcW w:w="1720" w:type="dxa"/>
            <w:vAlign w:val="center"/>
          </w:tcPr>
          <w:p w14:paraId="17CB5BA5" w14:textId="77777777" w:rsidR="001512C8" w:rsidRPr="00161078" w:rsidRDefault="00443F1E">
            <w:pPr>
              <w:spacing w:before="20" w:after="20"/>
              <w:jc w:val="center"/>
              <w:rPr>
                <w:lang w:val="pl-PL"/>
              </w:rPr>
            </w:pPr>
            <w:r w:rsidRPr="00161078">
              <w:rPr>
                <w:sz w:val="16"/>
                <w:lang w:val="pl-PL"/>
              </w:rPr>
              <w:t>1L</w:t>
            </w:r>
          </w:p>
        </w:tc>
        <w:tc>
          <w:tcPr>
            <w:tcW w:w="640" w:type="dxa"/>
            <w:vAlign w:val="center"/>
          </w:tcPr>
          <w:p w14:paraId="6F878794"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D693346" w14:textId="77777777" w:rsidR="001512C8" w:rsidRPr="00161078" w:rsidRDefault="00056A14">
            <w:pPr>
              <w:spacing w:before="20" w:after="20"/>
              <w:jc w:val="center"/>
              <w:rPr>
                <w:lang w:val="pl-PL"/>
              </w:rPr>
            </w:pPr>
            <w:r>
              <w:rPr>
                <w:sz w:val="16"/>
                <w:lang w:val="pl-PL"/>
              </w:rPr>
              <w:t>1</w:t>
            </w:r>
          </w:p>
        </w:tc>
        <w:tc>
          <w:tcPr>
            <w:tcW w:w="1250" w:type="dxa"/>
            <w:vAlign w:val="center"/>
          </w:tcPr>
          <w:p w14:paraId="07E0DDAC" w14:textId="77777777" w:rsidR="001512C8" w:rsidRPr="00161078" w:rsidRDefault="001512C8">
            <w:pPr>
              <w:spacing w:before="20" w:after="20"/>
              <w:jc w:val="center"/>
              <w:rPr>
                <w:lang w:val="pl-PL"/>
              </w:rPr>
            </w:pPr>
          </w:p>
        </w:tc>
        <w:tc>
          <w:tcPr>
            <w:tcW w:w="620" w:type="dxa"/>
            <w:vAlign w:val="center"/>
          </w:tcPr>
          <w:p w14:paraId="58A4CFC6" w14:textId="77777777" w:rsidR="001512C8" w:rsidRPr="00161078" w:rsidRDefault="001512C8">
            <w:pPr>
              <w:spacing w:before="20" w:after="20"/>
              <w:jc w:val="center"/>
              <w:rPr>
                <w:lang w:val="pl-PL"/>
              </w:rPr>
            </w:pPr>
          </w:p>
        </w:tc>
        <w:tc>
          <w:tcPr>
            <w:tcW w:w="1250" w:type="dxa"/>
            <w:vAlign w:val="center"/>
          </w:tcPr>
          <w:p w14:paraId="45C3B2ED" w14:textId="77777777" w:rsidR="001512C8" w:rsidRPr="00161078" w:rsidRDefault="001512C8">
            <w:pPr>
              <w:spacing w:before="20" w:after="20"/>
              <w:jc w:val="center"/>
              <w:rPr>
                <w:lang w:val="pl-PL"/>
              </w:rPr>
            </w:pPr>
          </w:p>
        </w:tc>
        <w:tc>
          <w:tcPr>
            <w:tcW w:w="1350" w:type="dxa"/>
            <w:vAlign w:val="center"/>
          </w:tcPr>
          <w:p w14:paraId="7FB3F952" w14:textId="77777777" w:rsidR="001512C8" w:rsidRPr="00161078" w:rsidRDefault="001512C8">
            <w:pPr>
              <w:spacing w:before="20" w:after="20"/>
              <w:jc w:val="center"/>
              <w:rPr>
                <w:lang w:val="pl-PL"/>
              </w:rPr>
            </w:pPr>
          </w:p>
        </w:tc>
        <w:tc>
          <w:tcPr>
            <w:tcW w:w="1350" w:type="dxa"/>
            <w:vAlign w:val="center"/>
          </w:tcPr>
          <w:p w14:paraId="3670CD14" w14:textId="77777777" w:rsidR="001512C8" w:rsidRPr="00161078" w:rsidRDefault="001512C8">
            <w:pPr>
              <w:spacing w:before="20" w:after="20"/>
              <w:jc w:val="center"/>
              <w:rPr>
                <w:lang w:val="pl-PL"/>
              </w:rPr>
            </w:pPr>
          </w:p>
        </w:tc>
      </w:tr>
      <w:tr w:rsidR="001512C8" w:rsidRPr="00161078" w14:paraId="51FD9841" w14:textId="77777777" w:rsidTr="00795294">
        <w:trPr>
          <w:jc w:val="center"/>
        </w:trPr>
        <w:tc>
          <w:tcPr>
            <w:tcW w:w="420" w:type="dxa"/>
            <w:vAlign w:val="center"/>
          </w:tcPr>
          <w:p w14:paraId="4296AB9E" w14:textId="77777777" w:rsidR="001512C8" w:rsidRPr="00161078" w:rsidRDefault="00443F1E">
            <w:pPr>
              <w:spacing w:before="20" w:after="20"/>
              <w:jc w:val="center"/>
              <w:rPr>
                <w:lang w:val="pl-PL"/>
              </w:rPr>
            </w:pPr>
            <w:permStart w:id="753341184" w:edGrp="everyone" w:colFirst="5" w:colLast="5"/>
            <w:permStart w:id="534469705" w:edGrp="everyone" w:colFirst="6" w:colLast="6"/>
            <w:permStart w:id="1759861761" w:edGrp="everyone" w:colFirst="7" w:colLast="7"/>
            <w:permStart w:id="931226671" w:edGrp="everyone" w:colFirst="8" w:colLast="8"/>
            <w:permStart w:id="1055196718" w:edGrp="everyone" w:colFirst="9" w:colLast="9"/>
            <w:permEnd w:id="1334063075"/>
            <w:permEnd w:id="629822013"/>
            <w:permEnd w:id="1122200004"/>
            <w:permEnd w:id="277890569"/>
            <w:permEnd w:id="1627657959"/>
            <w:r w:rsidRPr="00161078">
              <w:rPr>
                <w:sz w:val="16"/>
                <w:lang w:val="pl-PL"/>
              </w:rPr>
              <w:t>14</w:t>
            </w:r>
          </w:p>
        </w:tc>
        <w:tc>
          <w:tcPr>
            <w:tcW w:w="4450" w:type="dxa"/>
            <w:vAlign w:val="center"/>
          </w:tcPr>
          <w:p w14:paraId="2942B693" w14:textId="77777777" w:rsidR="001512C8" w:rsidRPr="000E6009" w:rsidRDefault="00443F1E">
            <w:pPr>
              <w:spacing w:before="20" w:after="20"/>
              <w:jc w:val="left"/>
            </w:pPr>
            <w:proofErr w:type="spellStart"/>
            <w:r w:rsidRPr="000E6009">
              <w:rPr>
                <w:sz w:val="16"/>
              </w:rPr>
              <w:t>PureLink</w:t>
            </w:r>
            <w:proofErr w:type="spellEnd"/>
            <w:r w:rsidRPr="000E6009">
              <w:rPr>
                <w:sz w:val="16"/>
              </w:rPr>
              <w:t xml:space="preserve">™ </w:t>
            </w:r>
            <w:proofErr w:type="spellStart"/>
            <w:r w:rsidRPr="000E6009">
              <w:rPr>
                <w:sz w:val="16"/>
              </w:rPr>
              <w:t>HiPure</w:t>
            </w:r>
            <w:proofErr w:type="spellEnd"/>
            <w:r w:rsidRPr="000E6009">
              <w:rPr>
                <w:sz w:val="16"/>
              </w:rPr>
              <w:t xml:space="preserve"> Plasmid Maxiprep Kit</w:t>
            </w:r>
          </w:p>
        </w:tc>
        <w:tc>
          <w:tcPr>
            <w:tcW w:w="1720" w:type="dxa"/>
            <w:vAlign w:val="center"/>
          </w:tcPr>
          <w:p w14:paraId="7F62E7A3" w14:textId="77777777" w:rsidR="001512C8" w:rsidRPr="00161078" w:rsidRDefault="00443F1E">
            <w:pPr>
              <w:spacing w:before="20" w:after="20"/>
              <w:jc w:val="center"/>
              <w:rPr>
                <w:lang w:val="pl-PL"/>
              </w:rPr>
            </w:pPr>
            <w:r w:rsidRPr="00161078">
              <w:rPr>
                <w:sz w:val="16"/>
                <w:lang w:val="pl-PL"/>
              </w:rPr>
              <w:t>25 oznaczeń</w:t>
            </w:r>
          </w:p>
        </w:tc>
        <w:tc>
          <w:tcPr>
            <w:tcW w:w="640" w:type="dxa"/>
            <w:vAlign w:val="center"/>
          </w:tcPr>
          <w:p w14:paraId="105D47F0" w14:textId="77777777" w:rsidR="001512C8" w:rsidRPr="00161078" w:rsidRDefault="00443F1E">
            <w:pPr>
              <w:spacing w:before="20" w:after="20"/>
              <w:jc w:val="center"/>
              <w:rPr>
                <w:lang w:val="pl-PL"/>
              </w:rPr>
            </w:pPr>
            <w:r w:rsidRPr="00161078">
              <w:rPr>
                <w:sz w:val="16"/>
                <w:lang w:val="pl-PL"/>
              </w:rPr>
              <w:t>zestaw</w:t>
            </w:r>
          </w:p>
        </w:tc>
        <w:tc>
          <w:tcPr>
            <w:tcW w:w="1260" w:type="dxa"/>
            <w:vAlign w:val="center"/>
          </w:tcPr>
          <w:p w14:paraId="659D6F11" w14:textId="77777777" w:rsidR="001512C8" w:rsidRPr="00161078" w:rsidRDefault="00056A14">
            <w:pPr>
              <w:spacing w:before="20" w:after="20"/>
              <w:jc w:val="center"/>
              <w:rPr>
                <w:lang w:val="pl-PL"/>
              </w:rPr>
            </w:pPr>
            <w:r>
              <w:rPr>
                <w:sz w:val="16"/>
                <w:lang w:val="pl-PL"/>
              </w:rPr>
              <w:t>2</w:t>
            </w:r>
          </w:p>
        </w:tc>
        <w:tc>
          <w:tcPr>
            <w:tcW w:w="1250" w:type="dxa"/>
            <w:vAlign w:val="center"/>
          </w:tcPr>
          <w:p w14:paraId="63BAD7CF" w14:textId="77777777" w:rsidR="001512C8" w:rsidRPr="00161078" w:rsidRDefault="001512C8">
            <w:pPr>
              <w:spacing w:before="20" w:after="20"/>
              <w:jc w:val="center"/>
              <w:rPr>
                <w:lang w:val="pl-PL"/>
              </w:rPr>
            </w:pPr>
          </w:p>
        </w:tc>
        <w:tc>
          <w:tcPr>
            <w:tcW w:w="620" w:type="dxa"/>
            <w:vAlign w:val="center"/>
          </w:tcPr>
          <w:p w14:paraId="11F60AFA" w14:textId="77777777" w:rsidR="001512C8" w:rsidRPr="00161078" w:rsidRDefault="001512C8">
            <w:pPr>
              <w:spacing w:before="20" w:after="20"/>
              <w:jc w:val="center"/>
              <w:rPr>
                <w:lang w:val="pl-PL"/>
              </w:rPr>
            </w:pPr>
          </w:p>
        </w:tc>
        <w:tc>
          <w:tcPr>
            <w:tcW w:w="1250" w:type="dxa"/>
            <w:vAlign w:val="center"/>
          </w:tcPr>
          <w:p w14:paraId="270FC614" w14:textId="77777777" w:rsidR="001512C8" w:rsidRPr="00161078" w:rsidRDefault="001512C8">
            <w:pPr>
              <w:spacing w:before="20" w:after="20"/>
              <w:jc w:val="center"/>
              <w:rPr>
                <w:lang w:val="pl-PL"/>
              </w:rPr>
            </w:pPr>
          </w:p>
        </w:tc>
        <w:tc>
          <w:tcPr>
            <w:tcW w:w="1350" w:type="dxa"/>
            <w:vAlign w:val="center"/>
          </w:tcPr>
          <w:p w14:paraId="232EBC04" w14:textId="77777777" w:rsidR="001512C8" w:rsidRPr="00161078" w:rsidRDefault="001512C8">
            <w:pPr>
              <w:spacing w:before="20" w:after="20"/>
              <w:jc w:val="center"/>
              <w:rPr>
                <w:lang w:val="pl-PL"/>
              </w:rPr>
            </w:pPr>
          </w:p>
        </w:tc>
        <w:tc>
          <w:tcPr>
            <w:tcW w:w="1350" w:type="dxa"/>
            <w:vAlign w:val="center"/>
          </w:tcPr>
          <w:p w14:paraId="52EFBB9F" w14:textId="77777777" w:rsidR="001512C8" w:rsidRPr="00161078" w:rsidRDefault="001512C8">
            <w:pPr>
              <w:spacing w:before="20" w:after="20"/>
              <w:jc w:val="center"/>
              <w:rPr>
                <w:lang w:val="pl-PL"/>
              </w:rPr>
            </w:pPr>
          </w:p>
        </w:tc>
      </w:tr>
      <w:tr w:rsidR="001512C8" w:rsidRPr="00161078" w14:paraId="0D71F79E" w14:textId="77777777" w:rsidTr="00795294">
        <w:trPr>
          <w:jc w:val="center"/>
        </w:trPr>
        <w:tc>
          <w:tcPr>
            <w:tcW w:w="420" w:type="dxa"/>
            <w:vAlign w:val="center"/>
          </w:tcPr>
          <w:p w14:paraId="08C6D91F" w14:textId="77777777" w:rsidR="001512C8" w:rsidRPr="00161078" w:rsidRDefault="00443F1E">
            <w:pPr>
              <w:spacing w:before="20" w:after="20"/>
              <w:jc w:val="center"/>
              <w:rPr>
                <w:lang w:val="pl-PL"/>
              </w:rPr>
            </w:pPr>
            <w:permStart w:id="1366040102" w:edGrp="everyone" w:colFirst="5" w:colLast="5"/>
            <w:permStart w:id="1350922943" w:edGrp="everyone" w:colFirst="6" w:colLast="6"/>
            <w:permStart w:id="1804613437" w:edGrp="everyone" w:colFirst="7" w:colLast="7"/>
            <w:permStart w:id="2084327375" w:edGrp="everyone" w:colFirst="8" w:colLast="8"/>
            <w:permStart w:id="1161319074" w:edGrp="everyone" w:colFirst="9" w:colLast="9"/>
            <w:permEnd w:id="753341184"/>
            <w:permEnd w:id="534469705"/>
            <w:permEnd w:id="1759861761"/>
            <w:permEnd w:id="931226671"/>
            <w:permEnd w:id="1055196718"/>
            <w:r w:rsidRPr="00161078">
              <w:rPr>
                <w:sz w:val="16"/>
                <w:lang w:val="pl-PL"/>
              </w:rPr>
              <w:t>15</w:t>
            </w:r>
          </w:p>
        </w:tc>
        <w:tc>
          <w:tcPr>
            <w:tcW w:w="4450" w:type="dxa"/>
            <w:vAlign w:val="center"/>
          </w:tcPr>
          <w:p w14:paraId="4F843621" w14:textId="77777777" w:rsidR="001512C8" w:rsidRPr="00161078" w:rsidRDefault="00443F1E">
            <w:pPr>
              <w:spacing w:before="20" w:after="20"/>
              <w:jc w:val="left"/>
              <w:rPr>
                <w:lang w:val="pl-PL"/>
              </w:rPr>
            </w:pPr>
            <w:proofErr w:type="spellStart"/>
            <w:r w:rsidRPr="00161078">
              <w:rPr>
                <w:sz w:val="16"/>
                <w:lang w:val="pl-PL"/>
              </w:rPr>
              <w:t>GeneJET</w:t>
            </w:r>
            <w:proofErr w:type="spellEnd"/>
            <w:r w:rsidRPr="00161078">
              <w:rPr>
                <w:sz w:val="16"/>
                <w:lang w:val="pl-PL"/>
              </w:rPr>
              <w:t xml:space="preserve"> </w:t>
            </w:r>
            <w:proofErr w:type="spellStart"/>
            <w:r w:rsidRPr="00161078">
              <w:rPr>
                <w:sz w:val="16"/>
                <w:lang w:val="pl-PL"/>
              </w:rPr>
              <w:t>Plasmid</w:t>
            </w:r>
            <w:proofErr w:type="spellEnd"/>
            <w:r w:rsidRPr="00161078">
              <w:rPr>
                <w:sz w:val="16"/>
                <w:lang w:val="pl-PL"/>
              </w:rPr>
              <w:t xml:space="preserve"> </w:t>
            </w:r>
            <w:proofErr w:type="spellStart"/>
            <w:r w:rsidRPr="00161078">
              <w:rPr>
                <w:sz w:val="16"/>
                <w:lang w:val="pl-PL"/>
              </w:rPr>
              <w:t>Miniprep</w:t>
            </w:r>
            <w:proofErr w:type="spellEnd"/>
            <w:r w:rsidRPr="00161078">
              <w:rPr>
                <w:sz w:val="16"/>
                <w:lang w:val="pl-PL"/>
              </w:rPr>
              <w:t xml:space="preserve"> Kit</w:t>
            </w:r>
          </w:p>
        </w:tc>
        <w:tc>
          <w:tcPr>
            <w:tcW w:w="1720" w:type="dxa"/>
            <w:vAlign w:val="center"/>
          </w:tcPr>
          <w:p w14:paraId="1E1D6EDA" w14:textId="77777777" w:rsidR="001512C8" w:rsidRPr="00161078" w:rsidRDefault="00443F1E">
            <w:pPr>
              <w:spacing w:before="20" w:after="20"/>
              <w:jc w:val="center"/>
              <w:rPr>
                <w:lang w:val="pl-PL"/>
              </w:rPr>
            </w:pPr>
            <w:r w:rsidRPr="00161078">
              <w:rPr>
                <w:sz w:val="16"/>
                <w:lang w:val="pl-PL"/>
              </w:rPr>
              <w:t>250 oznaczeń</w:t>
            </w:r>
          </w:p>
        </w:tc>
        <w:tc>
          <w:tcPr>
            <w:tcW w:w="640" w:type="dxa"/>
            <w:vAlign w:val="center"/>
          </w:tcPr>
          <w:p w14:paraId="6A325305" w14:textId="77777777" w:rsidR="001512C8" w:rsidRPr="00161078" w:rsidRDefault="00443F1E">
            <w:pPr>
              <w:spacing w:before="20" w:after="20"/>
              <w:jc w:val="center"/>
              <w:rPr>
                <w:lang w:val="pl-PL"/>
              </w:rPr>
            </w:pPr>
            <w:r w:rsidRPr="00161078">
              <w:rPr>
                <w:sz w:val="16"/>
                <w:lang w:val="pl-PL"/>
              </w:rPr>
              <w:t>zestaw</w:t>
            </w:r>
          </w:p>
        </w:tc>
        <w:tc>
          <w:tcPr>
            <w:tcW w:w="1260" w:type="dxa"/>
            <w:vAlign w:val="center"/>
          </w:tcPr>
          <w:p w14:paraId="27A7DF01" w14:textId="77777777" w:rsidR="001512C8" w:rsidRPr="00161078" w:rsidRDefault="00056A14">
            <w:pPr>
              <w:spacing w:before="20" w:after="20"/>
              <w:jc w:val="center"/>
              <w:rPr>
                <w:lang w:val="pl-PL"/>
              </w:rPr>
            </w:pPr>
            <w:r>
              <w:rPr>
                <w:sz w:val="16"/>
                <w:lang w:val="pl-PL"/>
              </w:rPr>
              <w:t>2</w:t>
            </w:r>
          </w:p>
        </w:tc>
        <w:tc>
          <w:tcPr>
            <w:tcW w:w="1250" w:type="dxa"/>
            <w:vAlign w:val="center"/>
          </w:tcPr>
          <w:p w14:paraId="6E22EA53" w14:textId="77777777" w:rsidR="001512C8" w:rsidRPr="00161078" w:rsidRDefault="001512C8">
            <w:pPr>
              <w:spacing w:before="20" w:after="20"/>
              <w:jc w:val="center"/>
              <w:rPr>
                <w:lang w:val="pl-PL"/>
              </w:rPr>
            </w:pPr>
          </w:p>
        </w:tc>
        <w:tc>
          <w:tcPr>
            <w:tcW w:w="620" w:type="dxa"/>
            <w:vAlign w:val="center"/>
          </w:tcPr>
          <w:p w14:paraId="4C845E80" w14:textId="77777777" w:rsidR="001512C8" w:rsidRPr="00161078" w:rsidRDefault="001512C8">
            <w:pPr>
              <w:spacing w:before="20" w:after="20"/>
              <w:jc w:val="center"/>
              <w:rPr>
                <w:lang w:val="pl-PL"/>
              </w:rPr>
            </w:pPr>
          </w:p>
        </w:tc>
        <w:tc>
          <w:tcPr>
            <w:tcW w:w="1250" w:type="dxa"/>
            <w:vAlign w:val="center"/>
          </w:tcPr>
          <w:p w14:paraId="0D2A2128" w14:textId="77777777" w:rsidR="001512C8" w:rsidRPr="00161078" w:rsidRDefault="001512C8">
            <w:pPr>
              <w:spacing w:before="20" w:after="20"/>
              <w:jc w:val="center"/>
              <w:rPr>
                <w:lang w:val="pl-PL"/>
              </w:rPr>
            </w:pPr>
          </w:p>
        </w:tc>
        <w:tc>
          <w:tcPr>
            <w:tcW w:w="1350" w:type="dxa"/>
            <w:vAlign w:val="center"/>
          </w:tcPr>
          <w:p w14:paraId="2446A80A" w14:textId="77777777" w:rsidR="001512C8" w:rsidRPr="00161078" w:rsidRDefault="001512C8">
            <w:pPr>
              <w:spacing w:before="20" w:after="20"/>
              <w:jc w:val="center"/>
              <w:rPr>
                <w:lang w:val="pl-PL"/>
              </w:rPr>
            </w:pPr>
          </w:p>
        </w:tc>
        <w:tc>
          <w:tcPr>
            <w:tcW w:w="1350" w:type="dxa"/>
            <w:vAlign w:val="center"/>
          </w:tcPr>
          <w:p w14:paraId="45A95D6D" w14:textId="77777777" w:rsidR="001512C8" w:rsidRPr="00161078" w:rsidRDefault="001512C8">
            <w:pPr>
              <w:spacing w:before="20" w:after="20"/>
              <w:jc w:val="center"/>
              <w:rPr>
                <w:lang w:val="pl-PL"/>
              </w:rPr>
            </w:pPr>
          </w:p>
        </w:tc>
      </w:tr>
      <w:tr w:rsidR="001512C8" w:rsidRPr="00161078" w14:paraId="6F9E0FF4" w14:textId="77777777" w:rsidTr="00795294">
        <w:trPr>
          <w:jc w:val="center"/>
        </w:trPr>
        <w:tc>
          <w:tcPr>
            <w:tcW w:w="420" w:type="dxa"/>
            <w:vAlign w:val="center"/>
          </w:tcPr>
          <w:p w14:paraId="683513C8" w14:textId="77777777" w:rsidR="001512C8" w:rsidRPr="00161078" w:rsidRDefault="00443F1E">
            <w:pPr>
              <w:spacing w:before="20" w:after="20"/>
              <w:jc w:val="center"/>
              <w:rPr>
                <w:lang w:val="pl-PL"/>
              </w:rPr>
            </w:pPr>
            <w:permStart w:id="1814050081" w:edGrp="everyone" w:colFirst="5" w:colLast="5"/>
            <w:permStart w:id="370434298" w:edGrp="everyone" w:colFirst="6" w:colLast="6"/>
            <w:permStart w:id="1184705009" w:edGrp="everyone" w:colFirst="7" w:colLast="7"/>
            <w:permStart w:id="1103248943" w:edGrp="everyone" w:colFirst="8" w:colLast="8"/>
            <w:permStart w:id="1229615760" w:edGrp="everyone" w:colFirst="9" w:colLast="9"/>
            <w:permEnd w:id="1366040102"/>
            <w:permEnd w:id="1350922943"/>
            <w:permEnd w:id="1804613437"/>
            <w:permEnd w:id="2084327375"/>
            <w:permEnd w:id="1161319074"/>
            <w:r w:rsidRPr="00161078">
              <w:rPr>
                <w:sz w:val="16"/>
                <w:lang w:val="pl-PL"/>
              </w:rPr>
              <w:t>16</w:t>
            </w:r>
          </w:p>
        </w:tc>
        <w:tc>
          <w:tcPr>
            <w:tcW w:w="4450" w:type="dxa"/>
            <w:vAlign w:val="center"/>
          </w:tcPr>
          <w:p w14:paraId="5744C003" w14:textId="77777777" w:rsidR="001512C8" w:rsidRPr="00161078" w:rsidRDefault="00443F1E">
            <w:pPr>
              <w:spacing w:before="20" w:after="20"/>
              <w:jc w:val="left"/>
              <w:rPr>
                <w:lang w:val="pl-PL"/>
              </w:rPr>
            </w:pPr>
            <w:r w:rsidRPr="00161078">
              <w:rPr>
                <w:sz w:val="16"/>
                <w:lang w:val="pl-PL"/>
              </w:rPr>
              <w:t xml:space="preserve">One </w:t>
            </w:r>
            <w:proofErr w:type="spellStart"/>
            <w:r w:rsidRPr="00161078">
              <w:rPr>
                <w:sz w:val="16"/>
                <w:lang w:val="pl-PL"/>
              </w:rPr>
              <w:t>Shot</w:t>
            </w:r>
            <w:proofErr w:type="spellEnd"/>
            <w:r w:rsidRPr="00161078">
              <w:rPr>
                <w:sz w:val="16"/>
                <w:lang w:val="pl-PL"/>
              </w:rPr>
              <w:t xml:space="preserve"> Stbl3</w:t>
            </w:r>
          </w:p>
        </w:tc>
        <w:tc>
          <w:tcPr>
            <w:tcW w:w="1720" w:type="dxa"/>
            <w:vAlign w:val="center"/>
          </w:tcPr>
          <w:p w14:paraId="03872390" w14:textId="77777777" w:rsidR="001512C8" w:rsidRPr="00161078" w:rsidRDefault="00443F1E">
            <w:pPr>
              <w:spacing w:before="20" w:after="20"/>
              <w:jc w:val="center"/>
              <w:rPr>
                <w:lang w:val="pl-PL"/>
              </w:rPr>
            </w:pPr>
            <w:r w:rsidRPr="00161078">
              <w:rPr>
                <w:sz w:val="16"/>
                <w:lang w:val="pl-PL"/>
              </w:rPr>
              <w:t xml:space="preserve">21 x 50 </w:t>
            </w:r>
            <w:proofErr w:type="spellStart"/>
            <w:r w:rsidRPr="00161078">
              <w:rPr>
                <w:sz w:val="16"/>
                <w:lang w:val="pl-PL"/>
              </w:rPr>
              <w:t>μL</w:t>
            </w:r>
            <w:proofErr w:type="spellEnd"/>
            <w:r w:rsidRPr="00161078">
              <w:rPr>
                <w:sz w:val="16"/>
                <w:lang w:val="pl-PL"/>
              </w:rPr>
              <w:t>/</w:t>
            </w:r>
            <w:proofErr w:type="spellStart"/>
            <w:r w:rsidRPr="00161078">
              <w:rPr>
                <w:sz w:val="16"/>
                <w:lang w:val="pl-PL"/>
              </w:rPr>
              <w:t>tube</w:t>
            </w:r>
            <w:proofErr w:type="spellEnd"/>
          </w:p>
        </w:tc>
        <w:tc>
          <w:tcPr>
            <w:tcW w:w="640" w:type="dxa"/>
            <w:vAlign w:val="center"/>
          </w:tcPr>
          <w:p w14:paraId="726BF113"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20C54B9" w14:textId="77777777" w:rsidR="001512C8" w:rsidRPr="00161078" w:rsidRDefault="00056A14">
            <w:pPr>
              <w:spacing w:before="20" w:after="20"/>
              <w:jc w:val="center"/>
              <w:rPr>
                <w:lang w:val="pl-PL"/>
              </w:rPr>
            </w:pPr>
            <w:r>
              <w:rPr>
                <w:sz w:val="16"/>
                <w:lang w:val="pl-PL"/>
              </w:rPr>
              <w:t>3</w:t>
            </w:r>
          </w:p>
        </w:tc>
        <w:tc>
          <w:tcPr>
            <w:tcW w:w="1250" w:type="dxa"/>
            <w:vAlign w:val="center"/>
          </w:tcPr>
          <w:p w14:paraId="1E1B0990" w14:textId="77777777" w:rsidR="001512C8" w:rsidRPr="00161078" w:rsidRDefault="001512C8">
            <w:pPr>
              <w:spacing w:before="20" w:after="20"/>
              <w:jc w:val="center"/>
              <w:rPr>
                <w:lang w:val="pl-PL"/>
              </w:rPr>
            </w:pPr>
          </w:p>
        </w:tc>
        <w:tc>
          <w:tcPr>
            <w:tcW w:w="620" w:type="dxa"/>
            <w:vAlign w:val="center"/>
          </w:tcPr>
          <w:p w14:paraId="0E4A9050" w14:textId="77777777" w:rsidR="001512C8" w:rsidRPr="00161078" w:rsidRDefault="001512C8">
            <w:pPr>
              <w:spacing w:before="20" w:after="20"/>
              <w:jc w:val="center"/>
              <w:rPr>
                <w:lang w:val="pl-PL"/>
              </w:rPr>
            </w:pPr>
          </w:p>
        </w:tc>
        <w:tc>
          <w:tcPr>
            <w:tcW w:w="1250" w:type="dxa"/>
            <w:vAlign w:val="center"/>
          </w:tcPr>
          <w:p w14:paraId="5D8F0CFA" w14:textId="77777777" w:rsidR="001512C8" w:rsidRPr="00161078" w:rsidRDefault="001512C8">
            <w:pPr>
              <w:spacing w:before="20" w:after="20"/>
              <w:jc w:val="center"/>
              <w:rPr>
                <w:lang w:val="pl-PL"/>
              </w:rPr>
            </w:pPr>
          </w:p>
        </w:tc>
        <w:tc>
          <w:tcPr>
            <w:tcW w:w="1350" w:type="dxa"/>
            <w:vAlign w:val="center"/>
          </w:tcPr>
          <w:p w14:paraId="53F1AA56" w14:textId="77777777" w:rsidR="001512C8" w:rsidRPr="00161078" w:rsidRDefault="001512C8">
            <w:pPr>
              <w:spacing w:before="20" w:after="20"/>
              <w:jc w:val="center"/>
              <w:rPr>
                <w:lang w:val="pl-PL"/>
              </w:rPr>
            </w:pPr>
          </w:p>
        </w:tc>
        <w:tc>
          <w:tcPr>
            <w:tcW w:w="1350" w:type="dxa"/>
            <w:vAlign w:val="center"/>
          </w:tcPr>
          <w:p w14:paraId="79208513" w14:textId="77777777" w:rsidR="001512C8" w:rsidRPr="00161078" w:rsidRDefault="001512C8">
            <w:pPr>
              <w:spacing w:before="20" w:after="20"/>
              <w:jc w:val="center"/>
              <w:rPr>
                <w:lang w:val="pl-PL"/>
              </w:rPr>
            </w:pPr>
          </w:p>
        </w:tc>
      </w:tr>
      <w:tr w:rsidR="001512C8" w:rsidRPr="00161078" w14:paraId="57E35D2B" w14:textId="77777777" w:rsidTr="00795294">
        <w:trPr>
          <w:jc w:val="center"/>
        </w:trPr>
        <w:tc>
          <w:tcPr>
            <w:tcW w:w="420" w:type="dxa"/>
            <w:vAlign w:val="center"/>
          </w:tcPr>
          <w:p w14:paraId="1DD6ECC4" w14:textId="77777777" w:rsidR="001512C8" w:rsidRPr="00161078" w:rsidRDefault="00443F1E">
            <w:pPr>
              <w:spacing w:before="20" w:after="20"/>
              <w:jc w:val="center"/>
              <w:rPr>
                <w:lang w:val="pl-PL"/>
              </w:rPr>
            </w:pPr>
            <w:permStart w:id="1706322669" w:edGrp="everyone" w:colFirst="5" w:colLast="5"/>
            <w:permStart w:id="760809920" w:edGrp="everyone" w:colFirst="6" w:colLast="6"/>
            <w:permStart w:id="1907321038" w:edGrp="everyone" w:colFirst="7" w:colLast="7"/>
            <w:permStart w:id="608833063" w:edGrp="everyone" w:colFirst="8" w:colLast="8"/>
            <w:permStart w:id="568620754" w:edGrp="everyone" w:colFirst="9" w:colLast="9"/>
            <w:permEnd w:id="1814050081"/>
            <w:permEnd w:id="370434298"/>
            <w:permEnd w:id="1184705009"/>
            <w:permEnd w:id="1103248943"/>
            <w:permEnd w:id="1229615760"/>
            <w:r w:rsidRPr="00161078">
              <w:rPr>
                <w:sz w:val="16"/>
                <w:lang w:val="pl-PL"/>
              </w:rPr>
              <w:t>17</w:t>
            </w:r>
          </w:p>
        </w:tc>
        <w:tc>
          <w:tcPr>
            <w:tcW w:w="4450" w:type="dxa"/>
            <w:vAlign w:val="center"/>
          </w:tcPr>
          <w:p w14:paraId="5945EF0C" w14:textId="77777777" w:rsidR="001512C8" w:rsidRPr="00161078" w:rsidRDefault="00443F1E">
            <w:pPr>
              <w:spacing w:before="20" w:after="20"/>
              <w:jc w:val="left"/>
              <w:rPr>
                <w:lang w:val="pl-PL"/>
              </w:rPr>
            </w:pPr>
            <w:r w:rsidRPr="00161078">
              <w:rPr>
                <w:sz w:val="16"/>
                <w:lang w:val="pl-PL"/>
              </w:rPr>
              <w:t xml:space="preserve">One </w:t>
            </w:r>
            <w:proofErr w:type="spellStart"/>
            <w:r w:rsidRPr="00161078">
              <w:rPr>
                <w:sz w:val="16"/>
                <w:lang w:val="pl-PL"/>
              </w:rPr>
              <w:t>Shot</w:t>
            </w:r>
            <w:proofErr w:type="spellEnd"/>
            <w:r w:rsidRPr="00161078">
              <w:rPr>
                <w:sz w:val="16"/>
                <w:lang w:val="pl-PL"/>
              </w:rPr>
              <w:t xml:space="preserve"> </w:t>
            </w:r>
            <w:proofErr w:type="spellStart"/>
            <w:r w:rsidRPr="00161078">
              <w:rPr>
                <w:sz w:val="16"/>
                <w:lang w:val="pl-PL"/>
              </w:rPr>
              <w:t>OmniMAX</w:t>
            </w:r>
            <w:proofErr w:type="spellEnd"/>
            <w:r w:rsidRPr="00161078">
              <w:rPr>
                <w:sz w:val="16"/>
                <w:lang w:val="pl-PL"/>
              </w:rPr>
              <w:t xml:space="preserve"> 2 T1</w:t>
            </w:r>
          </w:p>
        </w:tc>
        <w:tc>
          <w:tcPr>
            <w:tcW w:w="1720" w:type="dxa"/>
            <w:vAlign w:val="center"/>
          </w:tcPr>
          <w:p w14:paraId="6AF08303" w14:textId="77777777" w:rsidR="001512C8" w:rsidRPr="00161078" w:rsidRDefault="00443F1E">
            <w:pPr>
              <w:spacing w:before="20" w:after="20"/>
              <w:jc w:val="center"/>
              <w:rPr>
                <w:lang w:val="pl-PL"/>
              </w:rPr>
            </w:pPr>
            <w:r w:rsidRPr="00161078">
              <w:rPr>
                <w:sz w:val="16"/>
                <w:lang w:val="pl-PL"/>
              </w:rPr>
              <w:t xml:space="preserve">21 x 50 </w:t>
            </w:r>
            <w:proofErr w:type="spellStart"/>
            <w:r w:rsidRPr="00161078">
              <w:rPr>
                <w:sz w:val="16"/>
                <w:lang w:val="pl-PL"/>
              </w:rPr>
              <w:t>μL</w:t>
            </w:r>
            <w:proofErr w:type="spellEnd"/>
            <w:r w:rsidRPr="00161078">
              <w:rPr>
                <w:sz w:val="16"/>
                <w:lang w:val="pl-PL"/>
              </w:rPr>
              <w:t>/</w:t>
            </w:r>
            <w:proofErr w:type="spellStart"/>
            <w:r w:rsidRPr="00161078">
              <w:rPr>
                <w:sz w:val="16"/>
                <w:lang w:val="pl-PL"/>
              </w:rPr>
              <w:t>tube</w:t>
            </w:r>
            <w:proofErr w:type="spellEnd"/>
          </w:p>
        </w:tc>
        <w:tc>
          <w:tcPr>
            <w:tcW w:w="640" w:type="dxa"/>
            <w:vAlign w:val="center"/>
          </w:tcPr>
          <w:p w14:paraId="27DEFA42"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0338CAB" w14:textId="77777777" w:rsidR="001512C8" w:rsidRPr="00161078" w:rsidRDefault="00056A14">
            <w:pPr>
              <w:spacing w:before="20" w:after="20"/>
              <w:jc w:val="center"/>
              <w:rPr>
                <w:lang w:val="pl-PL"/>
              </w:rPr>
            </w:pPr>
            <w:r>
              <w:rPr>
                <w:sz w:val="16"/>
                <w:lang w:val="pl-PL"/>
              </w:rPr>
              <w:t>3</w:t>
            </w:r>
          </w:p>
        </w:tc>
        <w:tc>
          <w:tcPr>
            <w:tcW w:w="1250" w:type="dxa"/>
            <w:vAlign w:val="center"/>
          </w:tcPr>
          <w:p w14:paraId="44A85C08" w14:textId="77777777" w:rsidR="001512C8" w:rsidRPr="00161078" w:rsidRDefault="001512C8">
            <w:pPr>
              <w:spacing w:before="20" w:after="20"/>
              <w:jc w:val="center"/>
              <w:rPr>
                <w:lang w:val="pl-PL"/>
              </w:rPr>
            </w:pPr>
          </w:p>
        </w:tc>
        <w:tc>
          <w:tcPr>
            <w:tcW w:w="620" w:type="dxa"/>
            <w:vAlign w:val="center"/>
          </w:tcPr>
          <w:p w14:paraId="09DF6591" w14:textId="77777777" w:rsidR="001512C8" w:rsidRPr="00161078" w:rsidRDefault="001512C8">
            <w:pPr>
              <w:spacing w:before="20" w:after="20"/>
              <w:jc w:val="center"/>
              <w:rPr>
                <w:lang w:val="pl-PL"/>
              </w:rPr>
            </w:pPr>
          </w:p>
        </w:tc>
        <w:tc>
          <w:tcPr>
            <w:tcW w:w="1250" w:type="dxa"/>
            <w:vAlign w:val="center"/>
          </w:tcPr>
          <w:p w14:paraId="5A482A2A" w14:textId="77777777" w:rsidR="001512C8" w:rsidRPr="00161078" w:rsidRDefault="001512C8">
            <w:pPr>
              <w:spacing w:before="20" w:after="20"/>
              <w:jc w:val="center"/>
              <w:rPr>
                <w:lang w:val="pl-PL"/>
              </w:rPr>
            </w:pPr>
          </w:p>
        </w:tc>
        <w:tc>
          <w:tcPr>
            <w:tcW w:w="1350" w:type="dxa"/>
            <w:vAlign w:val="center"/>
          </w:tcPr>
          <w:p w14:paraId="1D8679D5" w14:textId="77777777" w:rsidR="001512C8" w:rsidRPr="00161078" w:rsidRDefault="001512C8">
            <w:pPr>
              <w:spacing w:before="20" w:after="20"/>
              <w:jc w:val="center"/>
              <w:rPr>
                <w:lang w:val="pl-PL"/>
              </w:rPr>
            </w:pPr>
          </w:p>
        </w:tc>
        <w:tc>
          <w:tcPr>
            <w:tcW w:w="1350" w:type="dxa"/>
            <w:vAlign w:val="center"/>
          </w:tcPr>
          <w:p w14:paraId="4AFC9B6C" w14:textId="77777777" w:rsidR="001512C8" w:rsidRPr="00161078" w:rsidRDefault="001512C8">
            <w:pPr>
              <w:spacing w:before="20" w:after="20"/>
              <w:jc w:val="center"/>
              <w:rPr>
                <w:lang w:val="pl-PL"/>
              </w:rPr>
            </w:pPr>
          </w:p>
        </w:tc>
      </w:tr>
      <w:tr w:rsidR="001512C8" w:rsidRPr="00161078" w14:paraId="683BE67B" w14:textId="77777777" w:rsidTr="00795294">
        <w:trPr>
          <w:jc w:val="center"/>
        </w:trPr>
        <w:tc>
          <w:tcPr>
            <w:tcW w:w="420" w:type="dxa"/>
            <w:vAlign w:val="center"/>
          </w:tcPr>
          <w:p w14:paraId="487A19C8" w14:textId="77777777" w:rsidR="001512C8" w:rsidRPr="00161078" w:rsidRDefault="00443F1E">
            <w:pPr>
              <w:spacing w:before="20" w:after="20"/>
              <w:jc w:val="center"/>
              <w:rPr>
                <w:lang w:val="pl-PL"/>
              </w:rPr>
            </w:pPr>
            <w:permStart w:id="890728896" w:edGrp="everyone" w:colFirst="5" w:colLast="5"/>
            <w:permStart w:id="677994289" w:edGrp="everyone" w:colFirst="6" w:colLast="6"/>
            <w:permStart w:id="578124655" w:edGrp="everyone" w:colFirst="7" w:colLast="7"/>
            <w:permStart w:id="1717246149" w:edGrp="everyone" w:colFirst="8" w:colLast="8"/>
            <w:permStart w:id="842990869" w:edGrp="everyone" w:colFirst="9" w:colLast="9"/>
            <w:permEnd w:id="1706322669"/>
            <w:permEnd w:id="760809920"/>
            <w:permEnd w:id="1907321038"/>
            <w:permEnd w:id="608833063"/>
            <w:permEnd w:id="568620754"/>
            <w:r w:rsidRPr="00161078">
              <w:rPr>
                <w:sz w:val="16"/>
                <w:lang w:val="pl-PL"/>
              </w:rPr>
              <w:t>18</w:t>
            </w:r>
          </w:p>
        </w:tc>
        <w:tc>
          <w:tcPr>
            <w:tcW w:w="4450" w:type="dxa"/>
            <w:vAlign w:val="center"/>
          </w:tcPr>
          <w:p w14:paraId="0F3BDB5C" w14:textId="77777777" w:rsidR="001512C8" w:rsidRPr="00161078" w:rsidRDefault="00443F1E">
            <w:pPr>
              <w:spacing w:before="20" w:after="20"/>
              <w:jc w:val="left"/>
              <w:rPr>
                <w:lang w:val="pl-PL"/>
              </w:rPr>
            </w:pPr>
            <w:proofErr w:type="spellStart"/>
            <w:r w:rsidRPr="00161078">
              <w:rPr>
                <w:sz w:val="16"/>
                <w:lang w:val="pl-PL"/>
              </w:rPr>
              <w:t>Carbenicillin</w:t>
            </w:r>
            <w:proofErr w:type="spellEnd"/>
            <w:r w:rsidRPr="00161078">
              <w:rPr>
                <w:sz w:val="16"/>
                <w:lang w:val="pl-PL"/>
              </w:rPr>
              <w:t xml:space="preserve"> </w:t>
            </w:r>
            <w:proofErr w:type="spellStart"/>
            <w:r w:rsidRPr="00161078">
              <w:rPr>
                <w:sz w:val="16"/>
                <w:lang w:val="pl-PL"/>
              </w:rPr>
              <w:t>diSodium</w:t>
            </w:r>
            <w:proofErr w:type="spellEnd"/>
            <w:r w:rsidRPr="00161078">
              <w:rPr>
                <w:sz w:val="16"/>
                <w:lang w:val="pl-PL"/>
              </w:rPr>
              <w:t xml:space="preserve"> Salt</w:t>
            </w:r>
          </w:p>
        </w:tc>
        <w:tc>
          <w:tcPr>
            <w:tcW w:w="1720" w:type="dxa"/>
            <w:vAlign w:val="center"/>
          </w:tcPr>
          <w:p w14:paraId="065B19C3" w14:textId="77777777" w:rsidR="001512C8" w:rsidRPr="00161078" w:rsidRDefault="00443F1E">
            <w:pPr>
              <w:spacing w:before="20" w:after="20"/>
              <w:jc w:val="center"/>
              <w:rPr>
                <w:lang w:val="pl-PL"/>
              </w:rPr>
            </w:pPr>
            <w:r w:rsidRPr="00161078">
              <w:rPr>
                <w:sz w:val="16"/>
                <w:lang w:val="pl-PL"/>
              </w:rPr>
              <w:t>1g</w:t>
            </w:r>
          </w:p>
        </w:tc>
        <w:tc>
          <w:tcPr>
            <w:tcW w:w="640" w:type="dxa"/>
            <w:vAlign w:val="center"/>
          </w:tcPr>
          <w:p w14:paraId="6FF8104C"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1A96383C" w14:textId="77777777" w:rsidR="001512C8" w:rsidRPr="00161078" w:rsidRDefault="00056A14">
            <w:pPr>
              <w:spacing w:before="20" w:after="20"/>
              <w:jc w:val="center"/>
              <w:rPr>
                <w:lang w:val="pl-PL"/>
              </w:rPr>
            </w:pPr>
            <w:r>
              <w:rPr>
                <w:sz w:val="16"/>
                <w:lang w:val="pl-PL"/>
              </w:rPr>
              <w:t>1</w:t>
            </w:r>
          </w:p>
        </w:tc>
        <w:tc>
          <w:tcPr>
            <w:tcW w:w="1250" w:type="dxa"/>
            <w:vAlign w:val="center"/>
          </w:tcPr>
          <w:p w14:paraId="0FF81CC2" w14:textId="77777777" w:rsidR="001512C8" w:rsidRPr="00161078" w:rsidRDefault="001512C8">
            <w:pPr>
              <w:spacing w:before="20" w:after="20"/>
              <w:jc w:val="center"/>
              <w:rPr>
                <w:lang w:val="pl-PL"/>
              </w:rPr>
            </w:pPr>
          </w:p>
        </w:tc>
        <w:tc>
          <w:tcPr>
            <w:tcW w:w="620" w:type="dxa"/>
            <w:vAlign w:val="center"/>
          </w:tcPr>
          <w:p w14:paraId="3C73F27A" w14:textId="77777777" w:rsidR="001512C8" w:rsidRPr="00161078" w:rsidRDefault="001512C8">
            <w:pPr>
              <w:spacing w:before="20" w:after="20"/>
              <w:jc w:val="center"/>
              <w:rPr>
                <w:lang w:val="pl-PL"/>
              </w:rPr>
            </w:pPr>
          </w:p>
        </w:tc>
        <w:tc>
          <w:tcPr>
            <w:tcW w:w="1250" w:type="dxa"/>
            <w:vAlign w:val="center"/>
          </w:tcPr>
          <w:p w14:paraId="472A0E68" w14:textId="77777777" w:rsidR="001512C8" w:rsidRPr="00161078" w:rsidRDefault="001512C8">
            <w:pPr>
              <w:spacing w:before="20" w:after="20"/>
              <w:jc w:val="center"/>
              <w:rPr>
                <w:lang w:val="pl-PL"/>
              </w:rPr>
            </w:pPr>
          </w:p>
        </w:tc>
        <w:tc>
          <w:tcPr>
            <w:tcW w:w="1350" w:type="dxa"/>
            <w:vAlign w:val="center"/>
          </w:tcPr>
          <w:p w14:paraId="33778EB0" w14:textId="77777777" w:rsidR="001512C8" w:rsidRPr="00161078" w:rsidRDefault="001512C8">
            <w:pPr>
              <w:spacing w:before="20" w:after="20"/>
              <w:jc w:val="center"/>
              <w:rPr>
                <w:lang w:val="pl-PL"/>
              </w:rPr>
            </w:pPr>
          </w:p>
        </w:tc>
        <w:tc>
          <w:tcPr>
            <w:tcW w:w="1350" w:type="dxa"/>
            <w:vAlign w:val="center"/>
          </w:tcPr>
          <w:p w14:paraId="0CA9C6CA" w14:textId="77777777" w:rsidR="001512C8" w:rsidRPr="00161078" w:rsidRDefault="001512C8">
            <w:pPr>
              <w:spacing w:before="20" w:after="20"/>
              <w:jc w:val="center"/>
              <w:rPr>
                <w:lang w:val="pl-PL"/>
              </w:rPr>
            </w:pPr>
          </w:p>
        </w:tc>
      </w:tr>
      <w:tr w:rsidR="001512C8" w:rsidRPr="00161078" w14:paraId="207ECE82" w14:textId="77777777" w:rsidTr="00795294">
        <w:trPr>
          <w:jc w:val="center"/>
        </w:trPr>
        <w:tc>
          <w:tcPr>
            <w:tcW w:w="420" w:type="dxa"/>
            <w:vAlign w:val="center"/>
          </w:tcPr>
          <w:p w14:paraId="5D05F83D" w14:textId="77777777" w:rsidR="001512C8" w:rsidRPr="00161078" w:rsidRDefault="00443F1E">
            <w:pPr>
              <w:spacing w:before="20" w:after="20"/>
              <w:jc w:val="center"/>
              <w:rPr>
                <w:lang w:val="pl-PL"/>
              </w:rPr>
            </w:pPr>
            <w:permStart w:id="1264407278" w:edGrp="everyone" w:colFirst="5" w:colLast="5"/>
            <w:permStart w:id="1658062476" w:edGrp="everyone" w:colFirst="6" w:colLast="6"/>
            <w:permStart w:id="837891486" w:edGrp="everyone" w:colFirst="7" w:colLast="7"/>
            <w:permStart w:id="1028135038" w:edGrp="everyone" w:colFirst="8" w:colLast="8"/>
            <w:permStart w:id="2110661640" w:edGrp="everyone" w:colFirst="9" w:colLast="9"/>
            <w:permEnd w:id="890728896"/>
            <w:permEnd w:id="677994289"/>
            <w:permEnd w:id="578124655"/>
            <w:permEnd w:id="1717246149"/>
            <w:permEnd w:id="842990869"/>
            <w:r w:rsidRPr="00161078">
              <w:rPr>
                <w:sz w:val="16"/>
                <w:lang w:val="pl-PL"/>
              </w:rPr>
              <w:t>19</w:t>
            </w:r>
          </w:p>
        </w:tc>
        <w:tc>
          <w:tcPr>
            <w:tcW w:w="4450" w:type="dxa"/>
            <w:vAlign w:val="center"/>
          </w:tcPr>
          <w:p w14:paraId="49112A28" w14:textId="77777777" w:rsidR="001512C8" w:rsidRPr="000E6009" w:rsidRDefault="00443F1E">
            <w:pPr>
              <w:spacing w:before="20" w:after="20"/>
              <w:jc w:val="left"/>
            </w:pPr>
            <w:r w:rsidRPr="000E6009">
              <w:rPr>
                <w:sz w:val="16"/>
              </w:rPr>
              <w:t>secondary anti-IgG-HRP antibody</w:t>
            </w:r>
          </w:p>
        </w:tc>
        <w:tc>
          <w:tcPr>
            <w:tcW w:w="1720" w:type="dxa"/>
            <w:vAlign w:val="center"/>
          </w:tcPr>
          <w:p w14:paraId="328B0CE2" w14:textId="77777777" w:rsidR="001512C8" w:rsidRPr="00161078" w:rsidRDefault="00443F1E">
            <w:pPr>
              <w:spacing w:before="20" w:after="20"/>
              <w:jc w:val="center"/>
              <w:rPr>
                <w:lang w:val="pl-PL"/>
              </w:rPr>
            </w:pPr>
            <w:r w:rsidRPr="00161078">
              <w:rPr>
                <w:sz w:val="16"/>
                <w:lang w:val="pl-PL"/>
              </w:rPr>
              <w:t>drugorzędowe przeciwciało anty-</w:t>
            </w:r>
            <w:proofErr w:type="spellStart"/>
            <w:r w:rsidRPr="00161078">
              <w:rPr>
                <w:sz w:val="16"/>
                <w:lang w:val="pl-PL"/>
              </w:rPr>
              <w:t>IgG</w:t>
            </w:r>
            <w:proofErr w:type="spellEnd"/>
            <w:r w:rsidRPr="00161078">
              <w:rPr>
                <w:sz w:val="16"/>
                <w:lang w:val="pl-PL"/>
              </w:rPr>
              <w:t xml:space="preserve"> sprzężone z peroksydazą chrzanową</w:t>
            </w:r>
          </w:p>
        </w:tc>
        <w:tc>
          <w:tcPr>
            <w:tcW w:w="640" w:type="dxa"/>
            <w:vAlign w:val="center"/>
          </w:tcPr>
          <w:p w14:paraId="1B7A1777"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5E2F025" w14:textId="77777777" w:rsidR="001512C8" w:rsidRPr="00161078" w:rsidRDefault="00056A14">
            <w:pPr>
              <w:spacing w:before="20" w:after="20"/>
              <w:jc w:val="center"/>
              <w:rPr>
                <w:lang w:val="pl-PL"/>
              </w:rPr>
            </w:pPr>
            <w:r>
              <w:rPr>
                <w:sz w:val="16"/>
                <w:lang w:val="pl-PL"/>
              </w:rPr>
              <w:t>2</w:t>
            </w:r>
          </w:p>
        </w:tc>
        <w:tc>
          <w:tcPr>
            <w:tcW w:w="1250" w:type="dxa"/>
            <w:vAlign w:val="center"/>
          </w:tcPr>
          <w:p w14:paraId="5E2392F5" w14:textId="77777777" w:rsidR="001512C8" w:rsidRPr="00161078" w:rsidRDefault="001512C8">
            <w:pPr>
              <w:spacing w:before="20" w:after="20"/>
              <w:jc w:val="center"/>
              <w:rPr>
                <w:lang w:val="pl-PL"/>
              </w:rPr>
            </w:pPr>
          </w:p>
        </w:tc>
        <w:tc>
          <w:tcPr>
            <w:tcW w:w="620" w:type="dxa"/>
            <w:vAlign w:val="center"/>
          </w:tcPr>
          <w:p w14:paraId="15C9A0D7" w14:textId="77777777" w:rsidR="001512C8" w:rsidRPr="00161078" w:rsidRDefault="001512C8">
            <w:pPr>
              <w:spacing w:before="20" w:after="20"/>
              <w:jc w:val="center"/>
              <w:rPr>
                <w:lang w:val="pl-PL"/>
              </w:rPr>
            </w:pPr>
          </w:p>
        </w:tc>
        <w:tc>
          <w:tcPr>
            <w:tcW w:w="1250" w:type="dxa"/>
            <w:vAlign w:val="center"/>
          </w:tcPr>
          <w:p w14:paraId="732C17CB" w14:textId="77777777" w:rsidR="001512C8" w:rsidRPr="00161078" w:rsidRDefault="001512C8">
            <w:pPr>
              <w:spacing w:before="20" w:after="20"/>
              <w:jc w:val="center"/>
              <w:rPr>
                <w:lang w:val="pl-PL"/>
              </w:rPr>
            </w:pPr>
          </w:p>
        </w:tc>
        <w:tc>
          <w:tcPr>
            <w:tcW w:w="1350" w:type="dxa"/>
            <w:vAlign w:val="center"/>
          </w:tcPr>
          <w:p w14:paraId="7D99AFB8" w14:textId="77777777" w:rsidR="001512C8" w:rsidRPr="00161078" w:rsidRDefault="001512C8">
            <w:pPr>
              <w:spacing w:before="20" w:after="20"/>
              <w:jc w:val="center"/>
              <w:rPr>
                <w:lang w:val="pl-PL"/>
              </w:rPr>
            </w:pPr>
          </w:p>
        </w:tc>
        <w:tc>
          <w:tcPr>
            <w:tcW w:w="1350" w:type="dxa"/>
            <w:vAlign w:val="center"/>
          </w:tcPr>
          <w:p w14:paraId="0BF7121E" w14:textId="77777777" w:rsidR="001512C8" w:rsidRPr="00161078" w:rsidRDefault="001512C8">
            <w:pPr>
              <w:spacing w:before="20" w:after="20"/>
              <w:jc w:val="center"/>
              <w:rPr>
                <w:lang w:val="pl-PL"/>
              </w:rPr>
            </w:pPr>
          </w:p>
        </w:tc>
      </w:tr>
      <w:tr w:rsidR="001512C8" w:rsidRPr="00161078" w14:paraId="32348C15" w14:textId="77777777" w:rsidTr="00795294">
        <w:trPr>
          <w:jc w:val="center"/>
        </w:trPr>
        <w:tc>
          <w:tcPr>
            <w:tcW w:w="420" w:type="dxa"/>
            <w:vAlign w:val="center"/>
          </w:tcPr>
          <w:p w14:paraId="3BC52140" w14:textId="77777777" w:rsidR="001512C8" w:rsidRPr="00161078" w:rsidRDefault="00443F1E">
            <w:pPr>
              <w:spacing w:before="20" w:after="20"/>
              <w:jc w:val="center"/>
              <w:rPr>
                <w:lang w:val="pl-PL"/>
              </w:rPr>
            </w:pPr>
            <w:permStart w:id="327422423" w:edGrp="everyone" w:colFirst="5" w:colLast="5"/>
            <w:permStart w:id="206532979" w:edGrp="everyone" w:colFirst="6" w:colLast="6"/>
            <w:permStart w:id="540173172" w:edGrp="everyone" w:colFirst="7" w:colLast="7"/>
            <w:permStart w:id="1829719170" w:edGrp="everyone" w:colFirst="8" w:colLast="8"/>
            <w:permStart w:id="535178773" w:edGrp="everyone" w:colFirst="9" w:colLast="9"/>
            <w:permEnd w:id="1264407278"/>
            <w:permEnd w:id="1658062476"/>
            <w:permEnd w:id="837891486"/>
            <w:permEnd w:id="1028135038"/>
            <w:permEnd w:id="2110661640"/>
            <w:r w:rsidRPr="00161078">
              <w:rPr>
                <w:sz w:val="16"/>
                <w:lang w:val="pl-PL"/>
              </w:rPr>
              <w:t>20</w:t>
            </w:r>
          </w:p>
        </w:tc>
        <w:tc>
          <w:tcPr>
            <w:tcW w:w="4450" w:type="dxa"/>
            <w:vAlign w:val="center"/>
          </w:tcPr>
          <w:p w14:paraId="14996DCB" w14:textId="77777777" w:rsidR="001512C8" w:rsidRPr="000E6009" w:rsidRDefault="00443F1E">
            <w:pPr>
              <w:spacing w:before="20" w:after="20"/>
              <w:jc w:val="left"/>
            </w:pPr>
            <w:proofErr w:type="spellStart"/>
            <w:r w:rsidRPr="000E6009">
              <w:rPr>
                <w:sz w:val="16"/>
              </w:rPr>
              <w:t>PowerUp</w:t>
            </w:r>
            <w:proofErr w:type="spellEnd"/>
            <w:r w:rsidRPr="000E6009">
              <w:rPr>
                <w:sz w:val="16"/>
              </w:rPr>
              <w:t>™ SYBR™ Green Master Mix for qPCR</w:t>
            </w:r>
          </w:p>
        </w:tc>
        <w:tc>
          <w:tcPr>
            <w:tcW w:w="1720" w:type="dxa"/>
            <w:vAlign w:val="center"/>
          </w:tcPr>
          <w:p w14:paraId="5D15BA8B" w14:textId="77777777" w:rsidR="001512C8" w:rsidRPr="00161078" w:rsidRDefault="00443F1E">
            <w:pPr>
              <w:spacing w:before="20" w:after="20"/>
              <w:jc w:val="center"/>
              <w:rPr>
                <w:lang w:val="pl-PL"/>
              </w:rPr>
            </w:pPr>
            <w:r w:rsidRPr="00161078">
              <w:rPr>
                <w:sz w:val="16"/>
                <w:lang w:val="pl-PL"/>
              </w:rPr>
              <w:t>5 ml</w:t>
            </w:r>
          </w:p>
        </w:tc>
        <w:tc>
          <w:tcPr>
            <w:tcW w:w="640" w:type="dxa"/>
            <w:vAlign w:val="center"/>
          </w:tcPr>
          <w:p w14:paraId="25A2505F"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5EF2193D" w14:textId="77777777" w:rsidR="001512C8" w:rsidRPr="00161078" w:rsidRDefault="00056A14">
            <w:pPr>
              <w:spacing w:before="20" w:after="20"/>
              <w:jc w:val="center"/>
              <w:rPr>
                <w:lang w:val="pl-PL"/>
              </w:rPr>
            </w:pPr>
            <w:r>
              <w:rPr>
                <w:sz w:val="16"/>
                <w:lang w:val="pl-PL"/>
              </w:rPr>
              <w:t>6</w:t>
            </w:r>
          </w:p>
        </w:tc>
        <w:tc>
          <w:tcPr>
            <w:tcW w:w="1250" w:type="dxa"/>
            <w:vAlign w:val="center"/>
          </w:tcPr>
          <w:p w14:paraId="08BF1301" w14:textId="77777777" w:rsidR="001512C8" w:rsidRPr="00161078" w:rsidRDefault="001512C8">
            <w:pPr>
              <w:spacing w:before="20" w:after="20"/>
              <w:jc w:val="center"/>
              <w:rPr>
                <w:lang w:val="pl-PL"/>
              </w:rPr>
            </w:pPr>
          </w:p>
        </w:tc>
        <w:tc>
          <w:tcPr>
            <w:tcW w:w="620" w:type="dxa"/>
            <w:vAlign w:val="center"/>
          </w:tcPr>
          <w:p w14:paraId="2548B8AC" w14:textId="77777777" w:rsidR="001512C8" w:rsidRPr="00161078" w:rsidRDefault="001512C8">
            <w:pPr>
              <w:spacing w:before="20" w:after="20"/>
              <w:jc w:val="center"/>
              <w:rPr>
                <w:lang w:val="pl-PL"/>
              </w:rPr>
            </w:pPr>
          </w:p>
        </w:tc>
        <w:tc>
          <w:tcPr>
            <w:tcW w:w="1250" w:type="dxa"/>
            <w:vAlign w:val="center"/>
          </w:tcPr>
          <w:p w14:paraId="71E177DF" w14:textId="77777777" w:rsidR="001512C8" w:rsidRPr="00161078" w:rsidRDefault="001512C8">
            <w:pPr>
              <w:spacing w:before="20" w:after="20"/>
              <w:jc w:val="center"/>
              <w:rPr>
                <w:lang w:val="pl-PL"/>
              </w:rPr>
            </w:pPr>
          </w:p>
        </w:tc>
        <w:tc>
          <w:tcPr>
            <w:tcW w:w="1350" w:type="dxa"/>
            <w:vAlign w:val="center"/>
          </w:tcPr>
          <w:p w14:paraId="71C09A99" w14:textId="77777777" w:rsidR="001512C8" w:rsidRPr="00161078" w:rsidRDefault="001512C8">
            <w:pPr>
              <w:spacing w:before="20" w:after="20"/>
              <w:jc w:val="center"/>
              <w:rPr>
                <w:lang w:val="pl-PL"/>
              </w:rPr>
            </w:pPr>
          </w:p>
        </w:tc>
        <w:tc>
          <w:tcPr>
            <w:tcW w:w="1350" w:type="dxa"/>
            <w:vAlign w:val="center"/>
          </w:tcPr>
          <w:p w14:paraId="04F7D1B4" w14:textId="77777777" w:rsidR="001512C8" w:rsidRPr="00161078" w:rsidRDefault="001512C8">
            <w:pPr>
              <w:spacing w:before="20" w:after="20"/>
              <w:jc w:val="center"/>
              <w:rPr>
                <w:lang w:val="pl-PL"/>
              </w:rPr>
            </w:pPr>
          </w:p>
        </w:tc>
      </w:tr>
      <w:tr w:rsidR="001512C8" w:rsidRPr="00161078" w14:paraId="20CABDE0" w14:textId="77777777" w:rsidTr="00795294">
        <w:trPr>
          <w:jc w:val="center"/>
        </w:trPr>
        <w:tc>
          <w:tcPr>
            <w:tcW w:w="420" w:type="dxa"/>
            <w:vAlign w:val="center"/>
          </w:tcPr>
          <w:p w14:paraId="24EEC31E" w14:textId="77777777" w:rsidR="001512C8" w:rsidRPr="00161078" w:rsidRDefault="00443F1E">
            <w:pPr>
              <w:spacing w:before="20" w:after="20"/>
              <w:jc w:val="center"/>
              <w:rPr>
                <w:lang w:val="pl-PL"/>
              </w:rPr>
            </w:pPr>
            <w:permStart w:id="1911258169" w:edGrp="everyone" w:colFirst="5" w:colLast="5"/>
            <w:permStart w:id="1246043943" w:edGrp="everyone" w:colFirst="6" w:colLast="6"/>
            <w:permStart w:id="873231518" w:edGrp="everyone" w:colFirst="7" w:colLast="7"/>
            <w:permStart w:id="1804497206" w:edGrp="everyone" w:colFirst="8" w:colLast="8"/>
            <w:permStart w:id="1154744868" w:edGrp="everyone" w:colFirst="9" w:colLast="9"/>
            <w:permEnd w:id="327422423"/>
            <w:permEnd w:id="206532979"/>
            <w:permEnd w:id="540173172"/>
            <w:permEnd w:id="1829719170"/>
            <w:permEnd w:id="535178773"/>
            <w:r w:rsidRPr="00161078">
              <w:rPr>
                <w:sz w:val="16"/>
                <w:lang w:val="pl-PL"/>
              </w:rPr>
              <w:t>21</w:t>
            </w:r>
          </w:p>
        </w:tc>
        <w:tc>
          <w:tcPr>
            <w:tcW w:w="4450" w:type="dxa"/>
            <w:vAlign w:val="center"/>
          </w:tcPr>
          <w:p w14:paraId="76C0264B" w14:textId="77777777" w:rsidR="001512C8" w:rsidRPr="00161078" w:rsidRDefault="00443F1E">
            <w:pPr>
              <w:spacing w:before="20" w:after="20"/>
              <w:jc w:val="left"/>
              <w:rPr>
                <w:lang w:val="pl-PL"/>
              </w:rPr>
            </w:pPr>
            <w:r w:rsidRPr="00161078">
              <w:rPr>
                <w:sz w:val="16"/>
                <w:lang w:val="pl-PL"/>
              </w:rPr>
              <w:t>MAGMAX DNA ULTRA 2.0KIT</w:t>
            </w:r>
          </w:p>
        </w:tc>
        <w:tc>
          <w:tcPr>
            <w:tcW w:w="1720" w:type="dxa"/>
            <w:vAlign w:val="center"/>
          </w:tcPr>
          <w:p w14:paraId="448A07A1" w14:textId="77777777" w:rsidR="001512C8" w:rsidRPr="00161078" w:rsidRDefault="00443F1E">
            <w:pPr>
              <w:spacing w:before="20" w:after="20"/>
              <w:jc w:val="center"/>
              <w:rPr>
                <w:lang w:val="pl-PL"/>
              </w:rPr>
            </w:pPr>
            <w:r w:rsidRPr="00161078">
              <w:rPr>
                <w:sz w:val="16"/>
                <w:lang w:val="pl-PL"/>
              </w:rPr>
              <w:t xml:space="preserve">minimum na 100 reakcji, możliwość wykorzystania zestawu w sposób </w:t>
            </w:r>
            <w:proofErr w:type="spellStart"/>
            <w:r w:rsidRPr="00161078">
              <w:rPr>
                <w:sz w:val="16"/>
                <w:lang w:val="pl-PL"/>
              </w:rPr>
              <w:t>robotyczny</w:t>
            </w:r>
            <w:proofErr w:type="spellEnd"/>
            <w:r w:rsidRPr="00161078">
              <w:rPr>
                <w:sz w:val="16"/>
                <w:lang w:val="pl-PL"/>
              </w:rPr>
              <w:t xml:space="preserve"> jak i manualny</w:t>
            </w:r>
          </w:p>
        </w:tc>
        <w:tc>
          <w:tcPr>
            <w:tcW w:w="640" w:type="dxa"/>
            <w:vAlign w:val="center"/>
          </w:tcPr>
          <w:p w14:paraId="7E53730B" w14:textId="77777777" w:rsidR="001512C8" w:rsidRPr="00161078" w:rsidRDefault="00443F1E">
            <w:pPr>
              <w:spacing w:before="20" w:after="20"/>
              <w:jc w:val="center"/>
              <w:rPr>
                <w:lang w:val="pl-PL"/>
              </w:rPr>
            </w:pPr>
            <w:r w:rsidRPr="00161078">
              <w:rPr>
                <w:sz w:val="16"/>
                <w:lang w:val="pl-PL"/>
              </w:rPr>
              <w:t>zestaw</w:t>
            </w:r>
          </w:p>
        </w:tc>
        <w:tc>
          <w:tcPr>
            <w:tcW w:w="1260" w:type="dxa"/>
            <w:vAlign w:val="center"/>
          </w:tcPr>
          <w:p w14:paraId="627158BE" w14:textId="77777777" w:rsidR="001512C8" w:rsidRPr="00161078" w:rsidRDefault="00056A14">
            <w:pPr>
              <w:spacing w:before="20" w:after="20"/>
              <w:jc w:val="center"/>
              <w:rPr>
                <w:lang w:val="pl-PL"/>
              </w:rPr>
            </w:pPr>
            <w:r>
              <w:rPr>
                <w:sz w:val="16"/>
                <w:lang w:val="pl-PL"/>
              </w:rPr>
              <w:t>3</w:t>
            </w:r>
          </w:p>
        </w:tc>
        <w:tc>
          <w:tcPr>
            <w:tcW w:w="1250" w:type="dxa"/>
            <w:vAlign w:val="center"/>
          </w:tcPr>
          <w:p w14:paraId="316652A8" w14:textId="77777777" w:rsidR="001512C8" w:rsidRPr="00161078" w:rsidRDefault="001512C8">
            <w:pPr>
              <w:spacing w:before="20" w:after="20"/>
              <w:jc w:val="center"/>
              <w:rPr>
                <w:lang w:val="pl-PL"/>
              </w:rPr>
            </w:pPr>
          </w:p>
        </w:tc>
        <w:tc>
          <w:tcPr>
            <w:tcW w:w="620" w:type="dxa"/>
            <w:vAlign w:val="center"/>
          </w:tcPr>
          <w:p w14:paraId="3D7DC482" w14:textId="77777777" w:rsidR="001512C8" w:rsidRPr="00161078" w:rsidRDefault="001512C8">
            <w:pPr>
              <w:spacing w:before="20" w:after="20"/>
              <w:jc w:val="center"/>
              <w:rPr>
                <w:lang w:val="pl-PL"/>
              </w:rPr>
            </w:pPr>
          </w:p>
        </w:tc>
        <w:tc>
          <w:tcPr>
            <w:tcW w:w="1250" w:type="dxa"/>
            <w:vAlign w:val="center"/>
          </w:tcPr>
          <w:p w14:paraId="1CE88206" w14:textId="77777777" w:rsidR="001512C8" w:rsidRPr="00161078" w:rsidRDefault="001512C8">
            <w:pPr>
              <w:spacing w:before="20" w:after="20"/>
              <w:jc w:val="center"/>
              <w:rPr>
                <w:lang w:val="pl-PL"/>
              </w:rPr>
            </w:pPr>
          </w:p>
        </w:tc>
        <w:tc>
          <w:tcPr>
            <w:tcW w:w="1350" w:type="dxa"/>
            <w:vAlign w:val="center"/>
          </w:tcPr>
          <w:p w14:paraId="1ED0EF02" w14:textId="77777777" w:rsidR="001512C8" w:rsidRPr="00161078" w:rsidRDefault="001512C8">
            <w:pPr>
              <w:spacing w:before="20" w:after="20"/>
              <w:jc w:val="center"/>
              <w:rPr>
                <w:lang w:val="pl-PL"/>
              </w:rPr>
            </w:pPr>
          </w:p>
        </w:tc>
        <w:tc>
          <w:tcPr>
            <w:tcW w:w="1350" w:type="dxa"/>
            <w:vAlign w:val="center"/>
          </w:tcPr>
          <w:p w14:paraId="506DD680" w14:textId="77777777" w:rsidR="001512C8" w:rsidRPr="00161078" w:rsidRDefault="001512C8">
            <w:pPr>
              <w:spacing w:before="20" w:after="20"/>
              <w:jc w:val="center"/>
              <w:rPr>
                <w:lang w:val="pl-PL"/>
              </w:rPr>
            </w:pPr>
          </w:p>
        </w:tc>
      </w:tr>
      <w:tr w:rsidR="001512C8" w:rsidRPr="00161078" w14:paraId="27F6DE89" w14:textId="77777777" w:rsidTr="00795294">
        <w:trPr>
          <w:jc w:val="center"/>
        </w:trPr>
        <w:tc>
          <w:tcPr>
            <w:tcW w:w="420" w:type="dxa"/>
            <w:vAlign w:val="center"/>
          </w:tcPr>
          <w:p w14:paraId="1CE2F7E5" w14:textId="77777777" w:rsidR="001512C8" w:rsidRPr="00161078" w:rsidRDefault="00443F1E">
            <w:pPr>
              <w:spacing w:before="20" w:after="20"/>
              <w:jc w:val="center"/>
              <w:rPr>
                <w:lang w:val="pl-PL"/>
              </w:rPr>
            </w:pPr>
            <w:permStart w:id="751055268" w:edGrp="everyone" w:colFirst="5" w:colLast="5"/>
            <w:permStart w:id="1922310322" w:edGrp="everyone" w:colFirst="6" w:colLast="6"/>
            <w:permStart w:id="1506304068" w:edGrp="everyone" w:colFirst="7" w:colLast="7"/>
            <w:permStart w:id="863443963" w:edGrp="everyone" w:colFirst="8" w:colLast="8"/>
            <w:permStart w:id="1480270038" w:edGrp="everyone" w:colFirst="9" w:colLast="9"/>
            <w:permEnd w:id="1911258169"/>
            <w:permEnd w:id="1246043943"/>
            <w:permEnd w:id="873231518"/>
            <w:permEnd w:id="1804497206"/>
            <w:permEnd w:id="1154744868"/>
            <w:r w:rsidRPr="00161078">
              <w:rPr>
                <w:sz w:val="16"/>
                <w:lang w:val="pl-PL"/>
              </w:rPr>
              <w:t>22</w:t>
            </w:r>
          </w:p>
        </w:tc>
        <w:tc>
          <w:tcPr>
            <w:tcW w:w="4450" w:type="dxa"/>
            <w:vAlign w:val="center"/>
          </w:tcPr>
          <w:p w14:paraId="4A4CC48A" w14:textId="77777777" w:rsidR="001512C8" w:rsidRPr="00161078" w:rsidRDefault="00443F1E">
            <w:pPr>
              <w:spacing w:before="20" w:after="20"/>
              <w:jc w:val="left"/>
              <w:rPr>
                <w:lang w:val="pl-PL"/>
              </w:rPr>
            </w:pPr>
            <w:r w:rsidRPr="00161078">
              <w:rPr>
                <w:sz w:val="16"/>
                <w:lang w:val="pl-PL"/>
              </w:rPr>
              <w:t xml:space="preserve">TE, </w:t>
            </w:r>
            <w:proofErr w:type="spellStart"/>
            <w:r w:rsidRPr="00161078">
              <w:rPr>
                <w:sz w:val="16"/>
                <w:lang w:val="pl-PL"/>
              </w:rPr>
              <w:t>pH</w:t>
            </w:r>
            <w:proofErr w:type="spellEnd"/>
            <w:r w:rsidRPr="00161078">
              <w:rPr>
                <w:sz w:val="16"/>
                <w:lang w:val="pl-PL"/>
              </w:rPr>
              <w:t xml:space="preserve"> 8.0, </w:t>
            </w:r>
            <w:proofErr w:type="spellStart"/>
            <w:r w:rsidRPr="00161078">
              <w:rPr>
                <w:sz w:val="16"/>
                <w:lang w:val="pl-PL"/>
              </w:rPr>
              <w:t>RNase-free</w:t>
            </w:r>
            <w:proofErr w:type="spellEnd"/>
          </w:p>
        </w:tc>
        <w:tc>
          <w:tcPr>
            <w:tcW w:w="1720" w:type="dxa"/>
            <w:vAlign w:val="center"/>
          </w:tcPr>
          <w:p w14:paraId="7E1CAC62" w14:textId="77777777" w:rsidR="001512C8" w:rsidRPr="00161078" w:rsidRDefault="00443F1E">
            <w:pPr>
              <w:spacing w:before="20" w:after="20"/>
              <w:jc w:val="center"/>
              <w:rPr>
                <w:lang w:val="pl-PL"/>
              </w:rPr>
            </w:pPr>
            <w:r w:rsidRPr="00161078">
              <w:rPr>
                <w:sz w:val="16"/>
                <w:lang w:val="pl-PL"/>
              </w:rPr>
              <w:t>500 ml</w:t>
            </w:r>
          </w:p>
        </w:tc>
        <w:tc>
          <w:tcPr>
            <w:tcW w:w="640" w:type="dxa"/>
            <w:vAlign w:val="center"/>
          </w:tcPr>
          <w:p w14:paraId="2D0E2C08"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13BBEF46" w14:textId="77777777" w:rsidR="001512C8" w:rsidRPr="00161078" w:rsidRDefault="00056A14">
            <w:pPr>
              <w:spacing w:before="20" w:after="20"/>
              <w:jc w:val="center"/>
              <w:rPr>
                <w:lang w:val="pl-PL"/>
              </w:rPr>
            </w:pPr>
            <w:r>
              <w:rPr>
                <w:sz w:val="16"/>
                <w:lang w:val="pl-PL"/>
              </w:rPr>
              <w:t>2</w:t>
            </w:r>
          </w:p>
        </w:tc>
        <w:tc>
          <w:tcPr>
            <w:tcW w:w="1250" w:type="dxa"/>
            <w:vAlign w:val="center"/>
          </w:tcPr>
          <w:p w14:paraId="2BD70508" w14:textId="77777777" w:rsidR="001512C8" w:rsidRPr="00161078" w:rsidRDefault="001512C8">
            <w:pPr>
              <w:spacing w:before="20" w:after="20"/>
              <w:jc w:val="center"/>
              <w:rPr>
                <w:lang w:val="pl-PL"/>
              </w:rPr>
            </w:pPr>
          </w:p>
        </w:tc>
        <w:tc>
          <w:tcPr>
            <w:tcW w:w="620" w:type="dxa"/>
            <w:vAlign w:val="center"/>
          </w:tcPr>
          <w:p w14:paraId="72E8CB03" w14:textId="77777777" w:rsidR="001512C8" w:rsidRPr="00161078" w:rsidRDefault="001512C8">
            <w:pPr>
              <w:spacing w:before="20" w:after="20"/>
              <w:jc w:val="center"/>
              <w:rPr>
                <w:lang w:val="pl-PL"/>
              </w:rPr>
            </w:pPr>
          </w:p>
        </w:tc>
        <w:tc>
          <w:tcPr>
            <w:tcW w:w="1250" w:type="dxa"/>
            <w:vAlign w:val="center"/>
          </w:tcPr>
          <w:p w14:paraId="67C11A63" w14:textId="77777777" w:rsidR="001512C8" w:rsidRPr="00161078" w:rsidRDefault="001512C8">
            <w:pPr>
              <w:spacing w:before="20" w:after="20"/>
              <w:jc w:val="center"/>
              <w:rPr>
                <w:lang w:val="pl-PL"/>
              </w:rPr>
            </w:pPr>
          </w:p>
        </w:tc>
        <w:tc>
          <w:tcPr>
            <w:tcW w:w="1350" w:type="dxa"/>
            <w:vAlign w:val="center"/>
          </w:tcPr>
          <w:p w14:paraId="761E422B" w14:textId="77777777" w:rsidR="001512C8" w:rsidRPr="00161078" w:rsidRDefault="001512C8">
            <w:pPr>
              <w:spacing w:before="20" w:after="20"/>
              <w:jc w:val="center"/>
              <w:rPr>
                <w:lang w:val="pl-PL"/>
              </w:rPr>
            </w:pPr>
          </w:p>
        </w:tc>
        <w:tc>
          <w:tcPr>
            <w:tcW w:w="1350" w:type="dxa"/>
            <w:vAlign w:val="center"/>
          </w:tcPr>
          <w:p w14:paraId="01DD75A5" w14:textId="77777777" w:rsidR="001512C8" w:rsidRPr="00161078" w:rsidRDefault="001512C8">
            <w:pPr>
              <w:spacing w:before="20" w:after="20"/>
              <w:jc w:val="center"/>
              <w:rPr>
                <w:lang w:val="pl-PL"/>
              </w:rPr>
            </w:pPr>
          </w:p>
        </w:tc>
      </w:tr>
      <w:tr w:rsidR="001512C8" w:rsidRPr="00161078" w14:paraId="2C766882" w14:textId="77777777" w:rsidTr="00795294">
        <w:trPr>
          <w:jc w:val="center"/>
        </w:trPr>
        <w:tc>
          <w:tcPr>
            <w:tcW w:w="420" w:type="dxa"/>
            <w:vAlign w:val="center"/>
          </w:tcPr>
          <w:p w14:paraId="44C3EBF6" w14:textId="77777777" w:rsidR="001512C8" w:rsidRPr="00161078" w:rsidRDefault="00443F1E">
            <w:pPr>
              <w:spacing w:before="20" w:after="20"/>
              <w:jc w:val="center"/>
              <w:rPr>
                <w:lang w:val="pl-PL"/>
              </w:rPr>
            </w:pPr>
            <w:permStart w:id="859580232" w:edGrp="everyone" w:colFirst="5" w:colLast="5"/>
            <w:permStart w:id="434259712" w:edGrp="everyone" w:colFirst="6" w:colLast="6"/>
            <w:permStart w:id="1383344922" w:edGrp="everyone" w:colFirst="7" w:colLast="7"/>
            <w:permStart w:id="794650511" w:edGrp="everyone" w:colFirst="8" w:colLast="8"/>
            <w:permStart w:id="1738818313" w:edGrp="everyone" w:colFirst="9" w:colLast="9"/>
            <w:permEnd w:id="751055268"/>
            <w:permEnd w:id="1922310322"/>
            <w:permEnd w:id="1506304068"/>
            <w:permEnd w:id="863443963"/>
            <w:permEnd w:id="1480270038"/>
            <w:r w:rsidRPr="00161078">
              <w:rPr>
                <w:sz w:val="16"/>
                <w:lang w:val="pl-PL"/>
              </w:rPr>
              <w:t>23</w:t>
            </w:r>
          </w:p>
        </w:tc>
        <w:tc>
          <w:tcPr>
            <w:tcW w:w="4450" w:type="dxa"/>
            <w:vAlign w:val="center"/>
          </w:tcPr>
          <w:p w14:paraId="2B402412" w14:textId="77777777" w:rsidR="001512C8" w:rsidRPr="00161078" w:rsidRDefault="00443F1E">
            <w:pPr>
              <w:spacing w:before="20" w:after="20"/>
              <w:jc w:val="left"/>
              <w:rPr>
                <w:lang w:val="pl-PL"/>
              </w:rPr>
            </w:pPr>
            <w:proofErr w:type="spellStart"/>
            <w:r w:rsidRPr="00161078">
              <w:rPr>
                <w:sz w:val="16"/>
                <w:lang w:val="pl-PL"/>
              </w:rPr>
              <w:t>Bigdye</w:t>
            </w:r>
            <w:proofErr w:type="spellEnd"/>
            <w:r w:rsidRPr="00161078">
              <w:rPr>
                <w:sz w:val="16"/>
                <w:lang w:val="pl-PL"/>
              </w:rPr>
              <w:t xml:space="preserve"> 3.1</w:t>
            </w:r>
          </w:p>
        </w:tc>
        <w:tc>
          <w:tcPr>
            <w:tcW w:w="1720" w:type="dxa"/>
            <w:vAlign w:val="center"/>
          </w:tcPr>
          <w:p w14:paraId="56B48900" w14:textId="77777777" w:rsidR="001512C8" w:rsidRPr="00161078" w:rsidRDefault="00443F1E">
            <w:pPr>
              <w:spacing w:before="20" w:after="20"/>
              <w:jc w:val="center"/>
              <w:rPr>
                <w:lang w:val="pl-PL"/>
              </w:rPr>
            </w:pPr>
            <w:r w:rsidRPr="00161078">
              <w:rPr>
                <w:sz w:val="16"/>
                <w:lang w:val="pl-PL"/>
              </w:rPr>
              <w:t>100 reakcji</w:t>
            </w:r>
          </w:p>
        </w:tc>
        <w:tc>
          <w:tcPr>
            <w:tcW w:w="640" w:type="dxa"/>
            <w:vAlign w:val="center"/>
          </w:tcPr>
          <w:p w14:paraId="66F8A342"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6B9C0825" w14:textId="77777777" w:rsidR="001512C8" w:rsidRPr="00161078" w:rsidRDefault="00056A14">
            <w:pPr>
              <w:spacing w:before="20" w:after="20"/>
              <w:jc w:val="center"/>
              <w:rPr>
                <w:lang w:val="pl-PL"/>
              </w:rPr>
            </w:pPr>
            <w:r>
              <w:rPr>
                <w:sz w:val="16"/>
                <w:lang w:val="pl-PL"/>
              </w:rPr>
              <w:t>1</w:t>
            </w:r>
          </w:p>
        </w:tc>
        <w:tc>
          <w:tcPr>
            <w:tcW w:w="1250" w:type="dxa"/>
            <w:vAlign w:val="center"/>
          </w:tcPr>
          <w:p w14:paraId="5BF1663B" w14:textId="77777777" w:rsidR="001512C8" w:rsidRPr="00161078" w:rsidRDefault="001512C8">
            <w:pPr>
              <w:spacing w:before="20" w:after="20"/>
              <w:jc w:val="center"/>
              <w:rPr>
                <w:lang w:val="pl-PL"/>
              </w:rPr>
            </w:pPr>
          </w:p>
        </w:tc>
        <w:tc>
          <w:tcPr>
            <w:tcW w:w="620" w:type="dxa"/>
            <w:vAlign w:val="center"/>
          </w:tcPr>
          <w:p w14:paraId="56EBC9C3" w14:textId="77777777" w:rsidR="001512C8" w:rsidRPr="00161078" w:rsidRDefault="001512C8">
            <w:pPr>
              <w:spacing w:before="20" w:after="20"/>
              <w:jc w:val="center"/>
              <w:rPr>
                <w:lang w:val="pl-PL"/>
              </w:rPr>
            </w:pPr>
          </w:p>
        </w:tc>
        <w:tc>
          <w:tcPr>
            <w:tcW w:w="1250" w:type="dxa"/>
            <w:vAlign w:val="center"/>
          </w:tcPr>
          <w:p w14:paraId="2EA81FFF" w14:textId="77777777" w:rsidR="001512C8" w:rsidRPr="00161078" w:rsidRDefault="001512C8">
            <w:pPr>
              <w:spacing w:before="20" w:after="20"/>
              <w:jc w:val="center"/>
              <w:rPr>
                <w:lang w:val="pl-PL"/>
              </w:rPr>
            </w:pPr>
          </w:p>
        </w:tc>
        <w:tc>
          <w:tcPr>
            <w:tcW w:w="1350" w:type="dxa"/>
            <w:vAlign w:val="center"/>
          </w:tcPr>
          <w:p w14:paraId="02E05188" w14:textId="77777777" w:rsidR="001512C8" w:rsidRPr="00161078" w:rsidRDefault="001512C8">
            <w:pPr>
              <w:spacing w:before="20" w:after="20"/>
              <w:jc w:val="center"/>
              <w:rPr>
                <w:lang w:val="pl-PL"/>
              </w:rPr>
            </w:pPr>
          </w:p>
        </w:tc>
        <w:tc>
          <w:tcPr>
            <w:tcW w:w="1350" w:type="dxa"/>
            <w:vAlign w:val="center"/>
          </w:tcPr>
          <w:p w14:paraId="72A4845A" w14:textId="77777777" w:rsidR="001512C8" w:rsidRPr="00161078" w:rsidRDefault="001512C8">
            <w:pPr>
              <w:spacing w:before="20" w:after="20"/>
              <w:jc w:val="center"/>
              <w:rPr>
                <w:lang w:val="pl-PL"/>
              </w:rPr>
            </w:pPr>
          </w:p>
        </w:tc>
      </w:tr>
      <w:tr w:rsidR="001512C8" w:rsidRPr="00161078" w14:paraId="557BFFF1" w14:textId="77777777" w:rsidTr="00795294">
        <w:trPr>
          <w:jc w:val="center"/>
        </w:trPr>
        <w:tc>
          <w:tcPr>
            <w:tcW w:w="420" w:type="dxa"/>
            <w:vAlign w:val="center"/>
          </w:tcPr>
          <w:p w14:paraId="55941EB7" w14:textId="77777777" w:rsidR="001512C8" w:rsidRPr="00161078" w:rsidRDefault="00443F1E">
            <w:pPr>
              <w:spacing w:before="20" w:after="20"/>
              <w:jc w:val="center"/>
              <w:rPr>
                <w:lang w:val="pl-PL"/>
              </w:rPr>
            </w:pPr>
            <w:permStart w:id="402670156" w:edGrp="everyone" w:colFirst="5" w:colLast="5"/>
            <w:permStart w:id="1867610379" w:edGrp="everyone" w:colFirst="6" w:colLast="6"/>
            <w:permStart w:id="922235714" w:edGrp="everyone" w:colFirst="7" w:colLast="7"/>
            <w:permStart w:id="1794864758" w:edGrp="everyone" w:colFirst="8" w:colLast="8"/>
            <w:permStart w:id="2068342593" w:edGrp="everyone" w:colFirst="9" w:colLast="9"/>
            <w:permEnd w:id="859580232"/>
            <w:permEnd w:id="434259712"/>
            <w:permEnd w:id="1383344922"/>
            <w:permEnd w:id="794650511"/>
            <w:permEnd w:id="1738818313"/>
            <w:r w:rsidRPr="00161078">
              <w:rPr>
                <w:sz w:val="16"/>
                <w:lang w:val="pl-PL"/>
              </w:rPr>
              <w:t>24</w:t>
            </w:r>
          </w:p>
        </w:tc>
        <w:tc>
          <w:tcPr>
            <w:tcW w:w="4450" w:type="dxa"/>
            <w:vAlign w:val="center"/>
          </w:tcPr>
          <w:p w14:paraId="2E6B2401" w14:textId="77777777" w:rsidR="001512C8" w:rsidRPr="000E6009" w:rsidRDefault="00443F1E">
            <w:pPr>
              <w:spacing w:before="20" w:after="20"/>
              <w:jc w:val="left"/>
            </w:pPr>
            <w:r w:rsidRPr="000E6009">
              <w:rPr>
                <w:sz w:val="16"/>
              </w:rPr>
              <w:t xml:space="preserve">Fc Receptor Binding Inhibitor Polyclonal Antibody, </w:t>
            </w:r>
            <w:proofErr w:type="spellStart"/>
            <w:r w:rsidRPr="000E6009">
              <w:rPr>
                <w:sz w:val="16"/>
              </w:rPr>
              <w:t>eBioscience</w:t>
            </w:r>
            <w:proofErr w:type="spellEnd"/>
            <w:r w:rsidRPr="000E6009">
              <w:rPr>
                <w:sz w:val="16"/>
              </w:rPr>
              <w:t>™</w:t>
            </w:r>
          </w:p>
        </w:tc>
        <w:tc>
          <w:tcPr>
            <w:tcW w:w="1720" w:type="dxa"/>
            <w:vAlign w:val="center"/>
          </w:tcPr>
          <w:p w14:paraId="5F5105D1" w14:textId="77777777" w:rsidR="001512C8" w:rsidRPr="00161078" w:rsidRDefault="00443F1E">
            <w:pPr>
              <w:spacing w:before="20" w:after="20"/>
              <w:jc w:val="center"/>
              <w:rPr>
                <w:lang w:val="pl-PL"/>
              </w:rPr>
            </w:pPr>
            <w:r w:rsidRPr="00161078">
              <w:rPr>
                <w:sz w:val="16"/>
                <w:lang w:val="pl-PL"/>
              </w:rPr>
              <w:t>100 reakcji</w:t>
            </w:r>
          </w:p>
        </w:tc>
        <w:tc>
          <w:tcPr>
            <w:tcW w:w="640" w:type="dxa"/>
            <w:vAlign w:val="center"/>
          </w:tcPr>
          <w:p w14:paraId="4258F965"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6A6462B1" w14:textId="77777777" w:rsidR="001512C8" w:rsidRPr="00161078" w:rsidRDefault="00056A14">
            <w:pPr>
              <w:spacing w:before="20" w:after="20"/>
              <w:jc w:val="center"/>
              <w:rPr>
                <w:lang w:val="pl-PL"/>
              </w:rPr>
            </w:pPr>
            <w:r>
              <w:rPr>
                <w:sz w:val="16"/>
                <w:lang w:val="pl-PL"/>
              </w:rPr>
              <w:t>22</w:t>
            </w:r>
          </w:p>
        </w:tc>
        <w:tc>
          <w:tcPr>
            <w:tcW w:w="1250" w:type="dxa"/>
            <w:vAlign w:val="center"/>
          </w:tcPr>
          <w:p w14:paraId="282B19B0" w14:textId="77777777" w:rsidR="001512C8" w:rsidRPr="00161078" w:rsidRDefault="001512C8">
            <w:pPr>
              <w:spacing w:before="20" w:after="20"/>
              <w:jc w:val="center"/>
              <w:rPr>
                <w:lang w:val="pl-PL"/>
              </w:rPr>
            </w:pPr>
          </w:p>
        </w:tc>
        <w:tc>
          <w:tcPr>
            <w:tcW w:w="620" w:type="dxa"/>
            <w:vAlign w:val="center"/>
          </w:tcPr>
          <w:p w14:paraId="1885324E" w14:textId="77777777" w:rsidR="001512C8" w:rsidRPr="00161078" w:rsidRDefault="001512C8">
            <w:pPr>
              <w:spacing w:before="20" w:after="20"/>
              <w:jc w:val="center"/>
              <w:rPr>
                <w:lang w:val="pl-PL"/>
              </w:rPr>
            </w:pPr>
          </w:p>
        </w:tc>
        <w:tc>
          <w:tcPr>
            <w:tcW w:w="1250" w:type="dxa"/>
            <w:vAlign w:val="center"/>
          </w:tcPr>
          <w:p w14:paraId="48E7AB1C" w14:textId="77777777" w:rsidR="001512C8" w:rsidRPr="00161078" w:rsidRDefault="001512C8">
            <w:pPr>
              <w:spacing w:before="20" w:after="20"/>
              <w:jc w:val="center"/>
              <w:rPr>
                <w:lang w:val="pl-PL"/>
              </w:rPr>
            </w:pPr>
          </w:p>
        </w:tc>
        <w:tc>
          <w:tcPr>
            <w:tcW w:w="1350" w:type="dxa"/>
            <w:vAlign w:val="center"/>
          </w:tcPr>
          <w:p w14:paraId="7A9C23AA" w14:textId="77777777" w:rsidR="001512C8" w:rsidRPr="00161078" w:rsidRDefault="001512C8">
            <w:pPr>
              <w:spacing w:before="20" w:after="20"/>
              <w:jc w:val="center"/>
              <w:rPr>
                <w:lang w:val="pl-PL"/>
              </w:rPr>
            </w:pPr>
          </w:p>
        </w:tc>
        <w:tc>
          <w:tcPr>
            <w:tcW w:w="1350" w:type="dxa"/>
            <w:vAlign w:val="center"/>
          </w:tcPr>
          <w:p w14:paraId="5311306F" w14:textId="77777777" w:rsidR="001512C8" w:rsidRPr="00161078" w:rsidRDefault="001512C8">
            <w:pPr>
              <w:spacing w:before="20" w:after="20"/>
              <w:jc w:val="center"/>
              <w:rPr>
                <w:lang w:val="pl-PL"/>
              </w:rPr>
            </w:pPr>
          </w:p>
        </w:tc>
      </w:tr>
      <w:tr w:rsidR="001512C8" w:rsidRPr="00161078" w14:paraId="03DA4F2F" w14:textId="77777777" w:rsidTr="00795294">
        <w:trPr>
          <w:jc w:val="center"/>
        </w:trPr>
        <w:tc>
          <w:tcPr>
            <w:tcW w:w="420" w:type="dxa"/>
            <w:vAlign w:val="center"/>
          </w:tcPr>
          <w:p w14:paraId="1116B6CA" w14:textId="77777777" w:rsidR="001512C8" w:rsidRPr="00161078" w:rsidRDefault="00443F1E">
            <w:pPr>
              <w:spacing w:before="20" w:after="20"/>
              <w:jc w:val="center"/>
              <w:rPr>
                <w:lang w:val="pl-PL"/>
              </w:rPr>
            </w:pPr>
            <w:permStart w:id="433800376" w:edGrp="everyone" w:colFirst="5" w:colLast="5"/>
            <w:permStart w:id="1351749230" w:edGrp="everyone" w:colFirst="6" w:colLast="6"/>
            <w:permStart w:id="261702300" w:edGrp="everyone" w:colFirst="7" w:colLast="7"/>
            <w:permStart w:id="1918767851" w:edGrp="everyone" w:colFirst="8" w:colLast="8"/>
            <w:permStart w:id="1546344519" w:edGrp="everyone" w:colFirst="9" w:colLast="9"/>
            <w:permEnd w:id="402670156"/>
            <w:permEnd w:id="1867610379"/>
            <w:permEnd w:id="922235714"/>
            <w:permEnd w:id="1794864758"/>
            <w:permEnd w:id="2068342593"/>
            <w:r w:rsidRPr="00161078">
              <w:rPr>
                <w:sz w:val="16"/>
                <w:lang w:val="pl-PL"/>
              </w:rPr>
              <w:t>25</w:t>
            </w:r>
          </w:p>
        </w:tc>
        <w:tc>
          <w:tcPr>
            <w:tcW w:w="4450" w:type="dxa"/>
            <w:vAlign w:val="center"/>
          </w:tcPr>
          <w:p w14:paraId="2F6F2EFD" w14:textId="77777777" w:rsidR="001512C8" w:rsidRPr="000E6009" w:rsidRDefault="00443F1E">
            <w:pPr>
              <w:spacing w:before="20" w:after="20"/>
              <w:jc w:val="left"/>
            </w:pPr>
            <w:proofErr w:type="spellStart"/>
            <w:r w:rsidRPr="000E6009">
              <w:rPr>
                <w:sz w:val="16"/>
              </w:rPr>
              <w:t>CellTrace</w:t>
            </w:r>
            <w:proofErr w:type="spellEnd"/>
            <w:r w:rsidRPr="000E6009">
              <w:rPr>
                <w:sz w:val="16"/>
              </w:rPr>
              <w:t xml:space="preserve"> Far Red Cell Proliferation Kit</w:t>
            </w:r>
          </w:p>
        </w:tc>
        <w:tc>
          <w:tcPr>
            <w:tcW w:w="1720" w:type="dxa"/>
            <w:vAlign w:val="center"/>
          </w:tcPr>
          <w:p w14:paraId="576A5DF3" w14:textId="77777777" w:rsidR="001512C8" w:rsidRPr="00161078" w:rsidRDefault="00443F1E">
            <w:pPr>
              <w:spacing w:before="20" w:after="20"/>
              <w:jc w:val="center"/>
              <w:rPr>
                <w:lang w:val="pl-PL"/>
              </w:rPr>
            </w:pPr>
            <w:r w:rsidRPr="00161078">
              <w:rPr>
                <w:sz w:val="16"/>
                <w:lang w:val="pl-PL"/>
              </w:rPr>
              <w:t>180 reakcji</w:t>
            </w:r>
          </w:p>
        </w:tc>
        <w:tc>
          <w:tcPr>
            <w:tcW w:w="640" w:type="dxa"/>
            <w:vAlign w:val="center"/>
          </w:tcPr>
          <w:p w14:paraId="26A31C67" w14:textId="77777777" w:rsidR="001512C8" w:rsidRPr="00161078" w:rsidRDefault="00443F1E">
            <w:pPr>
              <w:spacing w:before="20" w:after="20"/>
              <w:jc w:val="center"/>
              <w:rPr>
                <w:lang w:val="pl-PL"/>
              </w:rPr>
            </w:pPr>
            <w:r w:rsidRPr="00161078">
              <w:rPr>
                <w:sz w:val="16"/>
                <w:lang w:val="pl-PL"/>
              </w:rPr>
              <w:t>zestaw</w:t>
            </w:r>
          </w:p>
        </w:tc>
        <w:tc>
          <w:tcPr>
            <w:tcW w:w="1260" w:type="dxa"/>
            <w:vAlign w:val="center"/>
          </w:tcPr>
          <w:p w14:paraId="5A856F30" w14:textId="77777777" w:rsidR="001512C8" w:rsidRPr="00161078" w:rsidRDefault="00056A14">
            <w:pPr>
              <w:spacing w:before="20" w:after="20"/>
              <w:jc w:val="center"/>
              <w:rPr>
                <w:lang w:val="pl-PL"/>
              </w:rPr>
            </w:pPr>
            <w:r>
              <w:rPr>
                <w:sz w:val="16"/>
                <w:lang w:val="pl-PL"/>
              </w:rPr>
              <w:t>1</w:t>
            </w:r>
          </w:p>
        </w:tc>
        <w:tc>
          <w:tcPr>
            <w:tcW w:w="1250" w:type="dxa"/>
            <w:vAlign w:val="center"/>
          </w:tcPr>
          <w:p w14:paraId="4C076120" w14:textId="77777777" w:rsidR="001512C8" w:rsidRPr="00161078" w:rsidRDefault="001512C8">
            <w:pPr>
              <w:spacing w:before="20" w:after="20"/>
              <w:jc w:val="center"/>
              <w:rPr>
                <w:lang w:val="pl-PL"/>
              </w:rPr>
            </w:pPr>
          </w:p>
        </w:tc>
        <w:tc>
          <w:tcPr>
            <w:tcW w:w="620" w:type="dxa"/>
            <w:vAlign w:val="center"/>
          </w:tcPr>
          <w:p w14:paraId="5225D68D" w14:textId="77777777" w:rsidR="001512C8" w:rsidRPr="00161078" w:rsidRDefault="001512C8">
            <w:pPr>
              <w:spacing w:before="20" w:after="20"/>
              <w:jc w:val="center"/>
              <w:rPr>
                <w:lang w:val="pl-PL"/>
              </w:rPr>
            </w:pPr>
          </w:p>
        </w:tc>
        <w:tc>
          <w:tcPr>
            <w:tcW w:w="1250" w:type="dxa"/>
            <w:vAlign w:val="center"/>
          </w:tcPr>
          <w:p w14:paraId="10A4B578" w14:textId="77777777" w:rsidR="001512C8" w:rsidRPr="00161078" w:rsidRDefault="001512C8">
            <w:pPr>
              <w:spacing w:before="20" w:after="20"/>
              <w:jc w:val="center"/>
              <w:rPr>
                <w:lang w:val="pl-PL"/>
              </w:rPr>
            </w:pPr>
          </w:p>
        </w:tc>
        <w:tc>
          <w:tcPr>
            <w:tcW w:w="1350" w:type="dxa"/>
            <w:vAlign w:val="center"/>
          </w:tcPr>
          <w:p w14:paraId="19D272B2" w14:textId="77777777" w:rsidR="001512C8" w:rsidRPr="00161078" w:rsidRDefault="001512C8">
            <w:pPr>
              <w:spacing w:before="20" w:after="20"/>
              <w:jc w:val="center"/>
              <w:rPr>
                <w:lang w:val="pl-PL"/>
              </w:rPr>
            </w:pPr>
          </w:p>
        </w:tc>
        <w:tc>
          <w:tcPr>
            <w:tcW w:w="1350" w:type="dxa"/>
            <w:vAlign w:val="center"/>
          </w:tcPr>
          <w:p w14:paraId="3986CFAF" w14:textId="77777777" w:rsidR="001512C8" w:rsidRPr="00161078" w:rsidRDefault="001512C8">
            <w:pPr>
              <w:spacing w:before="20" w:after="20"/>
              <w:jc w:val="center"/>
              <w:rPr>
                <w:lang w:val="pl-PL"/>
              </w:rPr>
            </w:pPr>
          </w:p>
        </w:tc>
      </w:tr>
      <w:tr w:rsidR="001512C8" w:rsidRPr="00161078" w14:paraId="3FD488BD" w14:textId="77777777" w:rsidTr="00795294">
        <w:trPr>
          <w:jc w:val="center"/>
        </w:trPr>
        <w:tc>
          <w:tcPr>
            <w:tcW w:w="420" w:type="dxa"/>
            <w:vAlign w:val="center"/>
          </w:tcPr>
          <w:p w14:paraId="691C730C" w14:textId="77777777" w:rsidR="001512C8" w:rsidRPr="00161078" w:rsidRDefault="00443F1E">
            <w:pPr>
              <w:spacing w:before="20" w:after="20"/>
              <w:jc w:val="center"/>
              <w:rPr>
                <w:lang w:val="pl-PL"/>
              </w:rPr>
            </w:pPr>
            <w:permStart w:id="1566652364" w:edGrp="everyone" w:colFirst="5" w:colLast="5"/>
            <w:permStart w:id="981998998" w:edGrp="everyone" w:colFirst="6" w:colLast="6"/>
            <w:permStart w:id="1925658029" w:edGrp="everyone" w:colFirst="7" w:colLast="7"/>
            <w:permStart w:id="965675913" w:edGrp="everyone" w:colFirst="8" w:colLast="8"/>
            <w:permStart w:id="1161125985" w:edGrp="everyone" w:colFirst="9" w:colLast="9"/>
            <w:permEnd w:id="433800376"/>
            <w:permEnd w:id="1351749230"/>
            <w:permEnd w:id="261702300"/>
            <w:permEnd w:id="1918767851"/>
            <w:permEnd w:id="1546344519"/>
            <w:r w:rsidRPr="00161078">
              <w:rPr>
                <w:sz w:val="16"/>
                <w:lang w:val="pl-PL"/>
              </w:rPr>
              <w:t>26</w:t>
            </w:r>
          </w:p>
        </w:tc>
        <w:tc>
          <w:tcPr>
            <w:tcW w:w="4450" w:type="dxa"/>
            <w:vAlign w:val="center"/>
          </w:tcPr>
          <w:p w14:paraId="03767D50" w14:textId="77777777" w:rsidR="001512C8" w:rsidRPr="000E6009" w:rsidRDefault="00443F1E">
            <w:pPr>
              <w:spacing w:before="20" w:after="20"/>
              <w:jc w:val="left"/>
            </w:pPr>
            <w:proofErr w:type="spellStart"/>
            <w:r w:rsidRPr="000E6009">
              <w:rPr>
                <w:sz w:val="16"/>
              </w:rPr>
              <w:t>CellTrace</w:t>
            </w:r>
            <w:proofErr w:type="spellEnd"/>
            <w:r w:rsidRPr="000E6009">
              <w:rPr>
                <w:sz w:val="16"/>
              </w:rPr>
              <w:t xml:space="preserve"> Violet Cell Proliferation Kit</w:t>
            </w:r>
          </w:p>
        </w:tc>
        <w:tc>
          <w:tcPr>
            <w:tcW w:w="1720" w:type="dxa"/>
            <w:vAlign w:val="center"/>
          </w:tcPr>
          <w:p w14:paraId="73B21364" w14:textId="77777777" w:rsidR="001512C8" w:rsidRPr="00161078" w:rsidRDefault="00443F1E">
            <w:pPr>
              <w:spacing w:before="20" w:after="20"/>
              <w:jc w:val="center"/>
              <w:rPr>
                <w:lang w:val="pl-PL"/>
              </w:rPr>
            </w:pPr>
            <w:r w:rsidRPr="00161078">
              <w:rPr>
                <w:sz w:val="16"/>
                <w:lang w:val="pl-PL"/>
              </w:rPr>
              <w:t>20 reakcji</w:t>
            </w:r>
          </w:p>
        </w:tc>
        <w:tc>
          <w:tcPr>
            <w:tcW w:w="640" w:type="dxa"/>
            <w:vAlign w:val="center"/>
          </w:tcPr>
          <w:p w14:paraId="119EDF6A" w14:textId="77777777" w:rsidR="001512C8" w:rsidRPr="00161078" w:rsidRDefault="00443F1E">
            <w:pPr>
              <w:spacing w:before="20" w:after="20"/>
              <w:jc w:val="center"/>
              <w:rPr>
                <w:lang w:val="pl-PL"/>
              </w:rPr>
            </w:pPr>
            <w:r w:rsidRPr="00161078">
              <w:rPr>
                <w:sz w:val="16"/>
                <w:lang w:val="pl-PL"/>
              </w:rPr>
              <w:t>zestaw</w:t>
            </w:r>
          </w:p>
        </w:tc>
        <w:tc>
          <w:tcPr>
            <w:tcW w:w="1260" w:type="dxa"/>
            <w:vAlign w:val="center"/>
          </w:tcPr>
          <w:p w14:paraId="16ED9132" w14:textId="77777777" w:rsidR="001512C8" w:rsidRPr="00161078" w:rsidRDefault="00056A14">
            <w:pPr>
              <w:spacing w:before="20" w:after="20"/>
              <w:jc w:val="center"/>
              <w:rPr>
                <w:lang w:val="pl-PL"/>
              </w:rPr>
            </w:pPr>
            <w:r>
              <w:rPr>
                <w:sz w:val="16"/>
                <w:lang w:val="pl-PL"/>
              </w:rPr>
              <w:t>3</w:t>
            </w:r>
          </w:p>
        </w:tc>
        <w:tc>
          <w:tcPr>
            <w:tcW w:w="1250" w:type="dxa"/>
            <w:vAlign w:val="center"/>
          </w:tcPr>
          <w:p w14:paraId="32E7DAAB" w14:textId="77777777" w:rsidR="001512C8" w:rsidRPr="00161078" w:rsidRDefault="001512C8">
            <w:pPr>
              <w:spacing w:before="20" w:after="20"/>
              <w:jc w:val="center"/>
              <w:rPr>
                <w:lang w:val="pl-PL"/>
              </w:rPr>
            </w:pPr>
          </w:p>
        </w:tc>
        <w:tc>
          <w:tcPr>
            <w:tcW w:w="620" w:type="dxa"/>
            <w:vAlign w:val="center"/>
          </w:tcPr>
          <w:p w14:paraId="03BCB21C" w14:textId="77777777" w:rsidR="001512C8" w:rsidRPr="00161078" w:rsidRDefault="001512C8">
            <w:pPr>
              <w:spacing w:before="20" w:after="20"/>
              <w:jc w:val="center"/>
              <w:rPr>
                <w:lang w:val="pl-PL"/>
              </w:rPr>
            </w:pPr>
          </w:p>
        </w:tc>
        <w:tc>
          <w:tcPr>
            <w:tcW w:w="1250" w:type="dxa"/>
            <w:vAlign w:val="center"/>
          </w:tcPr>
          <w:p w14:paraId="7909836E" w14:textId="77777777" w:rsidR="001512C8" w:rsidRPr="00161078" w:rsidRDefault="001512C8">
            <w:pPr>
              <w:spacing w:before="20" w:after="20"/>
              <w:jc w:val="center"/>
              <w:rPr>
                <w:lang w:val="pl-PL"/>
              </w:rPr>
            </w:pPr>
          </w:p>
        </w:tc>
        <w:tc>
          <w:tcPr>
            <w:tcW w:w="1350" w:type="dxa"/>
            <w:vAlign w:val="center"/>
          </w:tcPr>
          <w:p w14:paraId="7D041A0E" w14:textId="77777777" w:rsidR="001512C8" w:rsidRPr="00161078" w:rsidRDefault="001512C8">
            <w:pPr>
              <w:spacing w:before="20" w:after="20"/>
              <w:jc w:val="center"/>
              <w:rPr>
                <w:lang w:val="pl-PL"/>
              </w:rPr>
            </w:pPr>
          </w:p>
        </w:tc>
        <w:tc>
          <w:tcPr>
            <w:tcW w:w="1350" w:type="dxa"/>
            <w:vAlign w:val="center"/>
          </w:tcPr>
          <w:p w14:paraId="2168781C" w14:textId="77777777" w:rsidR="001512C8" w:rsidRPr="00161078" w:rsidRDefault="001512C8">
            <w:pPr>
              <w:spacing w:before="20" w:after="20"/>
              <w:jc w:val="center"/>
              <w:rPr>
                <w:lang w:val="pl-PL"/>
              </w:rPr>
            </w:pPr>
          </w:p>
        </w:tc>
      </w:tr>
      <w:tr w:rsidR="001512C8" w:rsidRPr="00161078" w14:paraId="56745B30" w14:textId="77777777" w:rsidTr="00795294">
        <w:trPr>
          <w:jc w:val="center"/>
        </w:trPr>
        <w:tc>
          <w:tcPr>
            <w:tcW w:w="420" w:type="dxa"/>
            <w:vAlign w:val="center"/>
          </w:tcPr>
          <w:p w14:paraId="578E87D6" w14:textId="77777777" w:rsidR="001512C8" w:rsidRPr="00161078" w:rsidRDefault="00443F1E">
            <w:pPr>
              <w:spacing w:before="20" w:after="20"/>
              <w:jc w:val="center"/>
              <w:rPr>
                <w:lang w:val="pl-PL"/>
              </w:rPr>
            </w:pPr>
            <w:permStart w:id="1890472040" w:edGrp="everyone" w:colFirst="5" w:colLast="5"/>
            <w:permStart w:id="1376003526" w:edGrp="everyone" w:colFirst="6" w:colLast="6"/>
            <w:permStart w:id="1266233151" w:edGrp="everyone" w:colFirst="7" w:colLast="7"/>
            <w:permStart w:id="626596182" w:edGrp="everyone" w:colFirst="8" w:colLast="8"/>
            <w:permStart w:id="1277297922" w:edGrp="everyone" w:colFirst="9" w:colLast="9"/>
            <w:permEnd w:id="1566652364"/>
            <w:permEnd w:id="981998998"/>
            <w:permEnd w:id="1925658029"/>
            <w:permEnd w:id="965675913"/>
            <w:permEnd w:id="1161125985"/>
            <w:r w:rsidRPr="00161078">
              <w:rPr>
                <w:sz w:val="16"/>
                <w:lang w:val="pl-PL"/>
              </w:rPr>
              <w:lastRenderedPageBreak/>
              <w:t>27</w:t>
            </w:r>
          </w:p>
        </w:tc>
        <w:tc>
          <w:tcPr>
            <w:tcW w:w="4450" w:type="dxa"/>
            <w:vAlign w:val="center"/>
          </w:tcPr>
          <w:p w14:paraId="11FDFA08" w14:textId="77777777" w:rsidR="001512C8" w:rsidRPr="000E6009" w:rsidRDefault="00443F1E">
            <w:pPr>
              <w:spacing w:before="20" w:after="20"/>
              <w:jc w:val="left"/>
            </w:pPr>
            <w:r w:rsidRPr="000E6009">
              <w:rPr>
                <w:sz w:val="16"/>
              </w:rPr>
              <w:t>Cell Stimulation Cocktail (PMA/Ionomycin, 500X)</w:t>
            </w:r>
          </w:p>
        </w:tc>
        <w:tc>
          <w:tcPr>
            <w:tcW w:w="1720" w:type="dxa"/>
            <w:vAlign w:val="center"/>
          </w:tcPr>
          <w:p w14:paraId="576DBDDA" w14:textId="77777777" w:rsidR="001512C8" w:rsidRPr="00161078" w:rsidRDefault="00443F1E">
            <w:pPr>
              <w:spacing w:before="20" w:after="20"/>
              <w:jc w:val="center"/>
              <w:rPr>
                <w:lang w:val="pl-PL"/>
              </w:rPr>
            </w:pPr>
            <w:r w:rsidRPr="00161078">
              <w:rPr>
                <w:sz w:val="16"/>
                <w:lang w:val="pl-PL"/>
              </w:rPr>
              <w:t>100 µL</w:t>
            </w:r>
          </w:p>
        </w:tc>
        <w:tc>
          <w:tcPr>
            <w:tcW w:w="640" w:type="dxa"/>
            <w:vAlign w:val="center"/>
          </w:tcPr>
          <w:p w14:paraId="28192FD6"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694CDDD6" w14:textId="77777777" w:rsidR="001512C8" w:rsidRPr="00161078" w:rsidRDefault="00056A14">
            <w:pPr>
              <w:spacing w:before="20" w:after="20"/>
              <w:jc w:val="center"/>
              <w:rPr>
                <w:lang w:val="pl-PL"/>
              </w:rPr>
            </w:pPr>
            <w:r>
              <w:rPr>
                <w:sz w:val="16"/>
                <w:lang w:val="pl-PL"/>
              </w:rPr>
              <w:t>1</w:t>
            </w:r>
          </w:p>
        </w:tc>
        <w:tc>
          <w:tcPr>
            <w:tcW w:w="1250" w:type="dxa"/>
            <w:vAlign w:val="center"/>
          </w:tcPr>
          <w:p w14:paraId="44E74451" w14:textId="77777777" w:rsidR="001512C8" w:rsidRPr="00161078" w:rsidRDefault="001512C8">
            <w:pPr>
              <w:spacing w:before="20" w:after="20"/>
              <w:jc w:val="center"/>
              <w:rPr>
                <w:lang w:val="pl-PL"/>
              </w:rPr>
            </w:pPr>
          </w:p>
        </w:tc>
        <w:tc>
          <w:tcPr>
            <w:tcW w:w="620" w:type="dxa"/>
            <w:vAlign w:val="center"/>
          </w:tcPr>
          <w:p w14:paraId="7734AEA4" w14:textId="77777777" w:rsidR="001512C8" w:rsidRPr="00161078" w:rsidRDefault="001512C8">
            <w:pPr>
              <w:spacing w:before="20" w:after="20"/>
              <w:jc w:val="center"/>
              <w:rPr>
                <w:lang w:val="pl-PL"/>
              </w:rPr>
            </w:pPr>
          </w:p>
        </w:tc>
        <w:tc>
          <w:tcPr>
            <w:tcW w:w="1250" w:type="dxa"/>
            <w:vAlign w:val="center"/>
          </w:tcPr>
          <w:p w14:paraId="3B1CB3E7" w14:textId="77777777" w:rsidR="001512C8" w:rsidRPr="00161078" w:rsidRDefault="001512C8">
            <w:pPr>
              <w:spacing w:before="20" w:after="20"/>
              <w:jc w:val="center"/>
              <w:rPr>
                <w:lang w:val="pl-PL"/>
              </w:rPr>
            </w:pPr>
          </w:p>
        </w:tc>
        <w:tc>
          <w:tcPr>
            <w:tcW w:w="1350" w:type="dxa"/>
            <w:vAlign w:val="center"/>
          </w:tcPr>
          <w:p w14:paraId="572E752A" w14:textId="77777777" w:rsidR="001512C8" w:rsidRPr="00161078" w:rsidRDefault="001512C8">
            <w:pPr>
              <w:spacing w:before="20" w:after="20"/>
              <w:jc w:val="center"/>
              <w:rPr>
                <w:lang w:val="pl-PL"/>
              </w:rPr>
            </w:pPr>
          </w:p>
        </w:tc>
        <w:tc>
          <w:tcPr>
            <w:tcW w:w="1350" w:type="dxa"/>
            <w:vAlign w:val="center"/>
          </w:tcPr>
          <w:p w14:paraId="2C51BAB4" w14:textId="77777777" w:rsidR="001512C8" w:rsidRPr="00161078" w:rsidRDefault="001512C8">
            <w:pPr>
              <w:spacing w:before="20" w:after="20"/>
              <w:jc w:val="center"/>
              <w:rPr>
                <w:lang w:val="pl-PL"/>
              </w:rPr>
            </w:pPr>
          </w:p>
        </w:tc>
      </w:tr>
      <w:tr w:rsidR="001512C8" w:rsidRPr="00161078" w14:paraId="1F9DD585" w14:textId="77777777" w:rsidTr="00795294">
        <w:trPr>
          <w:jc w:val="center"/>
        </w:trPr>
        <w:tc>
          <w:tcPr>
            <w:tcW w:w="420" w:type="dxa"/>
            <w:vAlign w:val="center"/>
          </w:tcPr>
          <w:p w14:paraId="48DB2B6F" w14:textId="77777777" w:rsidR="001512C8" w:rsidRPr="00161078" w:rsidRDefault="00443F1E">
            <w:pPr>
              <w:spacing w:before="20" w:after="20"/>
              <w:jc w:val="center"/>
              <w:rPr>
                <w:lang w:val="pl-PL"/>
              </w:rPr>
            </w:pPr>
            <w:permStart w:id="2105310029" w:edGrp="everyone" w:colFirst="5" w:colLast="5"/>
            <w:permStart w:id="563367501" w:edGrp="everyone" w:colFirst="6" w:colLast="6"/>
            <w:permStart w:id="437413211" w:edGrp="everyone" w:colFirst="7" w:colLast="7"/>
            <w:permStart w:id="44001920" w:edGrp="everyone" w:colFirst="8" w:colLast="8"/>
            <w:permStart w:id="859000144" w:edGrp="everyone" w:colFirst="9" w:colLast="9"/>
            <w:permEnd w:id="1890472040"/>
            <w:permEnd w:id="1376003526"/>
            <w:permEnd w:id="1266233151"/>
            <w:permEnd w:id="626596182"/>
            <w:permEnd w:id="1277297922"/>
            <w:r w:rsidRPr="00161078">
              <w:rPr>
                <w:sz w:val="16"/>
                <w:lang w:val="pl-PL"/>
              </w:rPr>
              <w:t>28</w:t>
            </w:r>
          </w:p>
        </w:tc>
        <w:tc>
          <w:tcPr>
            <w:tcW w:w="4450" w:type="dxa"/>
            <w:vAlign w:val="center"/>
          </w:tcPr>
          <w:p w14:paraId="1B1E29DA" w14:textId="77777777" w:rsidR="001512C8" w:rsidRPr="00161078" w:rsidRDefault="00443F1E">
            <w:pPr>
              <w:spacing w:before="20" w:after="20"/>
              <w:jc w:val="left"/>
              <w:rPr>
                <w:lang w:val="pl-PL"/>
              </w:rPr>
            </w:pPr>
            <w:proofErr w:type="spellStart"/>
            <w:r w:rsidRPr="00161078">
              <w:rPr>
                <w:sz w:val="16"/>
                <w:lang w:val="pl-PL"/>
              </w:rPr>
              <w:t>Recombinant</w:t>
            </w:r>
            <w:proofErr w:type="spellEnd"/>
            <w:r w:rsidRPr="00161078">
              <w:rPr>
                <w:sz w:val="16"/>
                <w:lang w:val="pl-PL"/>
              </w:rPr>
              <w:t xml:space="preserve"> </w:t>
            </w:r>
            <w:proofErr w:type="spellStart"/>
            <w:r w:rsidRPr="00161078">
              <w:rPr>
                <w:sz w:val="16"/>
                <w:lang w:val="pl-PL"/>
              </w:rPr>
              <w:t>human</w:t>
            </w:r>
            <w:proofErr w:type="spellEnd"/>
            <w:r w:rsidRPr="00161078">
              <w:rPr>
                <w:sz w:val="16"/>
                <w:lang w:val="pl-PL"/>
              </w:rPr>
              <w:t xml:space="preserve"> M-CSF</w:t>
            </w:r>
          </w:p>
        </w:tc>
        <w:tc>
          <w:tcPr>
            <w:tcW w:w="1720" w:type="dxa"/>
            <w:vAlign w:val="center"/>
          </w:tcPr>
          <w:p w14:paraId="6F385294" w14:textId="77777777" w:rsidR="001512C8" w:rsidRPr="00161078" w:rsidRDefault="00443F1E">
            <w:pPr>
              <w:spacing w:before="20" w:after="20"/>
              <w:jc w:val="center"/>
              <w:rPr>
                <w:lang w:val="pl-PL"/>
              </w:rPr>
            </w:pPr>
            <w:r w:rsidRPr="00161078">
              <w:rPr>
                <w:sz w:val="16"/>
                <w:lang w:val="pl-PL"/>
              </w:rPr>
              <w:t xml:space="preserve">100 </w:t>
            </w:r>
            <w:proofErr w:type="spellStart"/>
            <w:r w:rsidRPr="00161078">
              <w:rPr>
                <w:sz w:val="16"/>
                <w:lang w:val="pl-PL"/>
              </w:rPr>
              <w:t>μg</w:t>
            </w:r>
            <w:proofErr w:type="spellEnd"/>
          </w:p>
        </w:tc>
        <w:tc>
          <w:tcPr>
            <w:tcW w:w="640" w:type="dxa"/>
            <w:vAlign w:val="center"/>
          </w:tcPr>
          <w:p w14:paraId="5EC4F56B"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4507FB3D" w14:textId="77777777" w:rsidR="001512C8" w:rsidRPr="00161078" w:rsidRDefault="00056A14">
            <w:pPr>
              <w:spacing w:before="20" w:after="20"/>
              <w:jc w:val="center"/>
              <w:rPr>
                <w:lang w:val="pl-PL"/>
              </w:rPr>
            </w:pPr>
            <w:r>
              <w:rPr>
                <w:sz w:val="16"/>
                <w:lang w:val="pl-PL"/>
              </w:rPr>
              <w:t>1</w:t>
            </w:r>
          </w:p>
        </w:tc>
        <w:tc>
          <w:tcPr>
            <w:tcW w:w="1250" w:type="dxa"/>
            <w:vAlign w:val="center"/>
          </w:tcPr>
          <w:p w14:paraId="5E3E262E" w14:textId="77777777" w:rsidR="001512C8" w:rsidRPr="00161078" w:rsidRDefault="001512C8">
            <w:pPr>
              <w:spacing w:before="20" w:after="20"/>
              <w:jc w:val="center"/>
              <w:rPr>
                <w:lang w:val="pl-PL"/>
              </w:rPr>
            </w:pPr>
          </w:p>
        </w:tc>
        <w:tc>
          <w:tcPr>
            <w:tcW w:w="620" w:type="dxa"/>
            <w:vAlign w:val="center"/>
          </w:tcPr>
          <w:p w14:paraId="114B9672" w14:textId="77777777" w:rsidR="001512C8" w:rsidRPr="00161078" w:rsidRDefault="001512C8">
            <w:pPr>
              <w:spacing w:before="20" w:after="20"/>
              <w:jc w:val="center"/>
              <w:rPr>
                <w:lang w:val="pl-PL"/>
              </w:rPr>
            </w:pPr>
          </w:p>
        </w:tc>
        <w:tc>
          <w:tcPr>
            <w:tcW w:w="1250" w:type="dxa"/>
            <w:vAlign w:val="center"/>
          </w:tcPr>
          <w:p w14:paraId="1BD73DD3" w14:textId="77777777" w:rsidR="001512C8" w:rsidRPr="00161078" w:rsidRDefault="001512C8">
            <w:pPr>
              <w:spacing w:before="20" w:after="20"/>
              <w:jc w:val="center"/>
              <w:rPr>
                <w:lang w:val="pl-PL"/>
              </w:rPr>
            </w:pPr>
          </w:p>
        </w:tc>
        <w:tc>
          <w:tcPr>
            <w:tcW w:w="1350" w:type="dxa"/>
            <w:vAlign w:val="center"/>
          </w:tcPr>
          <w:p w14:paraId="2B6B9A26" w14:textId="77777777" w:rsidR="001512C8" w:rsidRPr="00161078" w:rsidRDefault="001512C8">
            <w:pPr>
              <w:spacing w:before="20" w:after="20"/>
              <w:jc w:val="center"/>
              <w:rPr>
                <w:lang w:val="pl-PL"/>
              </w:rPr>
            </w:pPr>
          </w:p>
        </w:tc>
        <w:tc>
          <w:tcPr>
            <w:tcW w:w="1350" w:type="dxa"/>
            <w:vAlign w:val="center"/>
          </w:tcPr>
          <w:p w14:paraId="5A057D1E" w14:textId="77777777" w:rsidR="001512C8" w:rsidRPr="00161078" w:rsidRDefault="001512C8">
            <w:pPr>
              <w:spacing w:before="20" w:after="20"/>
              <w:jc w:val="center"/>
              <w:rPr>
                <w:lang w:val="pl-PL"/>
              </w:rPr>
            </w:pPr>
          </w:p>
        </w:tc>
      </w:tr>
      <w:tr w:rsidR="001512C8" w:rsidRPr="00161078" w14:paraId="3274E681" w14:textId="77777777" w:rsidTr="00795294">
        <w:trPr>
          <w:jc w:val="center"/>
        </w:trPr>
        <w:tc>
          <w:tcPr>
            <w:tcW w:w="420" w:type="dxa"/>
            <w:vAlign w:val="center"/>
          </w:tcPr>
          <w:p w14:paraId="05151F32" w14:textId="77777777" w:rsidR="001512C8" w:rsidRPr="00161078" w:rsidRDefault="00443F1E">
            <w:pPr>
              <w:spacing w:before="20" w:after="20"/>
              <w:jc w:val="center"/>
              <w:rPr>
                <w:lang w:val="pl-PL"/>
              </w:rPr>
            </w:pPr>
            <w:permStart w:id="1085107478" w:edGrp="everyone" w:colFirst="5" w:colLast="5"/>
            <w:permStart w:id="420177980" w:edGrp="everyone" w:colFirst="6" w:colLast="6"/>
            <w:permStart w:id="237925517" w:edGrp="everyone" w:colFirst="7" w:colLast="7"/>
            <w:permStart w:id="1552230641" w:edGrp="everyone" w:colFirst="8" w:colLast="8"/>
            <w:permStart w:id="1765488469" w:edGrp="everyone" w:colFirst="9" w:colLast="9"/>
            <w:permEnd w:id="2105310029"/>
            <w:permEnd w:id="563367501"/>
            <w:permEnd w:id="437413211"/>
            <w:permEnd w:id="44001920"/>
            <w:permEnd w:id="859000144"/>
            <w:r w:rsidRPr="00161078">
              <w:rPr>
                <w:sz w:val="16"/>
                <w:lang w:val="pl-PL"/>
              </w:rPr>
              <w:t>29</w:t>
            </w:r>
          </w:p>
        </w:tc>
        <w:tc>
          <w:tcPr>
            <w:tcW w:w="4450" w:type="dxa"/>
            <w:vAlign w:val="center"/>
          </w:tcPr>
          <w:p w14:paraId="165A6668" w14:textId="77777777" w:rsidR="001512C8" w:rsidRPr="00161078" w:rsidRDefault="00443F1E">
            <w:pPr>
              <w:spacing w:before="20" w:after="20"/>
              <w:jc w:val="left"/>
              <w:rPr>
                <w:lang w:val="pl-PL"/>
              </w:rPr>
            </w:pPr>
            <w:proofErr w:type="spellStart"/>
            <w:r w:rsidRPr="00161078">
              <w:rPr>
                <w:sz w:val="16"/>
                <w:lang w:val="pl-PL"/>
              </w:rPr>
              <w:t>Recombinant</w:t>
            </w:r>
            <w:proofErr w:type="spellEnd"/>
            <w:r w:rsidRPr="00161078">
              <w:rPr>
                <w:sz w:val="16"/>
                <w:lang w:val="pl-PL"/>
              </w:rPr>
              <w:t xml:space="preserve"> </w:t>
            </w:r>
            <w:proofErr w:type="spellStart"/>
            <w:r w:rsidRPr="00161078">
              <w:rPr>
                <w:sz w:val="16"/>
                <w:lang w:val="pl-PL"/>
              </w:rPr>
              <w:t>human</w:t>
            </w:r>
            <w:proofErr w:type="spellEnd"/>
            <w:r w:rsidRPr="00161078">
              <w:rPr>
                <w:sz w:val="16"/>
                <w:lang w:val="pl-PL"/>
              </w:rPr>
              <w:t xml:space="preserve"> IFN-gamma</w:t>
            </w:r>
          </w:p>
        </w:tc>
        <w:tc>
          <w:tcPr>
            <w:tcW w:w="1720" w:type="dxa"/>
            <w:vAlign w:val="center"/>
          </w:tcPr>
          <w:p w14:paraId="251761D3" w14:textId="77777777" w:rsidR="001512C8" w:rsidRPr="00161078" w:rsidRDefault="00443F1E">
            <w:pPr>
              <w:spacing w:before="20" w:after="20"/>
              <w:jc w:val="center"/>
              <w:rPr>
                <w:lang w:val="pl-PL"/>
              </w:rPr>
            </w:pPr>
            <w:r w:rsidRPr="00161078">
              <w:rPr>
                <w:sz w:val="16"/>
                <w:lang w:val="pl-PL"/>
              </w:rPr>
              <w:t xml:space="preserve">100 </w:t>
            </w:r>
            <w:proofErr w:type="spellStart"/>
            <w:r w:rsidRPr="00161078">
              <w:rPr>
                <w:sz w:val="16"/>
                <w:lang w:val="pl-PL"/>
              </w:rPr>
              <w:t>μg</w:t>
            </w:r>
            <w:proofErr w:type="spellEnd"/>
          </w:p>
        </w:tc>
        <w:tc>
          <w:tcPr>
            <w:tcW w:w="640" w:type="dxa"/>
            <w:vAlign w:val="center"/>
          </w:tcPr>
          <w:p w14:paraId="0D109E6B"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519A1C47" w14:textId="77777777" w:rsidR="001512C8" w:rsidRPr="00161078" w:rsidRDefault="00056A14">
            <w:pPr>
              <w:spacing w:before="20" w:after="20"/>
              <w:jc w:val="center"/>
              <w:rPr>
                <w:lang w:val="pl-PL"/>
              </w:rPr>
            </w:pPr>
            <w:r>
              <w:rPr>
                <w:sz w:val="16"/>
                <w:lang w:val="pl-PL"/>
              </w:rPr>
              <w:t>1</w:t>
            </w:r>
          </w:p>
        </w:tc>
        <w:tc>
          <w:tcPr>
            <w:tcW w:w="1250" w:type="dxa"/>
            <w:vAlign w:val="center"/>
          </w:tcPr>
          <w:p w14:paraId="203BAC7B" w14:textId="77777777" w:rsidR="001512C8" w:rsidRPr="00161078" w:rsidRDefault="001512C8">
            <w:pPr>
              <w:spacing w:before="20" w:after="20"/>
              <w:jc w:val="center"/>
              <w:rPr>
                <w:lang w:val="pl-PL"/>
              </w:rPr>
            </w:pPr>
          </w:p>
        </w:tc>
        <w:tc>
          <w:tcPr>
            <w:tcW w:w="620" w:type="dxa"/>
            <w:vAlign w:val="center"/>
          </w:tcPr>
          <w:p w14:paraId="2C54B89C" w14:textId="77777777" w:rsidR="001512C8" w:rsidRPr="00161078" w:rsidRDefault="001512C8">
            <w:pPr>
              <w:spacing w:before="20" w:after="20"/>
              <w:jc w:val="center"/>
              <w:rPr>
                <w:lang w:val="pl-PL"/>
              </w:rPr>
            </w:pPr>
          </w:p>
        </w:tc>
        <w:tc>
          <w:tcPr>
            <w:tcW w:w="1250" w:type="dxa"/>
            <w:vAlign w:val="center"/>
          </w:tcPr>
          <w:p w14:paraId="493B0EEA" w14:textId="77777777" w:rsidR="001512C8" w:rsidRPr="00161078" w:rsidRDefault="001512C8">
            <w:pPr>
              <w:spacing w:before="20" w:after="20"/>
              <w:jc w:val="center"/>
              <w:rPr>
                <w:lang w:val="pl-PL"/>
              </w:rPr>
            </w:pPr>
          </w:p>
        </w:tc>
        <w:tc>
          <w:tcPr>
            <w:tcW w:w="1350" w:type="dxa"/>
            <w:vAlign w:val="center"/>
          </w:tcPr>
          <w:p w14:paraId="79B80377" w14:textId="77777777" w:rsidR="001512C8" w:rsidRPr="00161078" w:rsidRDefault="001512C8">
            <w:pPr>
              <w:spacing w:before="20" w:after="20"/>
              <w:jc w:val="center"/>
              <w:rPr>
                <w:lang w:val="pl-PL"/>
              </w:rPr>
            </w:pPr>
          </w:p>
        </w:tc>
        <w:tc>
          <w:tcPr>
            <w:tcW w:w="1350" w:type="dxa"/>
            <w:vAlign w:val="center"/>
          </w:tcPr>
          <w:p w14:paraId="2369F1FB" w14:textId="77777777" w:rsidR="001512C8" w:rsidRPr="00161078" w:rsidRDefault="001512C8">
            <w:pPr>
              <w:spacing w:before="20" w:after="20"/>
              <w:jc w:val="center"/>
              <w:rPr>
                <w:lang w:val="pl-PL"/>
              </w:rPr>
            </w:pPr>
          </w:p>
        </w:tc>
      </w:tr>
      <w:tr w:rsidR="001512C8" w:rsidRPr="00161078" w14:paraId="6C9AD336" w14:textId="77777777" w:rsidTr="00795294">
        <w:trPr>
          <w:jc w:val="center"/>
        </w:trPr>
        <w:tc>
          <w:tcPr>
            <w:tcW w:w="420" w:type="dxa"/>
            <w:vAlign w:val="center"/>
          </w:tcPr>
          <w:p w14:paraId="49BB9ECE" w14:textId="77777777" w:rsidR="001512C8" w:rsidRPr="00161078" w:rsidRDefault="00443F1E">
            <w:pPr>
              <w:spacing w:before="20" w:after="20"/>
              <w:jc w:val="center"/>
              <w:rPr>
                <w:lang w:val="pl-PL"/>
              </w:rPr>
            </w:pPr>
            <w:permStart w:id="1818710047" w:edGrp="everyone" w:colFirst="5" w:colLast="5"/>
            <w:permStart w:id="835913085" w:edGrp="everyone" w:colFirst="6" w:colLast="6"/>
            <w:permStart w:id="1844324807" w:edGrp="everyone" w:colFirst="7" w:colLast="7"/>
            <w:permStart w:id="558630452" w:edGrp="everyone" w:colFirst="8" w:colLast="8"/>
            <w:permStart w:id="1638074146" w:edGrp="everyone" w:colFirst="9" w:colLast="9"/>
            <w:permEnd w:id="1085107478"/>
            <w:permEnd w:id="420177980"/>
            <w:permEnd w:id="237925517"/>
            <w:permEnd w:id="1552230641"/>
            <w:permEnd w:id="1765488469"/>
            <w:r w:rsidRPr="00161078">
              <w:rPr>
                <w:sz w:val="16"/>
                <w:lang w:val="pl-PL"/>
              </w:rPr>
              <w:t>30</w:t>
            </w:r>
          </w:p>
        </w:tc>
        <w:tc>
          <w:tcPr>
            <w:tcW w:w="4450" w:type="dxa"/>
            <w:vAlign w:val="center"/>
          </w:tcPr>
          <w:p w14:paraId="3DC82AAA" w14:textId="77777777" w:rsidR="001512C8" w:rsidRPr="000E6009" w:rsidRDefault="00443F1E">
            <w:pPr>
              <w:spacing w:before="20" w:after="20"/>
              <w:jc w:val="left"/>
            </w:pPr>
            <w:r w:rsidRPr="000E6009">
              <w:rPr>
                <w:sz w:val="16"/>
              </w:rPr>
              <w:t>Cell Dissociation Buffer, enzyme-free, PBS</w:t>
            </w:r>
          </w:p>
        </w:tc>
        <w:tc>
          <w:tcPr>
            <w:tcW w:w="1720" w:type="dxa"/>
            <w:vAlign w:val="center"/>
          </w:tcPr>
          <w:p w14:paraId="43198FD4" w14:textId="77777777" w:rsidR="001512C8" w:rsidRPr="00161078" w:rsidRDefault="00443F1E">
            <w:pPr>
              <w:spacing w:before="20" w:after="20"/>
              <w:jc w:val="center"/>
              <w:rPr>
                <w:lang w:val="pl-PL"/>
              </w:rPr>
            </w:pPr>
            <w:r w:rsidRPr="00161078">
              <w:rPr>
                <w:sz w:val="16"/>
                <w:lang w:val="pl-PL"/>
              </w:rPr>
              <w:t xml:space="preserve">100 </w:t>
            </w:r>
            <w:proofErr w:type="spellStart"/>
            <w:r w:rsidRPr="00161078">
              <w:rPr>
                <w:sz w:val="16"/>
                <w:lang w:val="pl-PL"/>
              </w:rPr>
              <w:t>mL</w:t>
            </w:r>
            <w:proofErr w:type="spellEnd"/>
          </w:p>
        </w:tc>
        <w:tc>
          <w:tcPr>
            <w:tcW w:w="640" w:type="dxa"/>
            <w:vAlign w:val="center"/>
          </w:tcPr>
          <w:p w14:paraId="46AF8A36"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57561D6C" w14:textId="77777777" w:rsidR="001512C8" w:rsidRPr="00161078" w:rsidRDefault="00056A14">
            <w:pPr>
              <w:spacing w:before="20" w:after="20"/>
              <w:jc w:val="center"/>
              <w:rPr>
                <w:lang w:val="pl-PL"/>
              </w:rPr>
            </w:pPr>
            <w:r>
              <w:rPr>
                <w:sz w:val="16"/>
                <w:lang w:val="pl-PL"/>
              </w:rPr>
              <w:t>3</w:t>
            </w:r>
          </w:p>
        </w:tc>
        <w:tc>
          <w:tcPr>
            <w:tcW w:w="1250" w:type="dxa"/>
            <w:vAlign w:val="center"/>
          </w:tcPr>
          <w:p w14:paraId="1DB38FFA" w14:textId="77777777" w:rsidR="001512C8" w:rsidRPr="00161078" w:rsidRDefault="001512C8">
            <w:pPr>
              <w:spacing w:before="20" w:after="20"/>
              <w:jc w:val="center"/>
              <w:rPr>
                <w:lang w:val="pl-PL"/>
              </w:rPr>
            </w:pPr>
          </w:p>
        </w:tc>
        <w:tc>
          <w:tcPr>
            <w:tcW w:w="620" w:type="dxa"/>
            <w:vAlign w:val="center"/>
          </w:tcPr>
          <w:p w14:paraId="0CA73833" w14:textId="77777777" w:rsidR="001512C8" w:rsidRPr="00161078" w:rsidRDefault="001512C8">
            <w:pPr>
              <w:spacing w:before="20" w:after="20"/>
              <w:jc w:val="center"/>
              <w:rPr>
                <w:lang w:val="pl-PL"/>
              </w:rPr>
            </w:pPr>
          </w:p>
        </w:tc>
        <w:tc>
          <w:tcPr>
            <w:tcW w:w="1250" w:type="dxa"/>
            <w:vAlign w:val="center"/>
          </w:tcPr>
          <w:p w14:paraId="0623AFDB" w14:textId="77777777" w:rsidR="001512C8" w:rsidRPr="00161078" w:rsidRDefault="001512C8">
            <w:pPr>
              <w:spacing w:before="20" w:after="20"/>
              <w:jc w:val="center"/>
              <w:rPr>
                <w:lang w:val="pl-PL"/>
              </w:rPr>
            </w:pPr>
          </w:p>
        </w:tc>
        <w:tc>
          <w:tcPr>
            <w:tcW w:w="1350" w:type="dxa"/>
            <w:vAlign w:val="center"/>
          </w:tcPr>
          <w:p w14:paraId="221E284C" w14:textId="77777777" w:rsidR="001512C8" w:rsidRPr="00161078" w:rsidRDefault="001512C8">
            <w:pPr>
              <w:spacing w:before="20" w:after="20"/>
              <w:jc w:val="center"/>
              <w:rPr>
                <w:lang w:val="pl-PL"/>
              </w:rPr>
            </w:pPr>
          </w:p>
        </w:tc>
        <w:tc>
          <w:tcPr>
            <w:tcW w:w="1350" w:type="dxa"/>
            <w:vAlign w:val="center"/>
          </w:tcPr>
          <w:p w14:paraId="79FCA6E0" w14:textId="77777777" w:rsidR="001512C8" w:rsidRPr="00161078" w:rsidRDefault="001512C8">
            <w:pPr>
              <w:spacing w:before="20" w:after="20"/>
              <w:jc w:val="center"/>
              <w:rPr>
                <w:lang w:val="pl-PL"/>
              </w:rPr>
            </w:pPr>
          </w:p>
        </w:tc>
      </w:tr>
      <w:tr w:rsidR="001512C8" w:rsidRPr="00161078" w14:paraId="0D761508" w14:textId="77777777" w:rsidTr="00795294">
        <w:trPr>
          <w:jc w:val="center"/>
        </w:trPr>
        <w:tc>
          <w:tcPr>
            <w:tcW w:w="420" w:type="dxa"/>
            <w:vAlign w:val="center"/>
          </w:tcPr>
          <w:p w14:paraId="0AA5B7EE" w14:textId="77777777" w:rsidR="001512C8" w:rsidRPr="00161078" w:rsidRDefault="00443F1E">
            <w:pPr>
              <w:spacing w:before="20" w:after="20"/>
              <w:jc w:val="center"/>
              <w:rPr>
                <w:lang w:val="pl-PL"/>
              </w:rPr>
            </w:pPr>
            <w:permStart w:id="1947892513" w:edGrp="everyone" w:colFirst="5" w:colLast="5"/>
            <w:permStart w:id="208365137" w:edGrp="everyone" w:colFirst="6" w:colLast="6"/>
            <w:permStart w:id="902830939" w:edGrp="everyone" w:colFirst="7" w:colLast="7"/>
            <w:permStart w:id="235943739" w:edGrp="everyone" w:colFirst="8" w:colLast="8"/>
            <w:permStart w:id="668867636" w:edGrp="everyone" w:colFirst="9" w:colLast="9"/>
            <w:permEnd w:id="1818710047"/>
            <w:permEnd w:id="835913085"/>
            <w:permEnd w:id="1844324807"/>
            <w:permEnd w:id="558630452"/>
            <w:permEnd w:id="1638074146"/>
            <w:r w:rsidRPr="00161078">
              <w:rPr>
                <w:sz w:val="16"/>
                <w:lang w:val="pl-PL"/>
              </w:rPr>
              <w:t>31</w:t>
            </w:r>
          </w:p>
        </w:tc>
        <w:tc>
          <w:tcPr>
            <w:tcW w:w="4450" w:type="dxa"/>
            <w:vAlign w:val="center"/>
          </w:tcPr>
          <w:p w14:paraId="128DDBF0" w14:textId="77777777" w:rsidR="001512C8" w:rsidRPr="00161078" w:rsidRDefault="00443F1E">
            <w:pPr>
              <w:spacing w:before="20" w:after="20"/>
              <w:jc w:val="left"/>
              <w:rPr>
                <w:lang w:val="pl-PL"/>
              </w:rPr>
            </w:pPr>
            <w:proofErr w:type="spellStart"/>
            <w:r w:rsidRPr="00161078">
              <w:rPr>
                <w:sz w:val="16"/>
                <w:lang w:val="pl-PL"/>
              </w:rPr>
              <w:t>Lipofectamin</w:t>
            </w:r>
            <w:proofErr w:type="spellEnd"/>
          </w:p>
        </w:tc>
        <w:tc>
          <w:tcPr>
            <w:tcW w:w="1720" w:type="dxa"/>
            <w:vAlign w:val="center"/>
          </w:tcPr>
          <w:p w14:paraId="673B3BAF" w14:textId="77777777" w:rsidR="001512C8" w:rsidRPr="00161078" w:rsidRDefault="00443F1E">
            <w:pPr>
              <w:spacing w:before="20" w:after="20"/>
              <w:jc w:val="center"/>
              <w:rPr>
                <w:lang w:val="pl-PL"/>
              </w:rPr>
            </w:pPr>
            <w:r w:rsidRPr="00161078">
              <w:rPr>
                <w:sz w:val="16"/>
                <w:lang w:val="pl-PL"/>
              </w:rPr>
              <w:t>0,75ml</w:t>
            </w:r>
          </w:p>
        </w:tc>
        <w:tc>
          <w:tcPr>
            <w:tcW w:w="640" w:type="dxa"/>
            <w:vAlign w:val="center"/>
          </w:tcPr>
          <w:p w14:paraId="666D9CF0"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162A8067" w14:textId="77777777" w:rsidR="001512C8" w:rsidRPr="00161078" w:rsidRDefault="00056A14">
            <w:pPr>
              <w:spacing w:before="20" w:after="20"/>
              <w:jc w:val="center"/>
              <w:rPr>
                <w:lang w:val="pl-PL"/>
              </w:rPr>
            </w:pPr>
            <w:r>
              <w:rPr>
                <w:sz w:val="16"/>
                <w:lang w:val="pl-PL"/>
              </w:rPr>
              <w:t>1</w:t>
            </w:r>
          </w:p>
        </w:tc>
        <w:tc>
          <w:tcPr>
            <w:tcW w:w="1250" w:type="dxa"/>
            <w:vAlign w:val="center"/>
          </w:tcPr>
          <w:p w14:paraId="778CA164" w14:textId="77777777" w:rsidR="001512C8" w:rsidRPr="00161078" w:rsidRDefault="001512C8">
            <w:pPr>
              <w:spacing w:before="20" w:after="20"/>
              <w:jc w:val="center"/>
              <w:rPr>
                <w:lang w:val="pl-PL"/>
              </w:rPr>
            </w:pPr>
          </w:p>
        </w:tc>
        <w:tc>
          <w:tcPr>
            <w:tcW w:w="620" w:type="dxa"/>
            <w:vAlign w:val="center"/>
          </w:tcPr>
          <w:p w14:paraId="69187F73" w14:textId="77777777" w:rsidR="001512C8" w:rsidRPr="00161078" w:rsidRDefault="001512C8">
            <w:pPr>
              <w:spacing w:before="20" w:after="20"/>
              <w:jc w:val="center"/>
              <w:rPr>
                <w:lang w:val="pl-PL"/>
              </w:rPr>
            </w:pPr>
          </w:p>
        </w:tc>
        <w:tc>
          <w:tcPr>
            <w:tcW w:w="1250" w:type="dxa"/>
            <w:vAlign w:val="center"/>
          </w:tcPr>
          <w:p w14:paraId="6BDE3E02" w14:textId="77777777" w:rsidR="001512C8" w:rsidRPr="00161078" w:rsidRDefault="001512C8">
            <w:pPr>
              <w:spacing w:before="20" w:after="20"/>
              <w:jc w:val="center"/>
              <w:rPr>
                <w:lang w:val="pl-PL"/>
              </w:rPr>
            </w:pPr>
          </w:p>
        </w:tc>
        <w:tc>
          <w:tcPr>
            <w:tcW w:w="1350" w:type="dxa"/>
            <w:vAlign w:val="center"/>
          </w:tcPr>
          <w:p w14:paraId="47FDCDC2" w14:textId="77777777" w:rsidR="001512C8" w:rsidRPr="00161078" w:rsidRDefault="001512C8">
            <w:pPr>
              <w:spacing w:before="20" w:after="20"/>
              <w:jc w:val="center"/>
              <w:rPr>
                <w:lang w:val="pl-PL"/>
              </w:rPr>
            </w:pPr>
          </w:p>
        </w:tc>
        <w:tc>
          <w:tcPr>
            <w:tcW w:w="1350" w:type="dxa"/>
            <w:vAlign w:val="center"/>
          </w:tcPr>
          <w:p w14:paraId="6ECB6F34" w14:textId="77777777" w:rsidR="001512C8" w:rsidRPr="00161078" w:rsidRDefault="001512C8">
            <w:pPr>
              <w:spacing w:before="20" w:after="20"/>
              <w:jc w:val="center"/>
              <w:rPr>
                <w:lang w:val="pl-PL"/>
              </w:rPr>
            </w:pPr>
          </w:p>
        </w:tc>
      </w:tr>
      <w:tr w:rsidR="001512C8" w:rsidRPr="00161078" w14:paraId="4789060D" w14:textId="77777777" w:rsidTr="00795294">
        <w:trPr>
          <w:jc w:val="center"/>
        </w:trPr>
        <w:tc>
          <w:tcPr>
            <w:tcW w:w="420" w:type="dxa"/>
            <w:vAlign w:val="center"/>
          </w:tcPr>
          <w:p w14:paraId="06118031" w14:textId="77777777" w:rsidR="001512C8" w:rsidRPr="00161078" w:rsidRDefault="00443F1E">
            <w:pPr>
              <w:spacing w:before="20" w:after="20"/>
              <w:jc w:val="center"/>
              <w:rPr>
                <w:lang w:val="pl-PL"/>
              </w:rPr>
            </w:pPr>
            <w:permStart w:id="237382141" w:edGrp="everyone" w:colFirst="5" w:colLast="5"/>
            <w:permStart w:id="303786014" w:edGrp="everyone" w:colFirst="6" w:colLast="6"/>
            <w:permStart w:id="1019693569" w:edGrp="everyone" w:colFirst="7" w:colLast="7"/>
            <w:permStart w:id="429483035" w:edGrp="everyone" w:colFirst="8" w:colLast="8"/>
            <w:permStart w:id="1300638814" w:edGrp="everyone" w:colFirst="9" w:colLast="9"/>
            <w:permEnd w:id="1947892513"/>
            <w:permEnd w:id="208365137"/>
            <w:permEnd w:id="902830939"/>
            <w:permEnd w:id="235943739"/>
            <w:permEnd w:id="668867636"/>
            <w:r w:rsidRPr="00161078">
              <w:rPr>
                <w:sz w:val="16"/>
                <w:lang w:val="pl-PL"/>
              </w:rPr>
              <w:t>32</w:t>
            </w:r>
          </w:p>
        </w:tc>
        <w:tc>
          <w:tcPr>
            <w:tcW w:w="4450" w:type="dxa"/>
            <w:vAlign w:val="center"/>
          </w:tcPr>
          <w:p w14:paraId="686F98B0" w14:textId="77777777" w:rsidR="001512C8" w:rsidRPr="000E6009" w:rsidRDefault="00443F1E">
            <w:pPr>
              <w:spacing w:before="20" w:after="20"/>
              <w:jc w:val="left"/>
            </w:pPr>
            <w:proofErr w:type="spellStart"/>
            <w:r w:rsidRPr="000E6009">
              <w:rPr>
                <w:sz w:val="16"/>
              </w:rPr>
              <w:t>pHrodo</w:t>
            </w:r>
            <w:proofErr w:type="spellEnd"/>
            <w:r w:rsidRPr="000E6009">
              <w:rPr>
                <w:sz w:val="16"/>
              </w:rPr>
              <w:t xml:space="preserve">™ Green E. coli </w:t>
            </w:r>
            <w:proofErr w:type="spellStart"/>
            <w:r w:rsidRPr="000E6009">
              <w:rPr>
                <w:sz w:val="16"/>
              </w:rPr>
              <w:t>BioParticles</w:t>
            </w:r>
            <w:proofErr w:type="spellEnd"/>
            <w:r w:rsidRPr="000E6009">
              <w:rPr>
                <w:sz w:val="16"/>
              </w:rPr>
              <w:t>™ Conjugate for Phagocytosis</w:t>
            </w:r>
          </w:p>
        </w:tc>
        <w:tc>
          <w:tcPr>
            <w:tcW w:w="1720" w:type="dxa"/>
            <w:vAlign w:val="center"/>
          </w:tcPr>
          <w:p w14:paraId="1C417D51" w14:textId="77777777" w:rsidR="001512C8" w:rsidRPr="00161078" w:rsidRDefault="00443F1E">
            <w:pPr>
              <w:spacing w:before="20" w:after="20"/>
              <w:jc w:val="center"/>
              <w:rPr>
                <w:lang w:val="pl-PL"/>
              </w:rPr>
            </w:pPr>
            <w:r w:rsidRPr="00161078">
              <w:rPr>
                <w:sz w:val="16"/>
                <w:lang w:val="pl-PL"/>
              </w:rPr>
              <w:t xml:space="preserve">5x2 </w:t>
            </w:r>
            <w:proofErr w:type="spellStart"/>
            <w:r w:rsidRPr="00161078">
              <w:rPr>
                <w:sz w:val="16"/>
                <w:lang w:val="pl-PL"/>
              </w:rPr>
              <w:t>mg</w:t>
            </w:r>
            <w:proofErr w:type="spellEnd"/>
          </w:p>
        </w:tc>
        <w:tc>
          <w:tcPr>
            <w:tcW w:w="640" w:type="dxa"/>
            <w:vAlign w:val="center"/>
          </w:tcPr>
          <w:p w14:paraId="17715D0D"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730B8047" w14:textId="77777777" w:rsidR="001512C8" w:rsidRPr="00161078" w:rsidRDefault="00056A14">
            <w:pPr>
              <w:spacing w:before="20" w:after="20"/>
              <w:jc w:val="center"/>
              <w:rPr>
                <w:lang w:val="pl-PL"/>
              </w:rPr>
            </w:pPr>
            <w:r>
              <w:rPr>
                <w:sz w:val="16"/>
                <w:lang w:val="pl-PL"/>
              </w:rPr>
              <w:t>2</w:t>
            </w:r>
          </w:p>
        </w:tc>
        <w:tc>
          <w:tcPr>
            <w:tcW w:w="1250" w:type="dxa"/>
            <w:vAlign w:val="center"/>
          </w:tcPr>
          <w:p w14:paraId="1B452BB7" w14:textId="77777777" w:rsidR="001512C8" w:rsidRPr="00161078" w:rsidRDefault="001512C8">
            <w:pPr>
              <w:spacing w:before="20" w:after="20"/>
              <w:jc w:val="center"/>
              <w:rPr>
                <w:lang w:val="pl-PL"/>
              </w:rPr>
            </w:pPr>
          </w:p>
        </w:tc>
        <w:tc>
          <w:tcPr>
            <w:tcW w:w="620" w:type="dxa"/>
            <w:vAlign w:val="center"/>
          </w:tcPr>
          <w:p w14:paraId="47AAD223" w14:textId="77777777" w:rsidR="001512C8" w:rsidRPr="00161078" w:rsidRDefault="001512C8">
            <w:pPr>
              <w:spacing w:before="20" w:after="20"/>
              <w:jc w:val="center"/>
              <w:rPr>
                <w:lang w:val="pl-PL"/>
              </w:rPr>
            </w:pPr>
          </w:p>
        </w:tc>
        <w:tc>
          <w:tcPr>
            <w:tcW w:w="1250" w:type="dxa"/>
            <w:vAlign w:val="center"/>
          </w:tcPr>
          <w:p w14:paraId="7F4C6D91" w14:textId="77777777" w:rsidR="001512C8" w:rsidRPr="00161078" w:rsidRDefault="001512C8">
            <w:pPr>
              <w:spacing w:before="20" w:after="20"/>
              <w:jc w:val="center"/>
              <w:rPr>
                <w:lang w:val="pl-PL"/>
              </w:rPr>
            </w:pPr>
          </w:p>
        </w:tc>
        <w:tc>
          <w:tcPr>
            <w:tcW w:w="1350" w:type="dxa"/>
            <w:vAlign w:val="center"/>
          </w:tcPr>
          <w:p w14:paraId="32144040" w14:textId="77777777" w:rsidR="001512C8" w:rsidRPr="00161078" w:rsidRDefault="001512C8">
            <w:pPr>
              <w:spacing w:before="20" w:after="20"/>
              <w:jc w:val="center"/>
              <w:rPr>
                <w:lang w:val="pl-PL"/>
              </w:rPr>
            </w:pPr>
          </w:p>
        </w:tc>
        <w:tc>
          <w:tcPr>
            <w:tcW w:w="1350" w:type="dxa"/>
            <w:vAlign w:val="center"/>
          </w:tcPr>
          <w:p w14:paraId="4DF1925E" w14:textId="77777777" w:rsidR="001512C8" w:rsidRPr="00161078" w:rsidRDefault="001512C8">
            <w:pPr>
              <w:spacing w:before="20" w:after="20"/>
              <w:jc w:val="center"/>
              <w:rPr>
                <w:lang w:val="pl-PL"/>
              </w:rPr>
            </w:pPr>
          </w:p>
        </w:tc>
      </w:tr>
      <w:tr w:rsidR="001512C8" w:rsidRPr="00161078" w14:paraId="74468841" w14:textId="77777777" w:rsidTr="00795294">
        <w:trPr>
          <w:jc w:val="center"/>
        </w:trPr>
        <w:tc>
          <w:tcPr>
            <w:tcW w:w="420" w:type="dxa"/>
            <w:vAlign w:val="center"/>
          </w:tcPr>
          <w:p w14:paraId="6EB9FBC2" w14:textId="77777777" w:rsidR="001512C8" w:rsidRPr="00161078" w:rsidRDefault="00443F1E">
            <w:pPr>
              <w:spacing w:before="20" w:after="20"/>
              <w:jc w:val="center"/>
              <w:rPr>
                <w:lang w:val="pl-PL"/>
              </w:rPr>
            </w:pPr>
            <w:permStart w:id="1227969055" w:edGrp="everyone" w:colFirst="5" w:colLast="5"/>
            <w:permStart w:id="1405757511" w:edGrp="everyone" w:colFirst="6" w:colLast="6"/>
            <w:permStart w:id="1915626464" w:edGrp="everyone" w:colFirst="7" w:colLast="7"/>
            <w:permStart w:id="398206775" w:edGrp="everyone" w:colFirst="8" w:colLast="8"/>
            <w:permStart w:id="1221279449" w:edGrp="everyone" w:colFirst="9" w:colLast="9"/>
            <w:permEnd w:id="237382141"/>
            <w:permEnd w:id="303786014"/>
            <w:permEnd w:id="1019693569"/>
            <w:permEnd w:id="429483035"/>
            <w:permEnd w:id="1300638814"/>
            <w:r w:rsidRPr="00161078">
              <w:rPr>
                <w:sz w:val="16"/>
                <w:lang w:val="pl-PL"/>
              </w:rPr>
              <w:t>33</w:t>
            </w:r>
          </w:p>
        </w:tc>
        <w:tc>
          <w:tcPr>
            <w:tcW w:w="4450" w:type="dxa"/>
            <w:vAlign w:val="center"/>
          </w:tcPr>
          <w:p w14:paraId="6FFC35EA" w14:textId="77777777" w:rsidR="001512C8" w:rsidRPr="000E6009" w:rsidRDefault="00443F1E">
            <w:pPr>
              <w:spacing w:before="20" w:after="20"/>
              <w:jc w:val="left"/>
            </w:pPr>
            <w:proofErr w:type="spellStart"/>
            <w:r w:rsidRPr="000E6009">
              <w:rPr>
                <w:sz w:val="16"/>
              </w:rPr>
              <w:t>pHrodo</w:t>
            </w:r>
            <w:proofErr w:type="spellEnd"/>
            <w:r w:rsidRPr="000E6009">
              <w:rPr>
                <w:sz w:val="16"/>
              </w:rPr>
              <w:t>™ Deep Red Mammalian and Bacterial Cell Labeling Kit</w:t>
            </w:r>
          </w:p>
        </w:tc>
        <w:tc>
          <w:tcPr>
            <w:tcW w:w="1720" w:type="dxa"/>
            <w:vAlign w:val="center"/>
          </w:tcPr>
          <w:p w14:paraId="39AD3656" w14:textId="77777777" w:rsidR="001512C8" w:rsidRPr="00161078" w:rsidRDefault="00443F1E">
            <w:pPr>
              <w:spacing w:before="20" w:after="20"/>
              <w:jc w:val="center"/>
              <w:rPr>
                <w:lang w:val="pl-PL"/>
              </w:rPr>
            </w:pPr>
            <w:r w:rsidRPr="00161078">
              <w:rPr>
                <w:sz w:val="16"/>
                <w:lang w:val="pl-PL"/>
              </w:rPr>
              <w:t xml:space="preserve">Zestaw do znakowania komórek </w:t>
            </w:r>
            <w:proofErr w:type="spellStart"/>
            <w:r w:rsidRPr="00161078">
              <w:rPr>
                <w:sz w:val="16"/>
                <w:lang w:val="pl-PL"/>
              </w:rPr>
              <w:t>ssaczych</w:t>
            </w:r>
            <w:proofErr w:type="spellEnd"/>
            <w:r w:rsidRPr="00161078">
              <w:rPr>
                <w:sz w:val="16"/>
                <w:lang w:val="pl-PL"/>
              </w:rPr>
              <w:t xml:space="preserve"> i bakteryjnych barwnikiem </w:t>
            </w:r>
            <w:proofErr w:type="spellStart"/>
            <w:r w:rsidRPr="00161078">
              <w:rPr>
                <w:sz w:val="16"/>
                <w:lang w:val="pl-PL"/>
              </w:rPr>
              <w:t>Deep</w:t>
            </w:r>
            <w:proofErr w:type="spellEnd"/>
            <w:r w:rsidRPr="00161078">
              <w:rPr>
                <w:sz w:val="16"/>
                <w:lang w:val="pl-PL"/>
              </w:rPr>
              <w:t xml:space="preserve"> Red</w:t>
            </w:r>
          </w:p>
        </w:tc>
        <w:tc>
          <w:tcPr>
            <w:tcW w:w="640" w:type="dxa"/>
            <w:vAlign w:val="center"/>
          </w:tcPr>
          <w:p w14:paraId="450A6379" w14:textId="77777777" w:rsidR="001512C8" w:rsidRPr="00161078" w:rsidRDefault="00443F1E">
            <w:pPr>
              <w:spacing w:before="20" w:after="20"/>
              <w:jc w:val="center"/>
              <w:rPr>
                <w:lang w:val="pl-PL"/>
              </w:rPr>
            </w:pPr>
            <w:r w:rsidRPr="00161078">
              <w:rPr>
                <w:sz w:val="16"/>
                <w:lang w:val="pl-PL"/>
              </w:rPr>
              <w:t>zestaw</w:t>
            </w:r>
          </w:p>
        </w:tc>
        <w:tc>
          <w:tcPr>
            <w:tcW w:w="1260" w:type="dxa"/>
            <w:vAlign w:val="center"/>
          </w:tcPr>
          <w:p w14:paraId="3A96F7D1" w14:textId="77777777" w:rsidR="001512C8" w:rsidRPr="00161078" w:rsidRDefault="00056A14">
            <w:pPr>
              <w:spacing w:before="20" w:after="20"/>
              <w:jc w:val="center"/>
              <w:rPr>
                <w:lang w:val="pl-PL"/>
              </w:rPr>
            </w:pPr>
            <w:r>
              <w:rPr>
                <w:sz w:val="16"/>
                <w:lang w:val="pl-PL"/>
              </w:rPr>
              <w:t>2</w:t>
            </w:r>
          </w:p>
        </w:tc>
        <w:tc>
          <w:tcPr>
            <w:tcW w:w="1250" w:type="dxa"/>
            <w:vAlign w:val="center"/>
          </w:tcPr>
          <w:p w14:paraId="4CADE51E" w14:textId="77777777" w:rsidR="001512C8" w:rsidRPr="00161078" w:rsidRDefault="001512C8">
            <w:pPr>
              <w:spacing w:before="20" w:after="20"/>
              <w:jc w:val="center"/>
              <w:rPr>
                <w:lang w:val="pl-PL"/>
              </w:rPr>
            </w:pPr>
          </w:p>
        </w:tc>
        <w:tc>
          <w:tcPr>
            <w:tcW w:w="620" w:type="dxa"/>
            <w:vAlign w:val="center"/>
          </w:tcPr>
          <w:p w14:paraId="463B81B8" w14:textId="77777777" w:rsidR="001512C8" w:rsidRPr="00161078" w:rsidRDefault="001512C8">
            <w:pPr>
              <w:spacing w:before="20" w:after="20"/>
              <w:jc w:val="center"/>
              <w:rPr>
                <w:lang w:val="pl-PL"/>
              </w:rPr>
            </w:pPr>
          </w:p>
        </w:tc>
        <w:tc>
          <w:tcPr>
            <w:tcW w:w="1250" w:type="dxa"/>
            <w:vAlign w:val="center"/>
          </w:tcPr>
          <w:p w14:paraId="73EC572B" w14:textId="77777777" w:rsidR="001512C8" w:rsidRPr="00161078" w:rsidRDefault="001512C8">
            <w:pPr>
              <w:spacing w:before="20" w:after="20"/>
              <w:jc w:val="center"/>
              <w:rPr>
                <w:lang w:val="pl-PL"/>
              </w:rPr>
            </w:pPr>
          </w:p>
        </w:tc>
        <w:tc>
          <w:tcPr>
            <w:tcW w:w="1350" w:type="dxa"/>
            <w:vAlign w:val="center"/>
          </w:tcPr>
          <w:p w14:paraId="4CD8F8F8" w14:textId="77777777" w:rsidR="001512C8" w:rsidRPr="00161078" w:rsidRDefault="001512C8">
            <w:pPr>
              <w:spacing w:before="20" w:after="20"/>
              <w:jc w:val="center"/>
              <w:rPr>
                <w:lang w:val="pl-PL"/>
              </w:rPr>
            </w:pPr>
          </w:p>
        </w:tc>
        <w:tc>
          <w:tcPr>
            <w:tcW w:w="1350" w:type="dxa"/>
            <w:vAlign w:val="center"/>
          </w:tcPr>
          <w:p w14:paraId="3AD40EBF" w14:textId="77777777" w:rsidR="001512C8" w:rsidRPr="00161078" w:rsidRDefault="001512C8">
            <w:pPr>
              <w:spacing w:before="20" w:after="20"/>
              <w:jc w:val="center"/>
              <w:rPr>
                <w:lang w:val="pl-PL"/>
              </w:rPr>
            </w:pPr>
          </w:p>
        </w:tc>
      </w:tr>
      <w:tr w:rsidR="001512C8" w:rsidRPr="00161078" w14:paraId="4BD9BC84" w14:textId="77777777" w:rsidTr="00795294">
        <w:trPr>
          <w:jc w:val="center"/>
        </w:trPr>
        <w:tc>
          <w:tcPr>
            <w:tcW w:w="420" w:type="dxa"/>
            <w:vAlign w:val="center"/>
          </w:tcPr>
          <w:p w14:paraId="50E621C5" w14:textId="77777777" w:rsidR="001512C8" w:rsidRPr="00161078" w:rsidRDefault="00443F1E">
            <w:pPr>
              <w:spacing w:before="20" w:after="20"/>
              <w:jc w:val="center"/>
              <w:rPr>
                <w:lang w:val="pl-PL"/>
              </w:rPr>
            </w:pPr>
            <w:permStart w:id="1319657693" w:edGrp="everyone" w:colFirst="5" w:colLast="5"/>
            <w:permStart w:id="1884046516" w:edGrp="everyone" w:colFirst="6" w:colLast="6"/>
            <w:permStart w:id="635201870" w:edGrp="everyone" w:colFirst="7" w:colLast="7"/>
            <w:permStart w:id="126562957" w:edGrp="everyone" w:colFirst="8" w:colLast="8"/>
            <w:permStart w:id="1294994607" w:edGrp="everyone" w:colFirst="9" w:colLast="9"/>
            <w:permEnd w:id="1227969055"/>
            <w:permEnd w:id="1405757511"/>
            <w:permEnd w:id="1915626464"/>
            <w:permEnd w:id="398206775"/>
            <w:permEnd w:id="1221279449"/>
            <w:r w:rsidRPr="00161078">
              <w:rPr>
                <w:sz w:val="16"/>
                <w:lang w:val="pl-PL"/>
              </w:rPr>
              <w:t>34</w:t>
            </w:r>
          </w:p>
        </w:tc>
        <w:tc>
          <w:tcPr>
            <w:tcW w:w="4450" w:type="dxa"/>
            <w:vAlign w:val="center"/>
          </w:tcPr>
          <w:p w14:paraId="27AA5BA8" w14:textId="77777777" w:rsidR="001512C8" w:rsidRPr="000E6009" w:rsidRDefault="00443F1E">
            <w:pPr>
              <w:spacing w:before="20" w:after="20"/>
              <w:jc w:val="left"/>
            </w:pPr>
            <w:r w:rsidRPr="000E6009">
              <w:rPr>
                <w:sz w:val="16"/>
              </w:rPr>
              <w:t xml:space="preserve">Human IL-6 ELISA Kit (1.56-100 </w:t>
            </w:r>
            <w:proofErr w:type="spellStart"/>
            <w:r w:rsidRPr="000E6009">
              <w:rPr>
                <w:sz w:val="16"/>
              </w:rPr>
              <w:t>pg</w:t>
            </w:r>
            <w:proofErr w:type="spellEnd"/>
            <w:r w:rsidRPr="000E6009">
              <w:rPr>
                <w:sz w:val="16"/>
              </w:rPr>
              <w:t>/mL)</w:t>
            </w:r>
          </w:p>
        </w:tc>
        <w:tc>
          <w:tcPr>
            <w:tcW w:w="1720" w:type="dxa"/>
            <w:vAlign w:val="center"/>
          </w:tcPr>
          <w:p w14:paraId="4D8B14BF" w14:textId="77777777" w:rsidR="001512C8" w:rsidRPr="00161078" w:rsidRDefault="00443F1E">
            <w:pPr>
              <w:spacing w:before="20" w:after="20"/>
              <w:jc w:val="center"/>
              <w:rPr>
                <w:lang w:val="pl-PL"/>
              </w:rPr>
            </w:pPr>
            <w:r w:rsidRPr="00161078">
              <w:rPr>
                <w:sz w:val="16"/>
                <w:lang w:val="pl-PL"/>
              </w:rPr>
              <w:t>96 reakcji</w:t>
            </w:r>
          </w:p>
        </w:tc>
        <w:tc>
          <w:tcPr>
            <w:tcW w:w="640" w:type="dxa"/>
            <w:vAlign w:val="center"/>
          </w:tcPr>
          <w:p w14:paraId="6BA7BF9F" w14:textId="77777777" w:rsidR="001512C8" w:rsidRPr="00161078" w:rsidRDefault="00443F1E">
            <w:pPr>
              <w:spacing w:before="20" w:after="20"/>
              <w:jc w:val="center"/>
              <w:rPr>
                <w:lang w:val="pl-PL"/>
              </w:rPr>
            </w:pPr>
            <w:r w:rsidRPr="00161078">
              <w:rPr>
                <w:sz w:val="16"/>
                <w:lang w:val="pl-PL"/>
              </w:rPr>
              <w:t>zestaw</w:t>
            </w:r>
          </w:p>
        </w:tc>
        <w:tc>
          <w:tcPr>
            <w:tcW w:w="1260" w:type="dxa"/>
            <w:vAlign w:val="center"/>
          </w:tcPr>
          <w:p w14:paraId="1D6F279B" w14:textId="77777777" w:rsidR="001512C8" w:rsidRPr="00161078" w:rsidRDefault="00056A14">
            <w:pPr>
              <w:spacing w:before="20" w:after="20"/>
              <w:jc w:val="center"/>
              <w:rPr>
                <w:lang w:val="pl-PL"/>
              </w:rPr>
            </w:pPr>
            <w:r>
              <w:rPr>
                <w:sz w:val="16"/>
                <w:lang w:val="pl-PL"/>
              </w:rPr>
              <w:t>2</w:t>
            </w:r>
          </w:p>
        </w:tc>
        <w:tc>
          <w:tcPr>
            <w:tcW w:w="1250" w:type="dxa"/>
            <w:vAlign w:val="center"/>
          </w:tcPr>
          <w:p w14:paraId="4C4F2E10" w14:textId="77777777" w:rsidR="001512C8" w:rsidRPr="00161078" w:rsidRDefault="001512C8">
            <w:pPr>
              <w:spacing w:before="20" w:after="20"/>
              <w:jc w:val="center"/>
              <w:rPr>
                <w:lang w:val="pl-PL"/>
              </w:rPr>
            </w:pPr>
          </w:p>
        </w:tc>
        <w:tc>
          <w:tcPr>
            <w:tcW w:w="620" w:type="dxa"/>
            <w:vAlign w:val="center"/>
          </w:tcPr>
          <w:p w14:paraId="14A703F7" w14:textId="77777777" w:rsidR="001512C8" w:rsidRPr="00161078" w:rsidRDefault="001512C8">
            <w:pPr>
              <w:spacing w:before="20" w:after="20"/>
              <w:jc w:val="center"/>
              <w:rPr>
                <w:lang w:val="pl-PL"/>
              </w:rPr>
            </w:pPr>
          </w:p>
        </w:tc>
        <w:tc>
          <w:tcPr>
            <w:tcW w:w="1250" w:type="dxa"/>
            <w:vAlign w:val="center"/>
          </w:tcPr>
          <w:p w14:paraId="664FE0A3" w14:textId="77777777" w:rsidR="001512C8" w:rsidRPr="00161078" w:rsidRDefault="001512C8">
            <w:pPr>
              <w:spacing w:before="20" w:after="20"/>
              <w:jc w:val="center"/>
              <w:rPr>
                <w:lang w:val="pl-PL"/>
              </w:rPr>
            </w:pPr>
          </w:p>
        </w:tc>
        <w:tc>
          <w:tcPr>
            <w:tcW w:w="1350" w:type="dxa"/>
            <w:vAlign w:val="center"/>
          </w:tcPr>
          <w:p w14:paraId="2169B91D" w14:textId="77777777" w:rsidR="001512C8" w:rsidRPr="00161078" w:rsidRDefault="001512C8">
            <w:pPr>
              <w:spacing w:before="20" w:after="20"/>
              <w:jc w:val="center"/>
              <w:rPr>
                <w:lang w:val="pl-PL"/>
              </w:rPr>
            </w:pPr>
          </w:p>
        </w:tc>
        <w:tc>
          <w:tcPr>
            <w:tcW w:w="1350" w:type="dxa"/>
            <w:vAlign w:val="center"/>
          </w:tcPr>
          <w:p w14:paraId="6FEF5696" w14:textId="77777777" w:rsidR="001512C8" w:rsidRPr="00161078" w:rsidRDefault="001512C8">
            <w:pPr>
              <w:spacing w:before="20" w:after="20"/>
              <w:jc w:val="center"/>
              <w:rPr>
                <w:lang w:val="pl-PL"/>
              </w:rPr>
            </w:pPr>
          </w:p>
        </w:tc>
      </w:tr>
      <w:tr w:rsidR="001512C8" w:rsidRPr="00161078" w14:paraId="051C521C" w14:textId="77777777" w:rsidTr="00795294">
        <w:trPr>
          <w:jc w:val="center"/>
        </w:trPr>
        <w:tc>
          <w:tcPr>
            <w:tcW w:w="420" w:type="dxa"/>
            <w:vAlign w:val="center"/>
          </w:tcPr>
          <w:p w14:paraId="7B21EFE3" w14:textId="77777777" w:rsidR="001512C8" w:rsidRPr="00161078" w:rsidRDefault="00443F1E">
            <w:pPr>
              <w:spacing w:before="20" w:after="20"/>
              <w:jc w:val="center"/>
              <w:rPr>
                <w:lang w:val="pl-PL"/>
              </w:rPr>
            </w:pPr>
            <w:permStart w:id="769882991" w:edGrp="everyone" w:colFirst="5" w:colLast="5"/>
            <w:permStart w:id="1183197745" w:edGrp="everyone" w:colFirst="6" w:colLast="6"/>
            <w:permStart w:id="218051630" w:edGrp="everyone" w:colFirst="7" w:colLast="7"/>
            <w:permStart w:id="435634030" w:edGrp="everyone" w:colFirst="8" w:colLast="8"/>
            <w:permStart w:id="2140423479" w:edGrp="everyone" w:colFirst="9" w:colLast="9"/>
            <w:permEnd w:id="1319657693"/>
            <w:permEnd w:id="1884046516"/>
            <w:permEnd w:id="635201870"/>
            <w:permEnd w:id="126562957"/>
            <w:permEnd w:id="1294994607"/>
            <w:r w:rsidRPr="00161078">
              <w:rPr>
                <w:sz w:val="16"/>
                <w:lang w:val="pl-PL"/>
              </w:rPr>
              <w:t>35</w:t>
            </w:r>
          </w:p>
        </w:tc>
        <w:tc>
          <w:tcPr>
            <w:tcW w:w="4450" w:type="dxa"/>
            <w:vAlign w:val="center"/>
          </w:tcPr>
          <w:p w14:paraId="5FFCD2CC" w14:textId="77777777" w:rsidR="001512C8" w:rsidRPr="00161078" w:rsidRDefault="00443F1E">
            <w:pPr>
              <w:spacing w:before="20" w:after="20"/>
              <w:jc w:val="left"/>
              <w:rPr>
                <w:lang w:val="pl-PL"/>
              </w:rPr>
            </w:pPr>
            <w:proofErr w:type="spellStart"/>
            <w:r w:rsidRPr="00161078">
              <w:rPr>
                <w:sz w:val="16"/>
                <w:lang w:val="pl-PL"/>
              </w:rPr>
              <w:t>CyQUANT</w:t>
            </w:r>
            <w:proofErr w:type="spellEnd"/>
            <w:r w:rsidRPr="00161078">
              <w:rPr>
                <w:sz w:val="16"/>
                <w:lang w:val="pl-PL"/>
              </w:rPr>
              <w:t xml:space="preserve">™ LDH </w:t>
            </w:r>
            <w:proofErr w:type="spellStart"/>
            <w:r w:rsidRPr="00161078">
              <w:rPr>
                <w:sz w:val="16"/>
                <w:lang w:val="pl-PL"/>
              </w:rPr>
              <w:t>Cytotoxicity</w:t>
            </w:r>
            <w:proofErr w:type="spellEnd"/>
            <w:r w:rsidRPr="00161078">
              <w:rPr>
                <w:sz w:val="16"/>
                <w:lang w:val="pl-PL"/>
              </w:rPr>
              <w:t xml:space="preserve"> </w:t>
            </w:r>
            <w:proofErr w:type="spellStart"/>
            <w:r w:rsidRPr="00161078">
              <w:rPr>
                <w:sz w:val="16"/>
                <w:lang w:val="pl-PL"/>
              </w:rPr>
              <w:t>Assay</w:t>
            </w:r>
            <w:proofErr w:type="spellEnd"/>
          </w:p>
        </w:tc>
        <w:tc>
          <w:tcPr>
            <w:tcW w:w="1720" w:type="dxa"/>
            <w:vAlign w:val="center"/>
          </w:tcPr>
          <w:p w14:paraId="012FB55A" w14:textId="77777777" w:rsidR="001512C8" w:rsidRPr="00161078" w:rsidRDefault="00443F1E">
            <w:pPr>
              <w:spacing w:before="20" w:after="20"/>
              <w:jc w:val="center"/>
              <w:rPr>
                <w:lang w:val="pl-PL"/>
              </w:rPr>
            </w:pPr>
            <w:r w:rsidRPr="00161078">
              <w:rPr>
                <w:sz w:val="16"/>
                <w:lang w:val="pl-PL"/>
              </w:rPr>
              <w:t>1000 reakcji</w:t>
            </w:r>
          </w:p>
        </w:tc>
        <w:tc>
          <w:tcPr>
            <w:tcW w:w="640" w:type="dxa"/>
            <w:vAlign w:val="center"/>
          </w:tcPr>
          <w:p w14:paraId="1E4CFDFC" w14:textId="77777777" w:rsidR="001512C8" w:rsidRPr="00161078" w:rsidRDefault="00443F1E">
            <w:pPr>
              <w:spacing w:before="20" w:after="20"/>
              <w:jc w:val="center"/>
              <w:rPr>
                <w:lang w:val="pl-PL"/>
              </w:rPr>
            </w:pPr>
            <w:r w:rsidRPr="00161078">
              <w:rPr>
                <w:sz w:val="16"/>
                <w:lang w:val="pl-PL"/>
              </w:rPr>
              <w:t>zestaw</w:t>
            </w:r>
          </w:p>
        </w:tc>
        <w:tc>
          <w:tcPr>
            <w:tcW w:w="1260" w:type="dxa"/>
            <w:vAlign w:val="center"/>
          </w:tcPr>
          <w:p w14:paraId="0AB8808C" w14:textId="442C7EE8" w:rsidR="001512C8" w:rsidRPr="00161078" w:rsidRDefault="00056A14">
            <w:pPr>
              <w:spacing w:before="20" w:after="20"/>
              <w:jc w:val="center"/>
              <w:rPr>
                <w:lang w:val="pl-PL"/>
              </w:rPr>
            </w:pPr>
            <w:r>
              <w:rPr>
                <w:sz w:val="16"/>
                <w:lang w:val="pl-PL"/>
              </w:rPr>
              <w:t>1</w:t>
            </w:r>
            <w:r w:rsidR="00C87D0C">
              <w:rPr>
                <w:sz w:val="16"/>
                <w:lang w:val="pl-PL"/>
              </w:rPr>
              <w:t>5</w:t>
            </w:r>
          </w:p>
        </w:tc>
        <w:tc>
          <w:tcPr>
            <w:tcW w:w="1250" w:type="dxa"/>
            <w:vAlign w:val="center"/>
          </w:tcPr>
          <w:p w14:paraId="63282B39" w14:textId="77777777" w:rsidR="001512C8" w:rsidRPr="00161078" w:rsidRDefault="001512C8">
            <w:pPr>
              <w:spacing w:before="20" w:after="20"/>
              <w:jc w:val="center"/>
              <w:rPr>
                <w:lang w:val="pl-PL"/>
              </w:rPr>
            </w:pPr>
          </w:p>
        </w:tc>
        <w:tc>
          <w:tcPr>
            <w:tcW w:w="620" w:type="dxa"/>
            <w:vAlign w:val="center"/>
          </w:tcPr>
          <w:p w14:paraId="170F2049" w14:textId="77777777" w:rsidR="001512C8" w:rsidRPr="00161078" w:rsidRDefault="001512C8">
            <w:pPr>
              <w:spacing w:before="20" w:after="20"/>
              <w:jc w:val="center"/>
              <w:rPr>
                <w:lang w:val="pl-PL"/>
              </w:rPr>
            </w:pPr>
          </w:p>
        </w:tc>
        <w:tc>
          <w:tcPr>
            <w:tcW w:w="1250" w:type="dxa"/>
            <w:vAlign w:val="center"/>
          </w:tcPr>
          <w:p w14:paraId="3A5641F9" w14:textId="77777777" w:rsidR="001512C8" w:rsidRPr="00161078" w:rsidRDefault="001512C8">
            <w:pPr>
              <w:spacing w:before="20" w:after="20"/>
              <w:jc w:val="center"/>
              <w:rPr>
                <w:lang w:val="pl-PL"/>
              </w:rPr>
            </w:pPr>
          </w:p>
        </w:tc>
        <w:tc>
          <w:tcPr>
            <w:tcW w:w="1350" w:type="dxa"/>
            <w:vAlign w:val="center"/>
          </w:tcPr>
          <w:p w14:paraId="1A2DC2CE" w14:textId="77777777" w:rsidR="001512C8" w:rsidRPr="00161078" w:rsidRDefault="001512C8">
            <w:pPr>
              <w:spacing w:before="20" w:after="20"/>
              <w:jc w:val="center"/>
              <w:rPr>
                <w:lang w:val="pl-PL"/>
              </w:rPr>
            </w:pPr>
          </w:p>
        </w:tc>
        <w:tc>
          <w:tcPr>
            <w:tcW w:w="1350" w:type="dxa"/>
            <w:vAlign w:val="center"/>
          </w:tcPr>
          <w:p w14:paraId="6897080A" w14:textId="77777777" w:rsidR="001512C8" w:rsidRPr="00161078" w:rsidRDefault="001512C8">
            <w:pPr>
              <w:spacing w:before="20" w:after="20"/>
              <w:jc w:val="center"/>
              <w:rPr>
                <w:lang w:val="pl-PL"/>
              </w:rPr>
            </w:pPr>
          </w:p>
        </w:tc>
      </w:tr>
      <w:tr w:rsidR="001512C8" w:rsidRPr="00161078" w14:paraId="283CF58D" w14:textId="77777777" w:rsidTr="00795294">
        <w:trPr>
          <w:jc w:val="center"/>
        </w:trPr>
        <w:tc>
          <w:tcPr>
            <w:tcW w:w="420" w:type="dxa"/>
            <w:vAlign w:val="center"/>
          </w:tcPr>
          <w:p w14:paraId="2A86B3EC" w14:textId="77777777" w:rsidR="001512C8" w:rsidRPr="00161078" w:rsidRDefault="00443F1E">
            <w:pPr>
              <w:spacing w:before="20" w:after="20"/>
              <w:jc w:val="center"/>
              <w:rPr>
                <w:lang w:val="pl-PL"/>
              </w:rPr>
            </w:pPr>
            <w:permStart w:id="462492463" w:edGrp="everyone" w:colFirst="5" w:colLast="5"/>
            <w:permStart w:id="25902333" w:edGrp="everyone" w:colFirst="6" w:colLast="6"/>
            <w:permStart w:id="668034379" w:edGrp="everyone" w:colFirst="7" w:colLast="7"/>
            <w:permStart w:id="1530676584" w:edGrp="everyone" w:colFirst="8" w:colLast="8"/>
            <w:permStart w:id="116869671" w:edGrp="everyone" w:colFirst="9" w:colLast="9"/>
            <w:permEnd w:id="769882991"/>
            <w:permEnd w:id="1183197745"/>
            <w:permEnd w:id="218051630"/>
            <w:permEnd w:id="435634030"/>
            <w:permEnd w:id="2140423479"/>
            <w:r w:rsidRPr="00161078">
              <w:rPr>
                <w:sz w:val="16"/>
                <w:lang w:val="pl-PL"/>
              </w:rPr>
              <w:t>36</w:t>
            </w:r>
          </w:p>
        </w:tc>
        <w:tc>
          <w:tcPr>
            <w:tcW w:w="4450" w:type="dxa"/>
            <w:vAlign w:val="center"/>
          </w:tcPr>
          <w:p w14:paraId="0CB11D9C" w14:textId="77777777" w:rsidR="001512C8" w:rsidRPr="00161078" w:rsidRDefault="00443F1E">
            <w:pPr>
              <w:spacing w:before="20" w:after="20"/>
              <w:jc w:val="left"/>
              <w:rPr>
                <w:lang w:val="pl-PL"/>
              </w:rPr>
            </w:pPr>
            <w:r w:rsidRPr="00161078">
              <w:rPr>
                <w:sz w:val="16"/>
                <w:lang w:val="pl-PL"/>
              </w:rPr>
              <w:t>HEPES (1M)</w:t>
            </w:r>
          </w:p>
        </w:tc>
        <w:tc>
          <w:tcPr>
            <w:tcW w:w="1720" w:type="dxa"/>
            <w:vAlign w:val="center"/>
          </w:tcPr>
          <w:p w14:paraId="01C997FB" w14:textId="77777777" w:rsidR="001512C8" w:rsidRPr="00161078" w:rsidRDefault="00443F1E">
            <w:pPr>
              <w:spacing w:before="20" w:after="20"/>
              <w:jc w:val="center"/>
              <w:rPr>
                <w:lang w:val="pl-PL"/>
              </w:rPr>
            </w:pPr>
            <w:r w:rsidRPr="00161078">
              <w:rPr>
                <w:sz w:val="16"/>
                <w:lang w:val="pl-PL"/>
              </w:rPr>
              <w:t xml:space="preserve">100 </w:t>
            </w:r>
            <w:proofErr w:type="spellStart"/>
            <w:r w:rsidRPr="00161078">
              <w:rPr>
                <w:sz w:val="16"/>
                <w:lang w:val="pl-PL"/>
              </w:rPr>
              <w:t>mL</w:t>
            </w:r>
            <w:proofErr w:type="spellEnd"/>
          </w:p>
        </w:tc>
        <w:tc>
          <w:tcPr>
            <w:tcW w:w="640" w:type="dxa"/>
            <w:vAlign w:val="center"/>
          </w:tcPr>
          <w:p w14:paraId="2DD83567"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5A857341" w14:textId="77777777" w:rsidR="001512C8" w:rsidRPr="00161078" w:rsidRDefault="00056A14">
            <w:pPr>
              <w:spacing w:before="20" w:after="20"/>
              <w:jc w:val="center"/>
              <w:rPr>
                <w:lang w:val="pl-PL"/>
              </w:rPr>
            </w:pPr>
            <w:r>
              <w:rPr>
                <w:sz w:val="16"/>
                <w:lang w:val="pl-PL"/>
              </w:rPr>
              <w:t>5</w:t>
            </w:r>
          </w:p>
        </w:tc>
        <w:tc>
          <w:tcPr>
            <w:tcW w:w="1250" w:type="dxa"/>
            <w:vAlign w:val="center"/>
          </w:tcPr>
          <w:p w14:paraId="4CA3765B" w14:textId="77777777" w:rsidR="001512C8" w:rsidRPr="00161078" w:rsidRDefault="001512C8">
            <w:pPr>
              <w:spacing w:before="20" w:after="20"/>
              <w:jc w:val="center"/>
              <w:rPr>
                <w:lang w:val="pl-PL"/>
              </w:rPr>
            </w:pPr>
          </w:p>
        </w:tc>
        <w:tc>
          <w:tcPr>
            <w:tcW w:w="620" w:type="dxa"/>
            <w:vAlign w:val="center"/>
          </w:tcPr>
          <w:p w14:paraId="3600508F" w14:textId="77777777" w:rsidR="001512C8" w:rsidRPr="00161078" w:rsidRDefault="001512C8">
            <w:pPr>
              <w:spacing w:before="20" w:after="20"/>
              <w:jc w:val="center"/>
              <w:rPr>
                <w:lang w:val="pl-PL"/>
              </w:rPr>
            </w:pPr>
          </w:p>
        </w:tc>
        <w:tc>
          <w:tcPr>
            <w:tcW w:w="1250" w:type="dxa"/>
            <w:vAlign w:val="center"/>
          </w:tcPr>
          <w:p w14:paraId="451F4D13" w14:textId="77777777" w:rsidR="001512C8" w:rsidRPr="00161078" w:rsidRDefault="001512C8">
            <w:pPr>
              <w:spacing w:before="20" w:after="20"/>
              <w:jc w:val="center"/>
              <w:rPr>
                <w:lang w:val="pl-PL"/>
              </w:rPr>
            </w:pPr>
          </w:p>
        </w:tc>
        <w:tc>
          <w:tcPr>
            <w:tcW w:w="1350" w:type="dxa"/>
            <w:vAlign w:val="center"/>
          </w:tcPr>
          <w:p w14:paraId="5CDCA48C" w14:textId="77777777" w:rsidR="001512C8" w:rsidRPr="00161078" w:rsidRDefault="001512C8">
            <w:pPr>
              <w:spacing w:before="20" w:after="20"/>
              <w:jc w:val="center"/>
              <w:rPr>
                <w:lang w:val="pl-PL"/>
              </w:rPr>
            </w:pPr>
          </w:p>
        </w:tc>
        <w:tc>
          <w:tcPr>
            <w:tcW w:w="1350" w:type="dxa"/>
            <w:vAlign w:val="center"/>
          </w:tcPr>
          <w:p w14:paraId="17A1761D" w14:textId="77777777" w:rsidR="001512C8" w:rsidRPr="00161078" w:rsidRDefault="001512C8">
            <w:pPr>
              <w:spacing w:before="20" w:after="20"/>
              <w:jc w:val="center"/>
              <w:rPr>
                <w:lang w:val="pl-PL"/>
              </w:rPr>
            </w:pPr>
          </w:p>
        </w:tc>
      </w:tr>
      <w:tr w:rsidR="001512C8" w:rsidRPr="00161078" w14:paraId="3F485FED" w14:textId="77777777" w:rsidTr="00795294">
        <w:trPr>
          <w:jc w:val="center"/>
        </w:trPr>
        <w:tc>
          <w:tcPr>
            <w:tcW w:w="420" w:type="dxa"/>
            <w:vAlign w:val="center"/>
          </w:tcPr>
          <w:p w14:paraId="45A4F2D8" w14:textId="77777777" w:rsidR="001512C8" w:rsidRPr="00161078" w:rsidRDefault="00443F1E">
            <w:pPr>
              <w:spacing w:before="20" w:after="20"/>
              <w:jc w:val="center"/>
              <w:rPr>
                <w:lang w:val="pl-PL"/>
              </w:rPr>
            </w:pPr>
            <w:permStart w:id="1322210261" w:edGrp="everyone" w:colFirst="5" w:colLast="5"/>
            <w:permStart w:id="754981450" w:edGrp="everyone" w:colFirst="6" w:colLast="6"/>
            <w:permStart w:id="302653698" w:edGrp="everyone" w:colFirst="7" w:colLast="7"/>
            <w:permStart w:id="1844528421" w:edGrp="everyone" w:colFirst="8" w:colLast="8"/>
            <w:permStart w:id="1867911318" w:edGrp="everyone" w:colFirst="9" w:colLast="9"/>
            <w:permEnd w:id="462492463"/>
            <w:permEnd w:id="25902333"/>
            <w:permEnd w:id="668034379"/>
            <w:permEnd w:id="1530676584"/>
            <w:permEnd w:id="116869671"/>
            <w:r w:rsidRPr="00161078">
              <w:rPr>
                <w:sz w:val="16"/>
                <w:lang w:val="pl-PL"/>
              </w:rPr>
              <w:t>37</w:t>
            </w:r>
          </w:p>
        </w:tc>
        <w:tc>
          <w:tcPr>
            <w:tcW w:w="4450" w:type="dxa"/>
            <w:vAlign w:val="center"/>
          </w:tcPr>
          <w:p w14:paraId="64053364" w14:textId="77777777" w:rsidR="001512C8" w:rsidRPr="000E6009" w:rsidRDefault="00443F1E">
            <w:pPr>
              <w:spacing w:before="20" w:after="20"/>
              <w:jc w:val="left"/>
            </w:pPr>
            <w:r w:rsidRPr="000E6009">
              <w:rPr>
                <w:sz w:val="16"/>
              </w:rPr>
              <w:t xml:space="preserve">CTS™ Detachable </w:t>
            </w:r>
            <w:proofErr w:type="spellStart"/>
            <w:r w:rsidRPr="000E6009">
              <w:rPr>
                <w:sz w:val="16"/>
              </w:rPr>
              <w:t>Dynabeads</w:t>
            </w:r>
            <w:proofErr w:type="spellEnd"/>
            <w:r w:rsidRPr="000E6009">
              <w:rPr>
                <w:sz w:val="16"/>
              </w:rPr>
              <w:t>™ CD3/CD28</w:t>
            </w:r>
          </w:p>
        </w:tc>
        <w:tc>
          <w:tcPr>
            <w:tcW w:w="1720" w:type="dxa"/>
            <w:vAlign w:val="center"/>
          </w:tcPr>
          <w:p w14:paraId="369164E3" w14:textId="77777777" w:rsidR="001512C8" w:rsidRPr="00161078" w:rsidRDefault="00443F1E">
            <w:pPr>
              <w:spacing w:before="20" w:after="20"/>
              <w:jc w:val="center"/>
              <w:rPr>
                <w:lang w:val="pl-PL"/>
              </w:rPr>
            </w:pPr>
            <w:r w:rsidRPr="00161078">
              <w:rPr>
                <w:sz w:val="16"/>
                <w:lang w:val="pl-PL"/>
              </w:rPr>
              <w:t>10ml</w:t>
            </w:r>
          </w:p>
        </w:tc>
        <w:tc>
          <w:tcPr>
            <w:tcW w:w="640" w:type="dxa"/>
            <w:vAlign w:val="center"/>
          </w:tcPr>
          <w:p w14:paraId="02D81EFA"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8290D60" w14:textId="77777777" w:rsidR="001512C8" w:rsidRPr="00161078" w:rsidRDefault="00056A14">
            <w:pPr>
              <w:spacing w:before="20" w:after="20"/>
              <w:jc w:val="center"/>
              <w:rPr>
                <w:lang w:val="pl-PL"/>
              </w:rPr>
            </w:pPr>
            <w:r>
              <w:rPr>
                <w:sz w:val="16"/>
                <w:lang w:val="pl-PL"/>
              </w:rPr>
              <w:t>6</w:t>
            </w:r>
          </w:p>
        </w:tc>
        <w:tc>
          <w:tcPr>
            <w:tcW w:w="1250" w:type="dxa"/>
            <w:vAlign w:val="center"/>
          </w:tcPr>
          <w:p w14:paraId="19F2EA54" w14:textId="77777777" w:rsidR="001512C8" w:rsidRPr="00161078" w:rsidRDefault="001512C8">
            <w:pPr>
              <w:spacing w:before="20" w:after="20"/>
              <w:jc w:val="center"/>
              <w:rPr>
                <w:lang w:val="pl-PL"/>
              </w:rPr>
            </w:pPr>
          </w:p>
        </w:tc>
        <w:tc>
          <w:tcPr>
            <w:tcW w:w="620" w:type="dxa"/>
            <w:vAlign w:val="center"/>
          </w:tcPr>
          <w:p w14:paraId="171469D1" w14:textId="77777777" w:rsidR="001512C8" w:rsidRPr="00161078" w:rsidRDefault="001512C8">
            <w:pPr>
              <w:spacing w:before="20" w:after="20"/>
              <w:jc w:val="center"/>
              <w:rPr>
                <w:lang w:val="pl-PL"/>
              </w:rPr>
            </w:pPr>
          </w:p>
        </w:tc>
        <w:tc>
          <w:tcPr>
            <w:tcW w:w="1250" w:type="dxa"/>
            <w:vAlign w:val="center"/>
          </w:tcPr>
          <w:p w14:paraId="052C2D7A" w14:textId="77777777" w:rsidR="001512C8" w:rsidRPr="00161078" w:rsidRDefault="001512C8">
            <w:pPr>
              <w:spacing w:before="20" w:after="20"/>
              <w:jc w:val="center"/>
              <w:rPr>
                <w:lang w:val="pl-PL"/>
              </w:rPr>
            </w:pPr>
          </w:p>
        </w:tc>
        <w:tc>
          <w:tcPr>
            <w:tcW w:w="1350" w:type="dxa"/>
            <w:vAlign w:val="center"/>
          </w:tcPr>
          <w:p w14:paraId="0AD95DCB" w14:textId="77777777" w:rsidR="001512C8" w:rsidRPr="00161078" w:rsidRDefault="001512C8">
            <w:pPr>
              <w:spacing w:before="20" w:after="20"/>
              <w:jc w:val="center"/>
              <w:rPr>
                <w:lang w:val="pl-PL"/>
              </w:rPr>
            </w:pPr>
          </w:p>
        </w:tc>
        <w:tc>
          <w:tcPr>
            <w:tcW w:w="1350" w:type="dxa"/>
            <w:vAlign w:val="center"/>
          </w:tcPr>
          <w:p w14:paraId="4FEFD843" w14:textId="77777777" w:rsidR="001512C8" w:rsidRPr="00161078" w:rsidRDefault="001512C8">
            <w:pPr>
              <w:spacing w:before="20" w:after="20"/>
              <w:jc w:val="center"/>
              <w:rPr>
                <w:lang w:val="pl-PL"/>
              </w:rPr>
            </w:pPr>
          </w:p>
        </w:tc>
      </w:tr>
      <w:tr w:rsidR="001512C8" w:rsidRPr="00161078" w14:paraId="7B8D7BC0" w14:textId="77777777" w:rsidTr="00795294">
        <w:trPr>
          <w:jc w:val="center"/>
        </w:trPr>
        <w:tc>
          <w:tcPr>
            <w:tcW w:w="420" w:type="dxa"/>
            <w:vAlign w:val="center"/>
          </w:tcPr>
          <w:p w14:paraId="5694DBEA" w14:textId="77777777" w:rsidR="001512C8" w:rsidRPr="00161078" w:rsidRDefault="00443F1E">
            <w:pPr>
              <w:spacing w:before="20" w:after="20"/>
              <w:jc w:val="center"/>
              <w:rPr>
                <w:lang w:val="pl-PL"/>
              </w:rPr>
            </w:pPr>
            <w:permStart w:id="1747323349" w:edGrp="everyone" w:colFirst="5" w:colLast="5"/>
            <w:permStart w:id="1483953086" w:edGrp="everyone" w:colFirst="6" w:colLast="6"/>
            <w:permStart w:id="518786272" w:edGrp="everyone" w:colFirst="7" w:colLast="7"/>
            <w:permStart w:id="1240103979" w:edGrp="everyone" w:colFirst="8" w:colLast="8"/>
            <w:permStart w:id="919624370" w:edGrp="everyone" w:colFirst="9" w:colLast="9"/>
            <w:permEnd w:id="1322210261"/>
            <w:permEnd w:id="754981450"/>
            <w:permEnd w:id="302653698"/>
            <w:permEnd w:id="1844528421"/>
            <w:permEnd w:id="1867911318"/>
            <w:r w:rsidRPr="00161078">
              <w:rPr>
                <w:sz w:val="16"/>
                <w:lang w:val="pl-PL"/>
              </w:rPr>
              <w:t>38</w:t>
            </w:r>
          </w:p>
        </w:tc>
        <w:tc>
          <w:tcPr>
            <w:tcW w:w="4450" w:type="dxa"/>
            <w:vAlign w:val="center"/>
          </w:tcPr>
          <w:p w14:paraId="27C59187" w14:textId="77777777" w:rsidR="001512C8" w:rsidRPr="00161078" w:rsidRDefault="00443F1E">
            <w:pPr>
              <w:spacing w:before="20" w:after="20"/>
              <w:jc w:val="left"/>
              <w:rPr>
                <w:lang w:val="pl-PL"/>
              </w:rPr>
            </w:pPr>
            <w:r w:rsidRPr="00161078">
              <w:rPr>
                <w:sz w:val="16"/>
                <w:lang w:val="pl-PL"/>
              </w:rPr>
              <w:t xml:space="preserve">CTS™ </w:t>
            </w:r>
            <w:proofErr w:type="spellStart"/>
            <w:r w:rsidRPr="00161078">
              <w:rPr>
                <w:sz w:val="16"/>
                <w:lang w:val="pl-PL"/>
              </w:rPr>
              <w:t>Release</w:t>
            </w:r>
            <w:proofErr w:type="spellEnd"/>
            <w:r w:rsidRPr="00161078">
              <w:rPr>
                <w:sz w:val="16"/>
                <w:lang w:val="pl-PL"/>
              </w:rPr>
              <w:t xml:space="preserve"> </w:t>
            </w:r>
            <w:proofErr w:type="spellStart"/>
            <w:r w:rsidRPr="00161078">
              <w:rPr>
                <w:sz w:val="16"/>
                <w:lang w:val="pl-PL"/>
              </w:rPr>
              <w:t>Buffer</w:t>
            </w:r>
            <w:proofErr w:type="spellEnd"/>
          </w:p>
        </w:tc>
        <w:tc>
          <w:tcPr>
            <w:tcW w:w="1720" w:type="dxa"/>
            <w:vAlign w:val="center"/>
          </w:tcPr>
          <w:p w14:paraId="616CA2A3" w14:textId="77777777" w:rsidR="001512C8" w:rsidRPr="00161078" w:rsidRDefault="00443F1E">
            <w:pPr>
              <w:spacing w:before="20" w:after="20"/>
              <w:jc w:val="center"/>
              <w:rPr>
                <w:lang w:val="pl-PL"/>
              </w:rPr>
            </w:pPr>
            <w:r w:rsidRPr="00161078">
              <w:rPr>
                <w:sz w:val="16"/>
                <w:lang w:val="pl-PL"/>
              </w:rPr>
              <w:t>212 ml</w:t>
            </w:r>
          </w:p>
        </w:tc>
        <w:tc>
          <w:tcPr>
            <w:tcW w:w="640" w:type="dxa"/>
            <w:vAlign w:val="center"/>
          </w:tcPr>
          <w:p w14:paraId="1FA822B4"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104824EA" w14:textId="77777777" w:rsidR="001512C8" w:rsidRPr="00161078" w:rsidRDefault="00056A14">
            <w:pPr>
              <w:spacing w:before="20" w:after="20"/>
              <w:jc w:val="center"/>
              <w:rPr>
                <w:lang w:val="pl-PL"/>
              </w:rPr>
            </w:pPr>
            <w:r>
              <w:rPr>
                <w:sz w:val="16"/>
                <w:lang w:val="pl-PL"/>
              </w:rPr>
              <w:t>5</w:t>
            </w:r>
          </w:p>
        </w:tc>
        <w:tc>
          <w:tcPr>
            <w:tcW w:w="1250" w:type="dxa"/>
            <w:vAlign w:val="center"/>
          </w:tcPr>
          <w:p w14:paraId="3ABCF076" w14:textId="77777777" w:rsidR="001512C8" w:rsidRPr="00161078" w:rsidRDefault="001512C8">
            <w:pPr>
              <w:spacing w:before="20" w:after="20"/>
              <w:jc w:val="center"/>
              <w:rPr>
                <w:lang w:val="pl-PL"/>
              </w:rPr>
            </w:pPr>
          </w:p>
        </w:tc>
        <w:tc>
          <w:tcPr>
            <w:tcW w:w="620" w:type="dxa"/>
            <w:vAlign w:val="center"/>
          </w:tcPr>
          <w:p w14:paraId="7D61B555" w14:textId="77777777" w:rsidR="001512C8" w:rsidRPr="00161078" w:rsidRDefault="001512C8">
            <w:pPr>
              <w:spacing w:before="20" w:after="20"/>
              <w:jc w:val="center"/>
              <w:rPr>
                <w:lang w:val="pl-PL"/>
              </w:rPr>
            </w:pPr>
          </w:p>
        </w:tc>
        <w:tc>
          <w:tcPr>
            <w:tcW w:w="1250" w:type="dxa"/>
            <w:vAlign w:val="center"/>
          </w:tcPr>
          <w:p w14:paraId="28766F3F" w14:textId="77777777" w:rsidR="001512C8" w:rsidRPr="00161078" w:rsidRDefault="001512C8">
            <w:pPr>
              <w:spacing w:before="20" w:after="20"/>
              <w:jc w:val="center"/>
              <w:rPr>
                <w:lang w:val="pl-PL"/>
              </w:rPr>
            </w:pPr>
          </w:p>
        </w:tc>
        <w:tc>
          <w:tcPr>
            <w:tcW w:w="1350" w:type="dxa"/>
            <w:vAlign w:val="center"/>
          </w:tcPr>
          <w:p w14:paraId="629696FB" w14:textId="77777777" w:rsidR="001512C8" w:rsidRPr="00161078" w:rsidRDefault="001512C8">
            <w:pPr>
              <w:spacing w:before="20" w:after="20"/>
              <w:jc w:val="center"/>
              <w:rPr>
                <w:lang w:val="pl-PL"/>
              </w:rPr>
            </w:pPr>
          </w:p>
        </w:tc>
        <w:tc>
          <w:tcPr>
            <w:tcW w:w="1350" w:type="dxa"/>
            <w:vAlign w:val="center"/>
          </w:tcPr>
          <w:p w14:paraId="462B05E2" w14:textId="77777777" w:rsidR="001512C8" w:rsidRPr="00161078" w:rsidRDefault="001512C8">
            <w:pPr>
              <w:spacing w:before="20" w:after="20"/>
              <w:jc w:val="center"/>
              <w:rPr>
                <w:lang w:val="pl-PL"/>
              </w:rPr>
            </w:pPr>
          </w:p>
        </w:tc>
      </w:tr>
      <w:tr w:rsidR="001512C8" w:rsidRPr="00161078" w14:paraId="11434B00" w14:textId="77777777" w:rsidTr="00795294">
        <w:trPr>
          <w:jc w:val="center"/>
        </w:trPr>
        <w:tc>
          <w:tcPr>
            <w:tcW w:w="420" w:type="dxa"/>
            <w:vAlign w:val="center"/>
          </w:tcPr>
          <w:p w14:paraId="7DD16DFB" w14:textId="77777777" w:rsidR="001512C8" w:rsidRPr="00161078" w:rsidRDefault="00443F1E">
            <w:pPr>
              <w:spacing w:before="20" w:after="20"/>
              <w:jc w:val="center"/>
              <w:rPr>
                <w:lang w:val="pl-PL"/>
              </w:rPr>
            </w:pPr>
            <w:permStart w:id="530251932" w:edGrp="everyone" w:colFirst="5" w:colLast="5"/>
            <w:permStart w:id="776091305" w:edGrp="everyone" w:colFirst="6" w:colLast="6"/>
            <w:permStart w:id="153053300" w:edGrp="everyone" w:colFirst="7" w:colLast="7"/>
            <w:permStart w:id="1038363104" w:edGrp="everyone" w:colFirst="8" w:colLast="8"/>
            <w:permStart w:id="956963789" w:edGrp="everyone" w:colFirst="9" w:colLast="9"/>
            <w:permEnd w:id="1747323349"/>
            <w:permEnd w:id="1483953086"/>
            <w:permEnd w:id="518786272"/>
            <w:permEnd w:id="1240103979"/>
            <w:permEnd w:id="919624370"/>
            <w:r w:rsidRPr="00161078">
              <w:rPr>
                <w:sz w:val="16"/>
                <w:lang w:val="pl-PL"/>
              </w:rPr>
              <w:t>39</w:t>
            </w:r>
          </w:p>
        </w:tc>
        <w:tc>
          <w:tcPr>
            <w:tcW w:w="4450" w:type="dxa"/>
            <w:vAlign w:val="center"/>
          </w:tcPr>
          <w:p w14:paraId="6675327D" w14:textId="77777777" w:rsidR="001512C8" w:rsidRPr="000E6009" w:rsidRDefault="00443F1E">
            <w:pPr>
              <w:spacing w:before="20" w:after="20"/>
              <w:jc w:val="left"/>
            </w:pPr>
            <w:r w:rsidRPr="000E6009">
              <w:rPr>
                <w:sz w:val="16"/>
              </w:rPr>
              <w:t>Gibco™ CTS™ DPBS, without calcium chloride, without magnesium chloride</w:t>
            </w:r>
          </w:p>
        </w:tc>
        <w:tc>
          <w:tcPr>
            <w:tcW w:w="1720" w:type="dxa"/>
            <w:vAlign w:val="center"/>
          </w:tcPr>
          <w:p w14:paraId="391ECC70" w14:textId="77777777" w:rsidR="001512C8" w:rsidRPr="00161078" w:rsidRDefault="00443F1E">
            <w:pPr>
              <w:spacing w:before="20" w:after="20"/>
              <w:jc w:val="center"/>
              <w:rPr>
                <w:lang w:val="pl-PL"/>
              </w:rPr>
            </w:pPr>
            <w:r w:rsidRPr="00161078">
              <w:rPr>
                <w:sz w:val="16"/>
                <w:lang w:val="pl-PL"/>
              </w:rPr>
              <w:t>1000ml</w:t>
            </w:r>
          </w:p>
        </w:tc>
        <w:tc>
          <w:tcPr>
            <w:tcW w:w="640" w:type="dxa"/>
            <w:vAlign w:val="center"/>
          </w:tcPr>
          <w:p w14:paraId="6D95B528"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2353C2E2" w14:textId="77777777" w:rsidR="001512C8" w:rsidRPr="00161078" w:rsidRDefault="00056A14">
            <w:pPr>
              <w:spacing w:before="20" w:after="20"/>
              <w:jc w:val="center"/>
              <w:rPr>
                <w:lang w:val="pl-PL"/>
              </w:rPr>
            </w:pPr>
            <w:r>
              <w:rPr>
                <w:sz w:val="16"/>
                <w:lang w:val="pl-PL"/>
              </w:rPr>
              <w:t>9</w:t>
            </w:r>
          </w:p>
        </w:tc>
        <w:tc>
          <w:tcPr>
            <w:tcW w:w="1250" w:type="dxa"/>
            <w:vAlign w:val="center"/>
          </w:tcPr>
          <w:p w14:paraId="5F681B9C" w14:textId="77777777" w:rsidR="001512C8" w:rsidRPr="00161078" w:rsidRDefault="001512C8">
            <w:pPr>
              <w:spacing w:before="20" w:after="20"/>
              <w:jc w:val="center"/>
              <w:rPr>
                <w:lang w:val="pl-PL"/>
              </w:rPr>
            </w:pPr>
          </w:p>
        </w:tc>
        <w:tc>
          <w:tcPr>
            <w:tcW w:w="620" w:type="dxa"/>
            <w:vAlign w:val="center"/>
          </w:tcPr>
          <w:p w14:paraId="37F822C3" w14:textId="77777777" w:rsidR="001512C8" w:rsidRPr="00161078" w:rsidRDefault="001512C8">
            <w:pPr>
              <w:spacing w:before="20" w:after="20"/>
              <w:jc w:val="center"/>
              <w:rPr>
                <w:lang w:val="pl-PL"/>
              </w:rPr>
            </w:pPr>
          </w:p>
        </w:tc>
        <w:tc>
          <w:tcPr>
            <w:tcW w:w="1250" w:type="dxa"/>
            <w:vAlign w:val="center"/>
          </w:tcPr>
          <w:p w14:paraId="455A6CAE" w14:textId="77777777" w:rsidR="001512C8" w:rsidRPr="00161078" w:rsidRDefault="001512C8">
            <w:pPr>
              <w:spacing w:before="20" w:after="20"/>
              <w:jc w:val="center"/>
              <w:rPr>
                <w:lang w:val="pl-PL"/>
              </w:rPr>
            </w:pPr>
          </w:p>
        </w:tc>
        <w:tc>
          <w:tcPr>
            <w:tcW w:w="1350" w:type="dxa"/>
            <w:vAlign w:val="center"/>
          </w:tcPr>
          <w:p w14:paraId="390820E2" w14:textId="77777777" w:rsidR="001512C8" w:rsidRPr="00161078" w:rsidRDefault="001512C8">
            <w:pPr>
              <w:spacing w:before="20" w:after="20"/>
              <w:jc w:val="center"/>
              <w:rPr>
                <w:lang w:val="pl-PL"/>
              </w:rPr>
            </w:pPr>
          </w:p>
        </w:tc>
        <w:tc>
          <w:tcPr>
            <w:tcW w:w="1350" w:type="dxa"/>
            <w:vAlign w:val="center"/>
          </w:tcPr>
          <w:p w14:paraId="07E2577F" w14:textId="77777777" w:rsidR="001512C8" w:rsidRPr="00161078" w:rsidRDefault="001512C8">
            <w:pPr>
              <w:spacing w:before="20" w:after="20"/>
              <w:jc w:val="center"/>
              <w:rPr>
                <w:lang w:val="pl-PL"/>
              </w:rPr>
            </w:pPr>
          </w:p>
        </w:tc>
      </w:tr>
      <w:tr w:rsidR="001512C8" w:rsidRPr="00161078" w14:paraId="554012BC" w14:textId="77777777" w:rsidTr="00795294">
        <w:trPr>
          <w:jc w:val="center"/>
        </w:trPr>
        <w:tc>
          <w:tcPr>
            <w:tcW w:w="420" w:type="dxa"/>
            <w:vAlign w:val="center"/>
          </w:tcPr>
          <w:p w14:paraId="5DA10AC0" w14:textId="77777777" w:rsidR="001512C8" w:rsidRPr="00161078" w:rsidRDefault="00443F1E">
            <w:pPr>
              <w:spacing w:before="20" w:after="20"/>
              <w:jc w:val="center"/>
              <w:rPr>
                <w:lang w:val="pl-PL"/>
              </w:rPr>
            </w:pPr>
            <w:permStart w:id="887488699" w:edGrp="everyone" w:colFirst="5" w:colLast="5"/>
            <w:permStart w:id="962267541" w:edGrp="everyone" w:colFirst="6" w:colLast="6"/>
            <w:permStart w:id="882445466" w:edGrp="everyone" w:colFirst="7" w:colLast="7"/>
            <w:permStart w:id="208014486" w:edGrp="everyone" w:colFirst="8" w:colLast="8"/>
            <w:permStart w:id="1466190384" w:edGrp="everyone" w:colFirst="9" w:colLast="9"/>
            <w:permEnd w:id="530251932"/>
            <w:permEnd w:id="776091305"/>
            <w:permEnd w:id="153053300"/>
            <w:permEnd w:id="1038363104"/>
            <w:permEnd w:id="956963789"/>
            <w:r w:rsidRPr="00161078">
              <w:rPr>
                <w:sz w:val="16"/>
                <w:lang w:val="pl-PL"/>
              </w:rPr>
              <w:t>40</w:t>
            </w:r>
          </w:p>
        </w:tc>
        <w:tc>
          <w:tcPr>
            <w:tcW w:w="4450" w:type="dxa"/>
            <w:vAlign w:val="center"/>
          </w:tcPr>
          <w:p w14:paraId="06265A18" w14:textId="77777777" w:rsidR="001512C8" w:rsidRPr="000E6009" w:rsidRDefault="00443F1E">
            <w:pPr>
              <w:spacing w:before="20" w:after="20"/>
              <w:jc w:val="left"/>
            </w:pPr>
            <w:proofErr w:type="spellStart"/>
            <w:r w:rsidRPr="000E6009">
              <w:rPr>
                <w:sz w:val="16"/>
              </w:rPr>
              <w:t>Thermo</w:t>
            </w:r>
            <w:proofErr w:type="spellEnd"/>
            <w:r w:rsidRPr="000E6009">
              <w:rPr>
                <w:sz w:val="16"/>
              </w:rPr>
              <w:t xml:space="preserve"> Scientific™ Nalgene™ Square PET Media Bottles with Closure: Sterile, Shrink-Wrapped Trays</w:t>
            </w:r>
          </w:p>
        </w:tc>
        <w:tc>
          <w:tcPr>
            <w:tcW w:w="1720" w:type="dxa"/>
            <w:vAlign w:val="center"/>
          </w:tcPr>
          <w:p w14:paraId="085B053E" w14:textId="77777777" w:rsidR="001512C8" w:rsidRPr="00161078" w:rsidRDefault="00443F1E">
            <w:pPr>
              <w:spacing w:before="20" w:after="20"/>
              <w:jc w:val="center"/>
              <w:rPr>
                <w:lang w:val="pl-PL"/>
              </w:rPr>
            </w:pPr>
            <w:r w:rsidRPr="00161078">
              <w:rPr>
                <w:sz w:val="16"/>
                <w:lang w:val="pl-PL"/>
              </w:rPr>
              <w:t>24 x 1L</w:t>
            </w:r>
          </w:p>
        </w:tc>
        <w:tc>
          <w:tcPr>
            <w:tcW w:w="640" w:type="dxa"/>
            <w:vAlign w:val="center"/>
          </w:tcPr>
          <w:p w14:paraId="26E4C9AE"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219EDDB" w14:textId="77777777" w:rsidR="001512C8" w:rsidRPr="00161078" w:rsidRDefault="00056A14">
            <w:pPr>
              <w:spacing w:before="20" w:after="20"/>
              <w:jc w:val="center"/>
              <w:rPr>
                <w:lang w:val="pl-PL"/>
              </w:rPr>
            </w:pPr>
            <w:r>
              <w:rPr>
                <w:sz w:val="16"/>
                <w:lang w:val="pl-PL"/>
              </w:rPr>
              <w:t>1</w:t>
            </w:r>
          </w:p>
        </w:tc>
        <w:tc>
          <w:tcPr>
            <w:tcW w:w="1250" w:type="dxa"/>
            <w:vAlign w:val="center"/>
          </w:tcPr>
          <w:p w14:paraId="27C6B5A3" w14:textId="77777777" w:rsidR="001512C8" w:rsidRPr="00161078" w:rsidRDefault="001512C8">
            <w:pPr>
              <w:spacing w:before="20" w:after="20"/>
              <w:jc w:val="center"/>
              <w:rPr>
                <w:lang w:val="pl-PL"/>
              </w:rPr>
            </w:pPr>
          </w:p>
        </w:tc>
        <w:tc>
          <w:tcPr>
            <w:tcW w:w="620" w:type="dxa"/>
            <w:vAlign w:val="center"/>
          </w:tcPr>
          <w:p w14:paraId="0D330835" w14:textId="77777777" w:rsidR="001512C8" w:rsidRPr="00161078" w:rsidRDefault="001512C8">
            <w:pPr>
              <w:spacing w:before="20" w:after="20"/>
              <w:jc w:val="center"/>
              <w:rPr>
                <w:lang w:val="pl-PL"/>
              </w:rPr>
            </w:pPr>
          </w:p>
        </w:tc>
        <w:tc>
          <w:tcPr>
            <w:tcW w:w="1250" w:type="dxa"/>
            <w:vAlign w:val="center"/>
          </w:tcPr>
          <w:p w14:paraId="79CE927F" w14:textId="77777777" w:rsidR="001512C8" w:rsidRPr="00161078" w:rsidRDefault="001512C8">
            <w:pPr>
              <w:spacing w:before="20" w:after="20"/>
              <w:jc w:val="center"/>
              <w:rPr>
                <w:lang w:val="pl-PL"/>
              </w:rPr>
            </w:pPr>
          </w:p>
        </w:tc>
        <w:tc>
          <w:tcPr>
            <w:tcW w:w="1350" w:type="dxa"/>
            <w:vAlign w:val="center"/>
          </w:tcPr>
          <w:p w14:paraId="04D709A7" w14:textId="77777777" w:rsidR="001512C8" w:rsidRPr="00161078" w:rsidRDefault="001512C8">
            <w:pPr>
              <w:spacing w:before="20" w:after="20"/>
              <w:jc w:val="center"/>
              <w:rPr>
                <w:lang w:val="pl-PL"/>
              </w:rPr>
            </w:pPr>
          </w:p>
        </w:tc>
        <w:tc>
          <w:tcPr>
            <w:tcW w:w="1350" w:type="dxa"/>
            <w:vAlign w:val="center"/>
          </w:tcPr>
          <w:p w14:paraId="4899F45B" w14:textId="77777777" w:rsidR="001512C8" w:rsidRPr="00161078" w:rsidRDefault="001512C8">
            <w:pPr>
              <w:spacing w:before="20" w:after="20"/>
              <w:jc w:val="center"/>
              <w:rPr>
                <w:lang w:val="pl-PL"/>
              </w:rPr>
            </w:pPr>
          </w:p>
        </w:tc>
      </w:tr>
      <w:tr w:rsidR="001512C8" w:rsidRPr="00161078" w14:paraId="08378996" w14:textId="77777777" w:rsidTr="00795294">
        <w:trPr>
          <w:jc w:val="center"/>
        </w:trPr>
        <w:tc>
          <w:tcPr>
            <w:tcW w:w="420" w:type="dxa"/>
            <w:vAlign w:val="center"/>
          </w:tcPr>
          <w:p w14:paraId="161BA1AC" w14:textId="77777777" w:rsidR="001512C8" w:rsidRPr="00161078" w:rsidRDefault="00443F1E">
            <w:pPr>
              <w:spacing w:before="20" w:after="20"/>
              <w:jc w:val="center"/>
              <w:rPr>
                <w:lang w:val="pl-PL"/>
              </w:rPr>
            </w:pPr>
            <w:permStart w:id="1699897729" w:edGrp="everyone" w:colFirst="5" w:colLast="5"/>
            <w:permStart w:id="1516852685" w:edGrp="everyone" w:colFirst="6" w:colLast="6"/>
            <w:permStart w:id="1644115877" w:edGrp="everyone" w:colFirst="7" w:colLast="7"/>
            <w:permStart w:id="1596213231" w:edGrp="everyone" w:colFirst="8" w:colLast="8"/>
            <w:permStart w:id="984104988" w:edGrp="everyone" w:colFirst="9" w:colLast="9"/>
            <w:permEnd w:id="887488699"/>
            <w:permEnd w:id="962267541"/>
            <w:permEnd w:id="882445466"/>
            <w:permEnd w:id="208014486"/>
            <w:permEnd w:id="1466190384"/>
            <w:r w:rsidRPr="00161078">
              <w:rPr>
                <w:sz w:val="16"/>
                <w:lang w:val="pl-PL"/>
              </w:rPr>
              <w:t>41</w:t>
            </w:r>
          </w:p>
        </w:tc>
        <w:tc>
          <w:tcPr>
            <w:tcW w:w="4450" w:type="dxa"/>
            <w:vAlign w:val="center"/>
          </w:tcPr>
          <w:p w14:paraId="3D160220" w14:textId="77777777" w:rsidR="001512C8" w:rsidRPr="000E6009" w:rsidRDefault="00443F1E">
            <w:pPr>
              <w:spacing w:before="20" w:after="20"/>
              <w:jc w:val="left"/>
            </w:pPr>
            <w:r w:rsidRPr="000E6009">
              <w:rPr>
                <w:sz w:val="16"/>
              </w:rPr>
              <w:t xml:space="preserve">Human GM-CSF Recombinant Protein, </w:t>
            </w:r>
            <w:proofErr w:type="spellStart"/>
            <w:r w:rsidRPr="000E6009">
              <w:rPr>
                <w:sz w:val="16"/>
              </w:rPr>
              <w:t>PeproTech</w:t>
            </w:r>
            <w:proofErr w:type="spellEnd"/>
            <w:r w:rsidRPr="000E6009">
              <w:rPr>
                <w:sz w:val="16"/>
              </w:rPr>
              <w:t>®</w:t>
            </w:r>
          </w:p>
        </w:tc>
        <w:tc>
          <w:tcPr>
            <w:tcW w:w="1720" w:type="dxa"/>
            <w:vAlign w:val="center"/>
          </w:tcPr>
          <w:p w14:paraId="105C59C6" w14:textId="77777777" w:rsidR="001512C8" w:rsidRPr="00161078" w:rsidRDefault="00443F1E">
            <w:pPr>
              <w:spacing w:before="20" w:after="20"/>
              <w:jc w:val="center"/>
              <w:rPr>
                <w:lang w:val="pl-PL"/>
              </w:rPr>
            </w:pPr>
            <w:r w:rsidRPr="00161078">
              <w:rPr>
                <w:sz w:val="16"/>
                <w:lang w:val="pl-PL"/>
              </w:rPr>
              <w:t>100µg</w:t>
            </w:r>
          </w:p>
        </w:tc>
        <w:tc>
          <w:tcPr>
            <w:tcW w:w="640" w:type="dxa"/>
            <w:vAlign w:val="center"/>
          </w:tcPr>
          <w:p w14:paraId="41ECB3BB"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0B7EC9E" w14:textId="77777777" w:rsidR="001512C8" w:rsidRPr="00161078" w:rsidRDefault="00056A14">
            <w:pPr>
              <w:spacing w:before="20" w:after="20"/>
              <w:jc w:val="center"/>
              <w:rPr>
                <w:lang w:val="pl-PL"/>
              </w:rPr>
            </w:pPr>
            <w:r>
              <w:rPr>
                <w:sz w:val="16"/>
                <w:lang w:val="pl-PL"/>
              </w:rPr>
              <w:t>2</w:t>
            </w:r>
          </w:p>
        </w:tc>
        <w:tc>
          <w:tcPr>
            <w:tcW w:w="1250" w:type="dxa"/>
            <w:vAlign w:val="center"/>
          </w:tcPr>
          <w:p w14:paraId="1AFD4184" w14:textId="77777777" w:rsidR="001512C8" w:rsidRPr="00161078" w:rsidRDefault="001512C8">
            <w:pPr>
              <w:spacing w:before="20" w:after="20"/>
              <w:jc w:val="center"/>
              <w:rPr>
                <w:lang w:val="pl-PL"/>
              </w:rPr>
            </w:pPr>
          </w:p>
        </w:tc>
        <w:tc>
          <w:tcPr>
            <w:tcW w:w="620" w:type="dxa"/>
            <w:vAlign w:val="center"/>
          </w:tcPr>
          <w:p w14:paraId="00C72FD0" w14:textId="77777777" w:rsidR="001512C8" w:rsidRPr="00161078" w:rsidRDefault="001512C8">
            <w:pPr>
              <w:spacing w:before="20" w:after="20"/>
              <w:jc w:val="center"/>
              <w:rPr>
                <w:lang w:val="pl-PL"/>
              </w:rPr>
            </w:pPr>
          </w:p>
        </w:tc>
        <w:tc>
          <w:tcPr>
            <w:tcW w:w="1250" w:type="dxa"/>
            <w:vAlign w:val="center"/>
          </w:tcPr>
          <w:p w14:paraId="7481DD48" w14:textId="77777777" w:rsidR="001512C8" w:rsidRPr="00161078" w:rsidRDefault="001512C8">
            <w:pPr>
              <w:spacing w:before="20" w:after="20"/>
              <w:jc w:val="center"/>
              <w:rPr>
                <w:lang w:val="pl-PL"/>
              </w:rPr>
            </w:pPr>
          </w:p>
        </w:tc>
        <w:tc>
          <w:tcPr>
            <w:tcW w:w="1350" w:type="dxa"/>
            <w:vAlign w:val="center"/>
          </w:tcPr>
          <w:p w14:paraId="3512FF21" w14:textId="77777777" w:rsidR="001512C8" w:rsidRPr="00161078" w:rsidRDefault="001512C8">
            <w:pPr>
              <w:spacing w:before="20" w:after="20"/>
              <w:jc w:val="center"/>
              <w:rPr>
                <w:lang w:val="pl-PL"/>
              </w:rPr>
            </w:pPr>
          </w:p>
        </w:tc>
        <w:tc>
          <w:tcPr>
            <w:tcW w:w="1350" w:type="dxa"/>
            <w:vAlign w:val="center"/>
          </w:tcPr>
          <w:p w14:paraId="34D270A0" w14:textId="77777777" w:rsidR="001512C8" w:rsidRPr="00161078" w:rsidRDefault="001512C8">
            <w:pPr>
              <w:spacing w:before="20" w:after="20"/>
              <w:jc w:val="center"/>
              <w:rPr>
                <w:lang w:val="pl-PL"/>
              </w:rPr>
            </w:pPr>
          </w:p>
        </w:tc>
      </w:tr>
      <w:tr w:rsidR="001512C8" w:rsidRPr="00161078" w14:paraId="36B45DD9" w14:textId="77777777" w:rsidTr="00795294">
        <w:trPr>
          <w:jc w:val="center"/>
        </w:trPr>
        <w:tc>
          <w:tcPr>
            <w:tcW w:w="420" w:type="dxa"/>
            <w:vAlign w:val="center"/>
          </w:tcPr>
          <w:p w14:paraId="55A602B4" w14:textId="77777777" w:rsidR="001512C8" w:rsidRPr="00161078" w:rsidRDefault="00443F1E">
            <w:pPr>
              <w:spacing w:before="20" w:after="20"/>
              <w:jc w:val="center"/>
              <w:rPr>
                <w:lang w:val="pl-PL"/>
              </w:rPr>
            </w:pPr>
            <w:permStart w:id="925237909" w:edGrp="everyone" w:colFirst="5" w:colLast="5"/>
            <w:permStart w:id="713645937" w:edGrp="everyone" w:colFirst="6" w:colLast="6"/>
            <w:permStart w:id="13309799" w:edGrp="everyone" w:colFirst="7" w:colLast="7"/>
            <w:permStart w:id="271722295" w:edGrp="everyone" w:colFirst="8" w:colLast="8"/>
            <w:permStart w:id="1317695277" w:edGrp="everyone" w:colFirst="9" w:colLast="9"/>
            <w:permEnd w:id="1699897729"/>
            <w:permEnd w:id="1516852685"/>
            <w:permEnd w:id="1644115877"/>
            <w:permEnd w:id="1596213231"/>
            <w:permEnd w:id="984104988"/>
            <w:r w:rsidRPr="00161078">
              <w:rPr>
                <w:sz w:val="16"/>
                <w:lang w:val="pl-PL"/>
              </w:rPr>
              <w:t>42</w:t>
            </w:r>
          </w:p>
        </w:tc>
        <w:tc>
          <w:tcPr>
            <w:tcW w:w="4450" w:type="dxa"/>
            <w:vAlign w:val="center"/>
          </w:tcPr>
          <w:p w14:paraId="5CC28A9B" w14:textId="77777777" w:rsidR="001512C8" w:rsidRPr="000E6009" w:rsidRDefault="00443F1E">
            <w:pPr>
              <w:spacing w:before="20" w:after="20"/>
              <w:jc w:val="left"/>
            </w:pPr>
            <w:r w:rsidRPr="000E6009">
              <w:rPr>
                <w:sz w:val="16"/>
              </w:rPr>
              <w:t xml:space="preserve">Human IL-4 Recombinant Protein, </w:t>
            </w:r>
            <w:proofErr w:type="spellStart"/>
            <w:r w:rsidRPr="000E6009">
              <w:rPr>
                <w:sz w:val="16"/>
              </w:rPr>
              <w:t>PeproTech</w:t>
            </w:r>
            <w:proofErr w:type="spellEnd"/>
            <w:r w:rsidRPr="000E6009">
              <w:rPr>
                <w:sz w:val="16"/>
              </w:rPr>
              <w:t>®</w:t>
            </w:r>
          </w:p>
        </w:tc>
        <w:tc>
          <w:tcPr>
            <w:tcW w:w="1720" w:type="dxa"/>
            <w:vAlign w:val="center"/>
          </w:tcPr>
          <w:p w14:paraId="2E4C46A2" w14:textId="77777777" w:rsidR="001512C8" w:rsidRPr="00161078" w:rsidRDefault="00443F1E">
            <w:pPr>
              <w:spacing w:before="20" w:after="20"/>
              <w:jc w:val="center"/>
              <w:rPr>
                <w:lang w:val="pl-PL"/>
              </w:rPr>
            </w:pPr>
            <w:r w:rsidRPr="00161078">
              <w:rPr>
                <w:sz w:val="16"/>
                <w:lang w:val="pl-PL"/>
              </w:rPr>
              <w:t>50µg</w:t>
            </w:r>
          </w:p>
        </w:tc>
        <w:tc>
          <w:tcPr>
            <w:tcW w:w="640" w:type="dxa"/>
            <w:vAlign w:val="center"/>
          </w:tcPr>
          <w:p w14:paraId="3F3E8506"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5C821EA7" w14:textId="77777777" w:rsidR="001512C8" w:rsidRPr="00161078" w:rsidRDefault="00056A14">
            <w:pPr>
              <w:spacing w:before="20" w:after="20"/>
              <w:jc w:val="center"/>
              <w:rPr>
                <w:lang w:val="pl-PL"/>
              </w:rPr>
            </w:pPr>
            <w:r>
              <w:rPr>
                <w:sz w:val="16"/>
                <w:lang w:val="pl-PL"/>
              </w:rPr>
              <w:t>2</w:t>
            </w:r>
          </w:p>
        </w:tc>
        <w:tc>
          <w:tcPr>
            <w:tcW w:w="1250" w:type="dxa"/>
            <w:vAlign w:val="center"/>
          </w:tcPr>
          <w:p w14:paraId="06DEE6F4" w14:textId="77777777" w:rsidR="001512C8" w:rsidRPr="00161078" w:rsidRDefault="001512C8">
            <w:pPr>
              <w:spacing w:before="20" w:after="20"/>
              <w:jc w:val="center"/>
              <w:rPr>
                <w:lang w:val="pl-PL"/>
              </w:rPr>
            </w:pPr>
          </w:p>
        </w:tc>
        <w:tc>
          <w:tcPr>
            <w:tcW w:w="620" w:type="dxa"/>
            <w:vAlign w:val="center"/>
          </w:tcPr>
          <w:p w14:paraId="304EE2E7" w14:textId="77777777" w:rsidR="001512C8" w:rsidRPr="00161078" w:rsidRDefault="001512C8">
            <w:pPr>
              <w:spacing w:before="20" w:after="20"/>
              <w:jc w:val="center"/>
              <w:rPr>
                <w:lang w:val="pl-PL"/>
              </w:rPr>
            </w:pPr>
          </w:p>
        </w:tc>
        <w:tc>
          <w:tcPr>
            <w:tcW w:w="1250" w:type="dxa"/>
            <w:vAlign w:val="center"/>
          </w:tcPr>
          <w:p w14:paraId="5D637D9A" w14:textId="77777777" w:rsidR="001512C8" w:rsidRPr="00161078" w:rsidRDefault="001512C8">
            <w:pPr>
              <w:spacing w:before="20" w:after="20"/>
              <w:jc w:val="center"/>
              <w:rPr>
                <w:lang w:val="pl-PL"/>
              </w:rPr>
            </w:pPr>
          </w:p>
        </w:tc>
        <w:tc>
          <w:tcPr>
            <w:tcW w:w="1350" w:type="dxa"/>
            <w:vAlign w:val="center"/>
          </w:tcPr>
          <w:p w14:paraId="4CD653F0" w14:textId="77777777" w:rsidR="001512C8" w:rsidRPr="00161078" w:rsidRDefault="001512C8">
            <w:pPr>
              <w:spacing w:before="20" w:after="20"/>
              <w:jc w:val="center"/>
              <w:rPr>
                <w:lang w:val="pl-PL"/>
              </w:rPr>
            </w:pPr>
          </w:p>
        </w:tc>
        <w:tc>
          <w:tcPr>
            <w:tcW w:w="1350" w:type="dxa"/>
            <w:vAlign w:val="center"/>
          </w:tcPr>
          <w:p w14:paraId="555EF39B" w14:textId="77777777" w:rsidR="001512C8" w:rsidRPr="00161078" w:rsidRDefault="001512C8">
            <w:pPr>
              <w:spacing w:before="20" w:after="20"/>
              <w:jc w:val="center"/>
              <w:rPr>
                <w:lang w:val="pl-PL"/>
              </w:rPr>
            </w:pPr>
          </w:p>
        </w:tc>
      </w:tr>
      <w:tr w:rsidR="001512C8" w:rsidRPr="00161078" w14:paraId="1831E144" w14:textId="77777777" w:rsidTr="00795294">
        <w:trPr>
          <w:jc w:val="center"/>
        </w:trPr>
        <w:tc>
          <w:tcPr>
            <w:tcW w:w="420" w:type="dxa"/>
            <w:vAlign w:val="center"/>
          </w:tcPr>
          <w:p w14:paraId="40810DD2" w14:textId="77777777" w:rsidR="001512C8" w:rsidRPr="00161078" w:rsidRDefault="00443F1E">
            <w:pPr>
              <w:spacing w:before="20" w:after="20"/>
              <w:jc w:val="center"/>
              <w:rPr>
                <w:lang w:val="pl-PL"/>
              </w:rPr>
            </w:pPr>
            <w:permStart w:id="1741378741" w:edGrp="everyone" w:colFirst="5" w:colLast="5"/>
            <w:permStart w:id="613553537" w:edGrp="everyone" w:colFirst="6" w:colLast="6"/>
            <w:permStart w:id="364262096" w:edGrp="everyone" w:colFirst="7" w:colLast="7"/>
            <w:permStart w:id="270606765" w:edGrp="everyone" w:colFirst="8" w:colLast="8"/>
            <w:permStart w:id="1963222485" w:edGrp="everyone" w:colFirst="9" w:colLast="9"/>
            <w:permEnd w:id="925237909"/>
            <w:permEnd w:id="713645937"/>
            <w:permEnd w:id="13309799"/>
            <w:permEnd w:id="271722295"/>
            <w:permEnd w:id="1317695277"/>
            <w:r w:rsidRPr="00161078">
              <w:rPr>
                <w:sz w:val="16"/>
                <w:lang w:val="pl-PL"/>
              </w:rPr>
              <w:t>43</w:t>
            </w:r>
          </w:p>
        </w:tc>
        <w:tc>
          <w:tcPr>
            <w:tcW w:w="4450" w:type="dxa"/>
            <w:vAlign w:val="center"/>
          </w:tcPr>
          <w:p w14:paraId="31FC0FC6" w14:textId="77777777" w:rsidR="001512C8" w:rsidRPr="000E6009" w:rsidRDefault="00443F1E">
            <w:pPr>
              <w:spacing w:before="20" w:after="20"/>
              <w:jc w:val="left"/>
            </w:pPr>
            <w:r w:rsidRPr="000E6009">
              <w:rPr>
                <w:sz w:val="16"/>
              </w:rPr>
              <w:t xml:space="preserve">RPMI 1640 Medium, </w:t>
            </w:r>
            <w:proofErr w:type="spellStart"/>
            <w:r w:rsidRPr="000E6009">
              <w:rPr>
                <w:sz w:val="16"/>
              </w:rPr>
              <w:t>GlutaMAX</w:t>
            </w:r>
            <w:proofErr w:type="spellEnd"/>
            <w:r w:rsidRPr="000E6009">
              <w:rPr>
                <w:sz w:val="16"/>
              </w:rPr>
              <w:t>™ Supplement, 10 x 500 mL</w:t>
            </w:r>
          </w:p>
        </w:tc>
        <w:tc>
          <w:tcPr>
            <w:tcW w:w="1720" w:type="dxa"/>
            <w:vAlign w:val="center"/>
          </w:tcPr>
          <w:p w14:paraId="2DF5FAA5" w14:textId="77777777" w:rsidR="001512C8" w:rsidRPr="00161078" w:rsidRDefault="00443F1E">
            <w:pPr>
              <w:spacing w:before="20" w:after="20"/>
              <w:jc w:val="center"/>
              <w:rPr>
                <w:lang w:val="pl-PL"/>
              </w:rPr>
            </w:pPr>
            <w:r w:rsidRPr="00161078">
              <w:rPr>
                <w:sz w:val="16"/>
                <w:lang w:val="pl-PL"/>
              </w:rPr>
              <w:t xml:space="preserve">10 x 500 </w:t>
            </w:r>
            <w:proofErr w:type="spellStart"/>
            <w:r w:rsidRPr="00161078">
              <w:rPr>
                <w:sz w:val="16"/>
                <w:lang w:val="pl-PL"/>
              </w:rPr>
              <w:t>mL</w:t>
            </w:r>
            <w:proofErr w:type="spellEnd"/>
          </w:p>
        </w:tc>
        <w:tc>
          <w:tcPr>
            <w:tcW w:w="640" w:type="dxa"/>
            <w:vAlign w:val="center"/>
          </w:tcPr>
          <w:p w14:paraId="509D4C01"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D79A7D1" w14:textId="77777777" w:rsidR="001512C8" w:rsidRPr="00161078" w:rsidRDefault="00056A14">
            <w:pPr>
              <w:spacing w:before="20" w:after="20"/>
              <w:jc w:val="center"/>
              <w:rPr>
                <w:lang w:val="pl-PL"/>
              </w:rPr>
            </w:pPr>
            <w:r>
              <w:rPr>
                <w:sz w:val="16"/>
                <w:lang w:val="pl-PL"/>
              </w:rPr>
              <w:t>1</w:t>
            </w:r>
          </w:p>
        </w:tc>
        <w:tc>
          <w:tcPr>
            <w:tcW w:w="1250" w:type="dxa"/>
            <w:vAlign w:val="center"/>
          </w:tcPr>
          <w:p w14:paraId="7F27D483" w14:textId="77777777" w:rsidR="001512C8" w:rsidRPr="00161078" w:rsidRDefault="001512C8">
            <w:pPr>
              <w:spacing w:before="20" w:after="20"/>
              <w:jc w:val="center"/>
              <w:rPr>
                <w:lang w:val="pl-PL"/>
              </w:rPr>
            </w:pPr>
          </w:p>
        </w:tc>
        <w:tc>
          <w:tcPr>
            <w:tcW w:w="620" w:type="dxa"/>
            <w:vAlign w:val="center"/>
          </w:tcPr>
          <w:p w14:paraId="3610B2C1" w14:textId="77777777" w:rsidR="001512C8" w:rsidRPr="00161078" w:rsidRDefault="001512C8">
            <w:pPr>
              <w:spacing w:before="20" w:after="20"/>
              <w:jc w:val="center"/>
              <w:rPr>
                <w:lang w:val="pl-PL"/>
              </w:rPr>
            </w:pPr>
          </w:p>
        </w:tc>
        <w:tc>
          <w:tcPr>
            <w:tcW w:w="1250" w:type="dxa"/>
            <w:vAlign w:val="center"/>
          </w:tcPr>
          <w:p w14:paraId="39A6780C" w14:textId="77777777" w:rsidR="001512C8" w:rsidRPr="00161078" w:rsidRDefault="001512C8">
            <w:pPr>
              <w:spacing w:before="20" w:after="20"/>
              <w:jc w:val="center"/>
              <w:rPr>
                <w:lang w:val="pl-PL"/>
              </w:rPr>
            </w:pPr>
          </w:p>
        </w:tc>
        <w:tc>
          <w:tcPr>
            <w:tcW w:w="1350" w:type="dxa"/>
            <w:vAlign w:val="center"/>
          </w:tcPr>
          <w:p w14:paraId="42582758" w14:textId="77777777" w:rsidR="001512C8" w:rsidRPr="00161078" w:rsidRDefault="001512C8">
            <w:pPr>
              <w:spacing w:before="20" w:after="20"/>
              <w:jc w:val="center"/>
              <w:rPr>
                <w:lang w:val="pl-PL"/>
              </w:rPr>
            </w:pPr>
          </w:p>
        </w:tc>
        <w:tc>
          <w:tcPr>
            <w:tcW w:w="1350" w:type="dxa"/>
            <w:vAlign w:val="center"/>
          </w:tcPr>
          <w:p w14:paraId="4AEA43A5" w14:textId="77777777" w:rsidR="001512C8" w:rsidRPr="00161078" w:rsidRDefault="001512C8">
            <w:pPr>
              <w:spacing w:before="20" w:after="20"/>
              <w:jc w:val="center"/>
              <w:rPr>
                <w:lang w:val="pl-PL"/>
              </w:rPr>
            </w:pPr>
          </w:p>
        </w:tc>
      </w:tr>
      <w:tr w:rsidR="001512C8" w:rsidRPr="00161078" w14:paraId="719702F6" w14:textId="77777777" w:rsidTr="00795294">
        <w:trPr>
          <w:jc w:val="center"/>
        </w:trPr>
        <w:tc>
          <w:tcPr>
            <w:tcW w:w="420" w:type="dxa"/>
            <w:vAlign w:val="center"/>
          </w:tcPr>
          <w:p w14:paraId="4C9BBCC1" w14:textId="77777777" w:rsidR="001512C8" w:rsidRPr="00161078" w:rsidRDefault="00443F1E">
            <w:pPr>
              <w:spacing w:before="20" w:after="20"/>
              <w:jc w:val="center"/>
              <w:rPr>
                <w:lang w:val="pl-PL"/>
              </w:rPr>
            </w:pPr>
            <w:permStart w:id="1665231437" w:edGrp="everyone" w:colFirst="5" w:colLast="5"/>
            <w:permStart w:id="154038346" w:edGrp="everyone" w:colFirst="6" w:colLast="6"/>
            <w:permStart w:id="535390605" w:edGrp="everyone" w:colFirst="7" w:colLast="7"/>
            <w:permStart w:id="532897922" w:edGrp="everyone" w:colFirst="8" w:colLast="8"/>
            <w:permStart w:id="177225798" w:edGrp="everyone" w:colFirst="9" w:colLast="9"/>
            <w:permEnd w:id="1741378741"/>
            <w:permEnd w:id="613553537"/>
            <w:permEnd w:id="364262096"/>
            <w:permEnd w:id="270606765"/>
            <w:permEnd w:id="1963222485"/>
            <w:r w:rsidRPr="00161078">
              <w:rPr>
                <w:sz w:val="16"/>
                <w:lang w:val="pl-PL"/>
              </w:rPr>
              <w:t>44</w:t>
            </w:r>
          </w:p>
        </w:tc>
        <w:tc>
          <w:tcPr>
            <w:tcW w:w="4450" w:type="dxa"/>
            <w:vAlign w:val="center"/>
          </w:tcPr>
          <w:p w14:paraId="0DA503CB" w14:textId="77777777" w:rsidR="001512C8" w:rsidRPr="00161078" w:rsidRDefault="00443F1E">
            <w:pPr>
              <w:spacing w:before="20" w:after="20"/>
              <w:jc w:val="left"/>
              <w:rPr>
                <w:lang w:val="pl-PL"/>
              </w:rPr>
            </w:pPr>
            <w:r w:rsidRPr="00161078">
              <w:rPr>
                <w:sz w:val="16"/>
                <w:lang w:val="pl-PL"/>
              </w:rPr>
              <w:t>Human IL-2 ELISA Kit</w:t>
            </w:r>
          </w:p>
        </w:tc>
        <w:tc>
          <w:tcPr>
            <w:tcW w:w="1720" w:type="dxa"/>
            <w:vAlign w:val="center"/>
          </w:tcPr>
          <w:p w14:paraId="0E8F47C2" w14:textId="77777777" w:rsidR="001512C8" w:rsidRPr="00161078" w:rsidRDefault="00443F1E">
            <w:pPr>
              <w:spacing w:before="20" w:after="20"/>
              <w:jc w:val="center"/>
              <w:rPr>
                <w:lang w:val="pl-PL"/>
              </w:rPr>
            </w:pPr>
            <w:r w:rsidRPr="00161078">
              <w:rPr>
                <w:sz w:val="16"/>
                <w:lang w:val="pl-PL"/>
              </w:rPr>
              <w:t xml:space="preserve">5x96 </w:t>
            </w:r>
            <w:proofErr w:type="spellStart"/>
            <w:r w:rsidRPr="00161078">
              <w:rPr>
                <w:sz w:val="16"/>
                <w:lang w:val="pl-PL"/>
              </w:rPr>
              <w:t>Tests</w:t>
            </w:r>
            <w:proofErr w:type="spellEnd"/>
          </w:p>
        </w:tc>
        <w:tc>
          <w:tcPr>
            <w:tcW w:w="640" w:type="dxa"/>
            <w:vAlign w:val="center"/>
          </w:tcPr>
          <w:p w14:paraId="29C09C1E" w14:textId="77777777" w:rsidR="001512C8" w:rsidRPr="00161078" w:rsidRDefault="00443F1E">
            <w:pPr>
              <w:spacing w:before="20" w:after="20"/>
              <w:jc w:val="center"/>
              <w:rPr>
                <w:lang w:val="pl-PL"/>
              </w:rPr>
            </w:pPr>
            <w:r w:rsidRPr="00161078">
              <w:rPr>
                <w:sz w:val="16"/>
                <w:lang w:val="pl-PL"/>
              </w:rPr>
              <w:t>zestaw</w:t>
            </w:r>
          </w:p>
        </w:tc>
        <w:tc>
          <w:tcPr>
            <w:tcW w:w="1260" w:type="dxa"/>
            <w:vAlign w:val="center"/>
          </w:tcPr>
          <w:p w14:paraId="5D31FF0B" w14:textId="77777777" w:rsidR="001512C8" w:rsidRPr="00161078" w:rsidRDefault="00056A14">
            <w:pPr>
              <w:spacing w:before="20" w:after="20"/>
              <w:jc w:val="center"/>
              <w:rPr>
                <w:lang w:val="pl-PL"/>
              </w:rPr>
            </w:pPr>
            <w:r>
              <w:rPr>
                <w:sz w:val="16"/>
                <w:lang w:val="pl-PL"/>
              </w:rPr>
              <w:t>3</w:t>
            </w:r>
          </w:p>
        </w:tc>
        <w:tc>
          <w:tcPr>
            <w:tcW w:w="1250" w:type="dxa"/>
            <w:vAlign w:val="center"/>
          </w:tcPr>
          <w:p w14:paraId="62122229" w14:textId="77777777" w:rsidR="001512C8" w:rsidRPr="00161078" w:rsidRDefault="001512C8">
            <w:pPr>
              <w:spacing w:before="20" w:after="20"/>
              <w:jc w:val="center"/>
              <w:rPr>
                <w:lang w:val="pl-PL"/>
              </w:rPr>
            </w:pPr>
          </w:p>
        </w:tc>
        <w:tc>
          <w:tcPr>
            <w:tcW w:w="620" w:type="dxa"/>
            <w:vAlign w:val="center"/>
          </w:tcPr>
          <w:p w14:paraId="6CB55E93" w14:textId="77777777" w:rsidR="001512C8" w:rsidRPr="00161078" w:rsidRDefault="001512C8">
            <w:pPr>
              <w:spacing w:before="20" w:after="20"/>
              <w:jc w:val="center"/>
              <w:rPr>
                <w:lang w:val="pl-PL"/>
              </w:rPr>
            </w:pPr>
          </w:p>
        </w:tc>
        <w:tc>
          <w:tcPr>
            <w:tcW w:w="1250" w:type="dxa"/>
            <w:vAlign w:val="center"/>
          </w:tcPr>
          <w:p w14:paraId="04FA2BE3" w14:textId="77777777" w:rsidR="001512C8" w:rsidRPr="00161078" w:rsidRDefault="001512C8">
            <w:pPr>
              <w:spacing w:before="20" w:after="20"/>
              <w:jc w:val="center"/>
              <w:rPr>
                <w:lang w:val="pl-PL"/>
              </w:rPr>
            </w:pPr>
          </w:p>
        </w:tc>
        <w:tc>
          <w:tcPr>
            <w:tcW w:w="1350" w:type="dxa"/>
            <w:vAlign w:val="center"/>
          </w:tcPr>
          <w:p w14:paraId="0C7247F5" w14:textId="77777777" w:rsidR="001512C8" w:rsidRPr="00161078" w:rsidRDefault="001512C8">
            <w:pPr>
              <w:spacing w:before="20" w:after="20"/>
              <w:jc w:val="center"/>
              <w:rPr>
                <w:lang w:val="pl-PL"/>
              </w:rPr>
            </w:pPr>
          </w:p>
        </w:tc>
        <w:tc>
          <w:tcPr>
            <w:tcW w:w="1350" w:type="dxa"/>
            <w:vAlign w:val="center"/>
          </w:tcPr>
          <w:p w14:paraId="173F4717" w14:textId="77777777" w:rsidR="001512C8" w:rsidRPr="00161078" w:rsidRDefault="001512C8">
            <w:pPr>
              <w:spacing w:before="20" w:after="20"/>
              <w:jc w:val="center"/>
              <w:rPr>
                <w:lang w:val="pl-PL"/>
              </w:rPr>
            </w:pPr>
          </w:p>
        </w:tc>
      </w:tr>
      <w:tr w:rsidR="001512C8" w:rsidRPr="00161078" w14:paraId="4AAB7FEA" w14:textId="77777777" w:rsidTr="00795294">
        <w:trPr>
          <w:jc w:val="center"/>
        </w:trPr>
        <w:tc>
          <w:tcPr>
            <w:tcW w:w="420" w:type="dxa"/>
            <w:vAlign w:val="center"/>
          </w:tcPr>
          <w:p w14:paraId="49598DC1" w14:textId="77777777" w:rsidR="001512C8" w:rsidRPr="00161078" w:rsidRDefault="00443F1E">
            <w:pPr>
              <w:spacing w:before="20" w:after="20"/>
              <w:jc w:val="center"/>
              <w:rPr>
                <w:lang w:val="pl-PL"/>
              </w:rPr>
            </w:pPr>
            <w:permStart w:id="1255765111" w:edGrp="everyone" w:colFirst="5" w:colLast="5"/>
            <w:permStart w:id="826811141" w:edGrp="everyone" w:colFirst="6" w:colLast="6"/>
            <w:permStart w:id="259868800" w:edGrp="everyone" w:colFirst="7" w:colLast="7"/>
            <w:permStart w:id="789997218" w:edGrp="everyone" w:colFirst="8" w:colLast="8"/>
            <w:permStart w:id="185994917" w:edGrp="everyone" w:colFirst="9" w:colLast="9"/>
            <w:permStart w:id="2142730744" w:edGrp="everyone" w:colFirst="10" w:colLast="10"/>
            <w:permEnd w:id="1665231437"/>
            <w:permEnd w:id="154038346"/>
            <w:permEnd w:id="535390605"/>
            <w:permEnd w:id="532897922"/>
            <w:permEnd w:id="177225798"/>
            <w:r w:rsidRPr="00161078">
              <w:rPr>
                <w:sz w:val="16"/>
                <w:lang w:val="pl-PL"/>
              </w:rPr>
              <w:lastRenderedPageBreak/>
              <w:t>45</w:t>
            </w:r>
          </w:p>
        </w:tc>
        <w:tc>
          <w:tcPr>
            <w:tcW w:w="4450" w:type="dxa"/>
            <w:vAlign w:val="center"/>
          </w:tcPr>
          <w:p w14:paraId="0B9FFEA8" w14:textId="77777777" w:rsidR="001512C8" w:rsidRPr="000E6009" w:rsidRDefault="00443F1E">
            <w:pPr>
              <w:spacing w:before="20" w:after="20"/>
              <w:jc w:val="left"/>
            </w:pPr>
            <w:r w:rsidRPr="000E6009">
              <w:rPr>
                <w:sz w:val="16"/>
              </w:rPr>
              <w:t>Human TNF alpha ELISA Kit</w:t>
            </w:r>
          </w:p>
        </w:tc>
        <w:tc>
          <w:tcPr>
            <w:tcW w:w="1720" w:type="dxa"/>
            <w:vAlign w:val="center"/>
          </w:tcPr>
          <w:p w14:paraId="13F928D5" w14:textId="77777777" w:rsidR="001512C8" w:rsidRPr="00161078" w:rsidRDefault="00443F1E">
            <w:pPr>
              <w:spacing w:before="20" w:after="20"/>
              <w:jc w:val="center"/>
              <w:rPr>
                <w:lang w:val="pl-PL"/>
              </w:rPr>
            </w:pPr>
            <w:r w:rsidRPr="00161078">
              <w:rPr>
                <w:sz w:val="16"/>
                <w:lang w:val="pl-PL"/>
              </w:rPr>
              <w:t xml:space="preserve">5x96 </w:t>
            </w:r>
            <w:proofErr w:type="spellStart"/>
            <w:r w:rsidRPr="00161078">
              <w:rPr>
                <w:sz w:val="16"/>
                <w:lang w:val="pl-PL"/>
              </w:rPr>
              <w:t>Tests</w:t>
            </w:r>
            <w:proofErr w:type="spellEnd"/>
          </w:p>
        </w:tc>
        <w:tc>
          <w:tcPr>
            <w:tcW w:w="640" w:type="dxa"/>
            <w:vAlign w:val="center"/>
          </w:tcPr>
          <w:p w14:paraId="58A036E3" w14:textId="77777777" w:rsidR="001512C8" w:rsidRPr="00161078" w:rsidRDefault="00443F1E">
            <w:pPr>
              <w:spacing w:before="20" w:after="20"/>
              <w:jc w:val="center"/>
              <w:rPr>
                <w:lang w:val="pl-PL"/>
              </w:rPr>
            </w:pPr>
            <w:r w:rsidRPr="00161078">
              <w:rPr>
                <w:sz w:val="16"/>
                <w:lang w:val="pl-PL"/>
              </w:rPr>
              <w:t>zestaw</w:t>
            </w:r>
          </w:p>
        </w:tc>
        <w:tc>
          <w:tcPr>
            <w:tcW w:w="1260" w:type="dxa"/>
            <w:vAlign w:val="center"/>
          </w:tcPr>
          <w:p w14:paraId="1566958F" w14:textId="77777777" w:rsidR="001512C8" w:rsidRPr="00161078" w:rsidRDefault="00056A14">
            <w:pPr>
              <w:spacing w:before="20" w:after="20"/>
              <w:jc w:val="center"/>
              <w:rPr>
                <w:lang w:val="pl-PL"/>
              </w:rPr>
            </w:pPr>
            <w:r>
              <w:rPr>
                <w:sz w:val="16"/>
                <w:lang w:val="pl-PL"/>
              </w:rPr>
              <w:t>3</w:t>
            </w:r>
          </w:p>
        </w:tc>
        <w:tc>
          <w:tcPr>
            <w:tcW w:w="1250" w:type="dxa"/>
            <w:vAlign w:val="center"/>
          </w:tcPr>
          <w:p w14:paraId="1B84426D" w14:textId="77777777" w:rsidR="001512C8" w:rsidRPr="00161078" w:rsidRDefault="001512C8">
            <w:pPr>
              <w:spacing w:before="20" w:after="20"/>
              <w:jc w:val="center"/>
              <w:rPr>
                <w:lang w:val="pl-PL"/>
              </w:rPr>
            </w:pPr>
          </w:p>
        </w:tc>
        <w:tc>
          <w:tcPr>
            <w:tcW w:w="620" w:type="dxa"/>
            <w:vAlign w:val="center"/>
          </w:tcPr>
          <w:p w14:paraId="3BF52145" w14:textId="77777777" w:rsidR="001512C8" w:rsidRPr="00161078" w:rsidRDefault="001512C8">
            <w:pPr>
              <w:spacing w:before="20" w:after="20"/>
              <w:jc w:val="center"/>
              <w:rPr>
                <w:lang w:val="pl-PL"/>
              </w:rPr>
            </w:pPr>
          </w:p>
        </w:tc>
        <w:tc>
          <w:tcPr>
            <w:tcW w:w="1250" w:type="dxa"/>
            <w:vAlign w:val="center"/>
          </w:tcPr>
          <w:p w14:paraId="460A2D75" w14:textId="77777777" w:rsidR="001512C8" w:rsidRPr="00161078" w:rsidRDefault="001512C8">
            <w:pPr>
              <w:spacing w:before="20" w:after="20"/>
              <w:jc w:val="center"/>
              <w:rPr>
                <w:lang w:val="pl-PL"/>
              </w:rPr>
            </w:pPr>
          </w:p>
        </w:tc>
        <w:tc>
          <w:tcPr>
            <w:tcW w:w="1350" w:type="dxa"/>
            <w:vAlign w:val="center"/>
          </w:tcPr>
          <w:p w14:paraId="0F7EAFBB" w14:textId="77777777" w:rsidR="001512C8" w:rsidRPr="00161078" w:rsidRDefault="001512C8">
            <w:pPr>
              <w:spacing w:before="20" w:after="20"/>
              <w:jc w:val="center"/>
              <w:rPr>
                <w:lang w:val="pl-PL"/>
              </w:rPr>
            </w:pPr>
          </w:p>
        </w:tc>
        <w:tc>
          <w:tcPr>
            <w:tcW w:w="1350" w:type="dxa"/>
            <w:vAlign w:val="center"/>
          </w:tcPr>
          <w:p w14:paraId="0A2864B1" w14:textId="77777777" w:rsidR="001512C8" w:rsidRPr="00161078" w:rsidRDefault="001512C8">
            <w:pPr>
              <w:spacing w:before="20" w:after="20"/>
              <w:jc w:val="center"/>
              <w:rPr>
                <w:lang w:val="pl-PL"/>
              </w:rPr>
            </w:pPr>
          </w:p>
        </w:tc>
      </w:tr>
      <w:tr w:rsidR="001512C8" w:rsidRPr="00161078" w14:paraId="6BBF5611" w14:textId="77777777" w:rsidTr="00795294">
        <w:trPr>
          <w:jc w:val="center"/>
        </w:trPr>
        <w:tc>
          <w:tcPr>
            <w:tcW w:w="420" w:type="dxa"/>
            <w:vAlign w:val="center"/>
          </w:tcPr>
          <w:p w14:paraId="305714E4" w14:textId="77777777" w:rsidR="001512C8" w:rsidRPr="00161078" w:rsidRDefault="00443F1E">
            <w:pPr>
              <w:spacing w:before="20" w:after="20"/>
              <w:jc w:val="center"/>
              <w:rPr>
                <w:lang w:val="pl-PL"/>
              </w:rPr>
            </w:pPr>
            <w:permStart w:id="921786321" w:edGrp="everyone" w:colFirst="5" w:colLast="5"/>
            <w:permStart w:id="1618963245" w:edGrp="everyone" w:colFirst="6" w:colLast="6"/>
            <w:permStart w:id="414990640" w:edGrp="everyone" w:colFirst="7" w:colLast="7"/>
            <w:permStart w:id="1643649975" w:edGrp="everyone" w:colFirst="8" w:colLast="8"/>
            <w:permStart w:id="519841137" w:edGrp="everyone" w:colFirst="9" w:colLast="9"/>
            <w:permStart w:id="1264082358" w:edGrp="everyone" w:colFirst="10" w:colLast="10"/>
            <w:permEnd w:id="1255765111"/>
            <w:permEnd w:id="826811141"/>
            <w:permEnd w:id="259868800"/>
            <w:permEnd w:id="789997218"/>
            <w:permEnd w:id="185994917"/>
            <w:permEnd w:id="2142730744"/>
            <w:r w:rsidRPr="00161078">
              <w:rPr>
                <w:sz w:val="16"/>
                <w:lang w:val="pl-PL"/>
              </w:rPr>
              <w:t>46</w:t>
            </w:r>
          </w:p>
        </w:tc>
        <w:tc>
          <w:tcPr>
            <w:tcW w:w="4450" w:type="dxa"/>
            <w:vAlign w:val="center"/>
          </w:tcPr>
          <w:p w14:paraId="17C9435A" w14:textId="77777777" w:rsidR="001512C8" w:rsidRPr="000E6009" w:rsidRDefault="00443F1E">
            <w:pPr>
              <w:spacing w:before="20" w:after="20"/>
              <w:jc w:val="left"/>
            </w:pPr>
            <w:r w:rsidRPr="000E6009">
              <w:rPr>
                <w:sz w:val="16"/>
              </w:rPr>
              <w:t>Human IFN gamma ELISA Kit</w:t>
            </w:r>
          </w:p>
        </w:tc>
        <w:tc>
          <w:tcPr>
            <w:tcW w:w="1720" w:type="dxa"/>
            <w:vAlign w:val="center"/>
          </w:tcPr>
          <w:p w14:paraId="1F2982FA" w14:textId="77777777" w:rsidR="001512C8" w:rsidRPr="00161078" w:rsidRDefault="00443F1E">
            <w:pPr>
              <w:spacing w:before="20" w:after="20"/>
              <w:jc w:val="center"/>
              <w:rPr>
                <w:lang w:val="pl-PL"/>
              </w:rPr>
            </w:pPr>
            <w:r w:rsidRPr="00161078">
              <w:rPr>
                <w:sz w:val="16"/>
                <w:lang w:val="pl-PL"/>
              </w:rPr>
              <w:t xml:space="preserve">5x96 </w:t>
            </w:r>
            <w:proofErr w:type="spellStart"/>
            <w:r w:rsidRPr="00161078">
              <w:rPr>
                <w:sz w:val="16"/>
                <w:lang w:val="pl-PL"/>
              </w:rPr>
              <w:t>Tests</w:t>
            </w:r>
            <w:proofErr w:type="spellEnd"/>
          </w:p>
        </w:tc>
        <w:tc>
          <w:tcPr>
            <w:tcW w:w="640" w:type="dxa"/>
            <w:vAlign w:val="center"/>
          </w:tcPr>
          <w:p w14:paraId="16927BE7" w14:textId="77777777" w:rsidR="001512C8" w:rsidRPr="00161078" w:rsidRDefault="00443F1E">
            <w:pPr>
              <w:spacing w:before="20" w:after="20"/>
              <w:jc w:val="center"/>
              <w:rPr>
                <w:lang w:val="pl-PL"/>
              </w:rPr>
            </w:pPr>
            <w:r w:rsidRPr="00161078">
              <w:rPr>
                <w:sz w:val="16"/>
                <w:lang w:val="pl-PL"/>
              </w:rPr>
              <w:t>zestaw</w:t>
            </w:r>
          </w:p>
        </w:tc>
        <w:tc>
          <w:tcPr>
            <w:tcW w:w="1260" w:type="dxa"/>
            <w:vAlign w:val="center"/>
          </w:tcPr>
          <w:p w14:paraId="0CA8008C" w14:textId="5AB88002" w:rsidR="001512C8" w:rsidRPr="00161078" w:rsidRDefault="00C87D0C">
            <w:pPr>
              <w:spacing w:before="20" w:after="20"/>
              <w:jc w:val="center"/>
              <w:rPr>
                <w:lang w:val="pl-PL"/>
              </w:rPr>
            </w:pPr>
            <w:r>
              <w:rPr>
                <w:sz w:val="16"/>
                <w:lang w:val="pl-PL"/>
              </w:rPr>
              <w:t>10</w:t>
            </w:r>
          </w:p>
        </w:tc>
        <w:tc>
          <w:tcPr>
            <w:tcW w:w="1250" w:type="dxa"/>
            <w:vAlign w:val="center"/>
          </w:tcPr>
          <w:p w14:paraId="2429B41B" w14:textId="77777777" w:rsidR="001512C8" w:rsidRPr="00161078" w:rsidRDefault="001512C8">
            <w:pPr>
              <w:spacing w:before="20" w:after="20"/>
              <w:jc w:val="center"/>
              <w:rPr>
                <w:lang w:val="pl-PL"/>
              </w:rPr>
            </w:pPr>
          </w:p>
        </w:tc>
        <w:tc>
          <w:tcPr>
            <w:tcW w:w="620" w:type="dxa"/>
            <w:vAlign w:val="center"/>
          </w:tcPr>
          <w:p w14:paraId="6EEF40F4" w14:textId="77777777" w:rsidR="001512C8" w:rsidRPr="00161078" w:rsidRDefault="001512C8">
            <w:pPr>
              <w:spacing w:before="20" w:after="20"/>
              <w:jc w:val="center"/>
              <w:rPr>
                <w:lang w:val="pl-PL"/>
              </w:rPr>
            </w:pPr>
          </w:p>
        </w:tc>
        <w:tc>
          <w:tcPr>
            <w:tcW w:w="1250" w:type="dxa"/>
            <w:vAlign w:val="center"/>
          </w:tcPr>
          <w:p w14:paraId="6B9BC5FA" w14:textId="77777777" w:rsidR="001512C8" w:rsidRPr="00161078" w:rsidRDefault="001512C8">
            <w:pPr>
              <w:spacing w:before="20" w:after="20"/>
              <w:jc w:val="center"/>
              <w:rPr>
                <w:lang w:val="pl-PL"/>
              </w:rPr>
            </w:pPr>
          </w:p>
        </w:tc>
        <w:tc>
          <w:tcPr>
            <w:tcW w:w="1350" w:type="dxa"/>
            <w:vAlign w:val="center"/>
          </w:tcPr>
          <w:p w14:paraId="5206F30B" w14:textId="77777777" w:rsidR="001512C8" w:rsidRPr="00161078" w:rsidRDefault="001512C8">
            <w:pPr>
              <w:spacing w:before="20" w:after="20"/>
              <w:jc w:val="center"/>
              <w:rPr>
                <w:lang w:val="pl-PL"/>
              </w:rPr>
            </w:pPr>
          </w:p>
        </w:tc>
        <w:tc>
          <w:tcPr>
            <w:tcW w:w="1350" w:type="dxa"/>
            <w:vAlign w:val="center"/>
          </w:tcPr>
          <w:p w14:paraId="6FA6C423" w14:textId="77777777" w:rsidR="001512C8" w:rsidRPr="00161078" w:rsidRDefault="001512C8">
            <w:pPr>
              <w:spacing w:before="20" w:after="20"/>
              <w:jc w:val="center"/>
              <w:rPr>
                <w:lang w:val="pl-PL"/>
              </w:rPr>
            </w:pPr>
          </w:p>
        </w:tc>
      </w:tr>
      <w:tr w:rsidR="001512C8" w:rsidRPr="00161078" w14:paraId="22F023BB" w14:textId="77777777" w:rsidTr="00795294">
        <w:trPr>
          <w:jc w:val="center"/>
        </w:trPr>
        <w:tc>
          <w:tcPr>
            <w:tcW w:w="420" w:type="dxa"/>
            <w:vAlign w:val="center"/>
          </w:tcPr>
          <w:p w14:paraId="2655C4FC" w14:textId="77777777" w:rsidR="001512C8" w:rsidRPr="00161078" w:rsidRDefault="00443F1E">
            <w:pPr>
              <w:spacing w:before="20" w:after="20"/>
              <w:jc w:val="center"/>
              <w:rPr>
                <w:lang w:val="pl-PL"/>
              </w:rPr>
            </w:pPr>
            <w:permStart w:id="2027173864" w:edGrp="everyone" w:colFirst="5" w:colLast="5"/>
            <w:permStart w:id="656418562" w:edGrp="everyone" w:colFirst="6" w:colLast="6"/>
            <w:permStart w:id="2062295418" w:edGrp="everyone" w:colFirst="7" w:colLast="7"/>
            <w:permStart w:id="410587997" w:edGrp="everyone" w:colFirst="8" w:colLast="8"/>
            <w:permStart w:id="1145770503" w:edGrp="everyone" w:colFirst="9" w:colLast="9"/>
            <w:permStart w:id="335229384" w:edGrp="everyone" w:colFirst="10" w:colLast="10"/>
            <w:permEnd w:id="921786321"/>
            <w:permEnd w:id="1618963245"/>
            <w:permEnd w:id="414990640"/>
            <w:permEnd w:id="1643649975"/>
            <w:permEnd w:id="519841137"/>
            <w:permEnd w:id="1264082358"/>
            <w:r w:rsidRPr="00161078">
              <w:rPr>
                <w:sz w:val="16"/>
                <w:lang w:val="pl-PL"/>
              </w:rPr>
              <w:t>47</w:t>
            </w:r>
          </w:p>
        </w:tc>
        <w:tc>
          <w:tcPr>
            <w:tcW w:w="4450" w:type="dxa"/>
            <w:vAlign w:val="center"/>
          </w:tcPr>
          <w:p w14:paraId="4372C64C" w14:textId="77777777" w:rsidR="001512C8" w:rsidRPr="00161078" w:rsidRDefault="00443F1E">
            <w:pPr>
              <w:spacing w:before="20" w:after="20"/>
              <w:jc w:val="left"/>
              <w:rPr>
                <w:lang w:val="pl-PL"/>
              </w:rPr>
            </w:pPr>
            <w:r w:rsidRPr="00161078">
              <w:rPr>
                <w:sz w:val="16"/>
                <w:lang w:val="pl-PL"/>
              </w:rPr>
              <w:t xml:space="preserve">PVDF </w:t>
            </w:r>
            <w:proofErr w:type="spellStart"/>
            <w:r w:rsidRPr="00161078">
              <w:rPr>
                <w:sz w:val="16"/>
                <w:lang w:val="pl-PL"/>
              </w:rPr>
              <w:t>membranes</w:t>
            </w:r>
            <w:proofErr w:type="spellEnd"/>
          </w:p>
        </w:tc>
        <w:tc>
          <w:tcPr>
            <w:tcW w:w="1720" w:type="dxa"/>
            <w:vAlign w:val="center"/>
          </w:tcPr>
          <w:p w14:paraId="252E27C7" w14:textId="77777777" w:rsidR="001512C8" w:rsidRPr="00161078" w:rsidRDefault="00443F1E">
            <w:pPr>
              <w:spacing w:before="20" w:after="20"/>
              <w:jc w:val="center"/>
              <w:rPr>
                <w:lang w:val="pl-PL"/>
              </w:rPr>
            </w:pPr>
            <w:r w:rsidRPr="00161078">
              <w:rPr>
                <w:sz w:val="16"/>
                <w:lang w:val="pl-PL"/>
              </w:rPr>
              <w:t xml:space="preserve">wielkość porów 0.45 </w:t>
            </w:r>
            <w:proofErr w:type="spellStart"/>
            <w:r w:rsidRPr="00161078">
              <w:rPr>
                <w:sz w:val="16"/>
                <w:lang w:val="pl-PL"/>
              </w:rPr>
              <w:t>μm</w:t>
            </w:r>
            <w:proofErr w:type="spellEnd"/>
          </w:p>
        </w:tc>
        <w:tc>
          <w:tcPr>
            <w:tcW w:w="640" w:type="dxa"/>
            <w:vAlign w:val="center"/>
          </w:tcPr>
          <w:p w14:paraId="76B8D2C8"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2B7B4C87" w14:textId="77777777" w:rsidR="001512C8" w:rsidRPr="00161078" w:rsidRDefault="00056A14">
            <w:pPr>
              <w:spacing w:before="20" w:after="20"/>
              <w:jc w:val="center"/>
              <w:rPr>
                <w:lang w:val="pl-PL"/>
              </w:rPr>
            </w:pPr>
            <w:r>
              <w:rPr>
                <w:sz w:val="16"/>
                <w:lang w:val="pl-PL"/>
              </w:rPr>
              <w:t>2</w:t>
            </w:r>
          </w:p>
        </w:tc>
        <w:tc>
          <w:tcPr>
            <w:tcW w:w="1250" w:type="dxa"/>
            <w:vAlign w:val="center"/>
          </w:tcPr>
          <w:p w14:paraId="343392E9" w14:textId="77777777" w:rsidR="001512C8" w:rsidRPr="00161078" w:rsidRDefault="001512C8">
            <w:pPr>
              <w:spacing w:before="20" w:after="20"/>
              <w:jc w:val="center"/>
              <w:rPr>
                <w:lang w:val="pl-PL"/>
              </w:rPr>
            </w:pPr>
          </w:p>
        </w:tc>
        <w:tc>
          <w:tcPr>
            <w:tcW w:w="620" w:type="dxa"/>
            <w:vAlign w:val="center"/>
          </w:tcPr>
          <w:p w14:paraId="3997D381" w14:textId="77777777" w:rsidR="001512C8" w:rsidRPr="00161078" w:rsidRDefault="001512C8">
            <w:pPr>
              <w:spacing w:before="20" w:after="20"/>
              <w:jc w:val="center"/>
              <w:rPr>
                <w:lang w:val="pl-PL"/>
              </w:rPr>
            </w:pPr>
          </w:p>
        </w:tc>
        <w:tc>
          <w:tcPr>
            <w:tcW w:w="1250" w:type="dxa"/>
            <w:vAlign w:val="center"/>
          </w:tcPr>
          <w:p w14:paraId="1099D40F" w14:textId="77777777" w:rsidR="001512C8" w:rsidRPr="00161078" w:rsidRDefault="001512C8">
            <w:pPr>
              <w:spacing w:before="20" w:after="20"/>
              <w:jc w:val="center"/>
              <w:rPr>
                <w:lang w:val="pl-PL"/>
              </w:rPr>
            </w:pPr>
          </w:p>
        </w:tc>
        <w:tc>
          <w:tcPr>
            <w:tcW w:w="1350" w:type="dxa"/>
            <w:vAlign w:val="center"/>
          </w:tcPr>
          <w:p w14:paraId="7868EEE8" w14:textId="77777777" w:rsidR="001512C8" w:rsidRPr="00161078" w:rsidRDefault="001512C8">
            <w:pPr>
              <w:spacing w:before="20" w:after="20"/>
              <w:jc w:val="center"/>
              <w:rPr>
                <w:lang w:val="pl-PL"/>
              </w:rPr>
            </w:pPr>
          </w:p>
        </w:tc>
        <w:tc>
          <w:tcPr>
            <w:tcW w:w="1350" w:type="dxa"/>
            <w:vAlign w:val="center"/>
          </w:tcPr>
          <w:p w14:paraId="6CA2219B" w14:textId="77777777" w:rsidR="001512C8" w:rsidRPr="00161078" w:rsidRDefault="001512C8">
            <w:pPr>
              <w:spacing w:before="20" w:after="20"/>
              <w:jc w:val="center"/>
              <w:rPr>
                <w:lang w:val="pl-PL"/>
              </w:rPr>
            </w:pPr>
          </w:p>
        </w:tc>
      </w:tr>
      <w:tr w:rsidR="001512C8" w:rsidRPr="00161078" w14:paraId="03C4EE0A" w14:textId="77777777" w:rsidTr="00795294">
        <w:trPr>
          <w:jc w:val="center"/>
        </w:trPr>
        <w:tc>
          <w:tcPr>
            <w:tcW w:w="420" w:type="dxa"/>
            <w:vAlign w:val="center"/>
          </w:tcPr>
          <w:p w14:paraId="7197907A" w14:textId="77777777" w:rsidR="001512C8" w:rsidRPr="00161078" w:rsidRDefault="00443F1E">
            <w:pPr>
              <w:spacing w:before="20" w:after="20"/>
              <w:jc w:val="center"/>
              <w:rPr>
                <w:lang w:val="pl-PL"/>
              </w:rPr>
            </w:pPr>
            <w:permStart w:id="2131314365" w:edGrp="everyone" w:colFirst="5" w:colLast="5"/>
            <w:permStart w:id="952517564" w:edGrp="everyone" w:colFirst="6" w:colLast="6"/>
            <w:permStart w:id="367082256" w:edGrp="everyone" w:colFirst="7" w:colLast="7"/>
            <w:permStart w:id="307560731" w:edGrp="everyone" w:colFirst="8" w:colLast="8"/>
            <w:permStart w:id="673083900" w:edGrp="everyone" w:colFirst="9" w:colLast="9"/>
            <w:permStart w:id="540430518" w:edGrp="everyone" w:colFirst="10" w:colLast="10"/>
            <w:permEnd w:id="2027173864"/>
            <w:permEnd w:id="656418562"/>
            <w:permEnd w:id="2062295418"/>
            <w:permEnd w:id="410587997"/>
            <w:permEnd w:id="1145770503"/>
            <w:permEnd w:id="335229384"/>
            <w:r w:rsidRPr="00161078">
              <w:rPr>
                <w:sz w:val="16"/>
                <w:lang w:val="pl-PL"/>
              </w:rPr>
              <w:t>48</w:t>
            </w:r>
          </w:p>
        </w:tc>
        <w:tc>
          <w:tcPr>
            <w:tcW w:w="4450" w:type="dxa"/>
            <w:vAlign w:val="center"/>
          </w:tcPr>
          <w:p w14:paraId="5E8E8677" w14:textId="77777777" w:rsidR="001512C8" w:rsidRPr="000E6009" w:rsidRDefault="00443F1E">
            <w:pPr>
              <w:spacing w:before="20" w:after="20"/>
              <w:jc w:val="left"/>
            </w:pPr>
            <w:proofErr w:type="spellStart"/>
            <w:r w:rsidRPr="000E6009">
              <w:rPr>
                <w:sz w:val="16"/>
              </w:rPr>
              <w:t>PowerTrack</w:t>
            </w:r>
            <w:proofErr w:type="spellEnd"/>
            <w:r w:rsidRPr="000E6009">
              <w:rPr>
                <w:sz w:val="16"/>
              </w:rPr>
              <w:t>™ SYBR Green Master Mix</w:t>
            </w:r>
          </w:p>
        </w:tc>
        <w:tc>
          <w:tcPr>
            <w:tcW w:w="1720" w:type="dxa"/>
            <w:vAlign w:val="center"/>
          </w:tcPr>
          <w:p w14:paraId="1CC95DAC" w14:textId="77777777" w:rsidR="001512C8" w:rsidRPr="00161078" w:rsidRDefault="00443F1E">
            <w:pPr>
              <w:spacing w:before="20" w:after="20"/>
              <w:jc w:val="center"/>
              <w:rPr>
                <w:lang w:val="pl-PL"/>
              </w:rPr>
            </w:pPr>
            <w:r w:rsidRPr="00161078">
              <w:rPr>
                <w:sz w:val="16"/>
                <w:lang w:val="pl-PL"/>
              </w:rPr>
              <w:t xml:space="preserve">2 x 5 </w:t>
            </w:r>
            <w:proofErr w:type="spellStart"/>
            <w:r w:rsidRPr="00161078">
              <w:rPr>
                <w:sz w:val="16"/>
                <w:lang w:val="pl-PL"/>
              </w:rPr>
              <w:t>mL</w:t>
            </w:r>
            <w:proofErr w:type="spellEnd"/>
          </w:p>
        </w:tc>
        <w:tc>
          <w:tcPr>
            <w:tcW w:w="640" w:type="dxa"/>
            <w:vAlign w:val="center"/>
          </w:tcPr>
          <w:p w14:paraId="741B4C2C"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56463922" w14:textId="77777777" w:rsidR="001512C8" w:rsidRPr="00161078" w:rsidRDefault="00056A14">
            <w:pPr>
              <w:spacing w:before="20" w:after="20"/>
              <w:jc w:val="center"/>
              <w:rPr>
                <w:lang w:val="pl-PL"/>
              </w:rPr>
            </w:pPr>
            <w:r>
              <w:rPr>
                <w:sz w:val="16"/>
                <w:lang w:val="pl-PL"/>
              </w:rPr>
              <w:t>1</w:t>
            </w:r>
          </w:p>
        </w:tc>
        <w:tc>
          <w:tcPr>
            <w:tcW w:w="1250" w:type="dxa"/>
            <w:vAlign w:val="center"/>
          </w:tcPr>
          <w:p w14:paraId="5F0A9EA6" w14:textId="77777777" w:rsidR="001512C8" w:rsidRPr="00161078" w:rsidRDefault="001512C8">
            <w:pPr>
              <w:spacing w:before="20" w:after="20"/>
              <w:jc w:val="center"/>
              <w:rPr>
                <w:lang w:val="pl-PL"/>
              </w:rPr>
            </w:pPr>
          </w:p>
        </w:tc>
        <w:tc>
          <w:tcPr>
            <w:tcW w:w="620" w:type="dxa"/>
            <w:vAlign w:val="center"/>
          </w:tcPr>
          <w:p w14:paraId="35752337" w14:textId="77777777" w:rsidR="001512C8" w:rsidRPr="00161078" w:rsidRDefault="001512C8">
            <w:pPr>
              <w:spacing w:before="20" w:after="20"/>
              <w:jc w:val="center"/>
              <w:rPr>
                <w:lang w:val="pl-PL"/>
              </w:rPr>
            </w:pPr>
          </w:p>
        </w:tc>
        <w:tc>
          <w:tcPr>
            <w:tcW w:w="1250" w:type="dxa"/>
            <w:vAlign w:val="center"/>
          </w:tcPr>
          <w:p w14:paraId="69D4D7CF" w14:textId="77777777" w:rsidR="001512C8" w:rsidRPr="00161078" w:rsidRDefault="001512C8">
            <w:pPr>
              <w:spacing w:before="20" w:after="20"/>
              <w:jc w:val="center"/>
              <w:rPr>
                <w:lang w:val="pl-PL"/>
              </w:rPr>
            </w:pPr>
          </w:p>
        </w:tc>
        <w:tc>
          <w:tcPr>
            <w:tcW w:w="1350" w:type="dxa"/>
            <w:vAlign w:val="center"/>
          </w:tcPr>
          <w:p w14:paraId="25681072" w14:textId="77777777" w:rsidR="001512C8" w:rsidRPr="00161078" w:rsidRDefault="001512C8">
            <w:pPr>
              <w:spacing w:before="20" w:after="20"/>
              <w:jc w:val="center"/>
              <w:rPr>
                <w:lang w:val="pl-PL"/>
              </w:rPr>
            </w:pPr>
          </w:p>
        </w:tc>
        <w:tc>
          <w:tcPr>
            <w:tcW w:w="1350" w:type="dxa"/>
            <w:vAlign w:val="center"/>
          </w:tcPr>
          <w:p w14:paraId="244B9CA3" w14:textId="77777777" w:rsidR="001512C8" w:rsidRPr="00161078" w:rsidRDefault="001512C8">
            <w:pPr>
              <w:spacing w:before="20" w:after="20"/>
              <w:jc w:val="center"/>
              <w:rPr>
                <w:lang w:val="pl-PL"/>
              </w:rPr>
            </w:pPr>
          </w:p>
        </w:tc>
      </w:tr>
      <w:tr w:rsidR="001512C8" w:rsidRPr="00161078" w14:paraId="6A99C30A" w14:textId="77777777" w:rsidTr="00795294">
        <w:trPr>
          <w:jc w:val="center"/>
        </w:trPr>
        <w:tc>
          <w:tcPr>
            <w:tcW w:w="420" w:type="dxa"/>
            <w:vAlign w:val="center"/>
          </w:tcPr>
          <w:p w14:paraId="34EC9A6C" w14:textId="77777777" w:rsidR="001512C8" w:rsidRPr="00161078" w:rsidRDefault="00443F1E">
            <w:pPr>
              <w:spacing w:before="20" w:after="20"/>
              <w:jc w:val="center"/>
              <w:rPr>
                <w:lang w:val="pl-PL"/>
              </w:rPr>
            </w:pPr>
            <w:permStart w:id="1250653059" w:edGrp="everyone" w:colFirst="5" w:colLast="5"/>
            <w:permStart w:id="965083560" w:edGrp="everyone" w:colFirst="6" w:colLast="6"/>
            <w:permStart w:id="24118465" w:edGrp="everyone" w:colFirst="7" w:colLast="7"/>
            <w:permStart w:id="1347642333" w:edGrp="everyone" w:colFirst="8" w:colLast="8"/>
            <w:permStart w:id="308695258" w:edGrp="everyone" w:colFirst="9" w:colLast="9"/>
            <w:permStart w:id="2130057163" w:edGrp="everyone" w:colFirst="10" w:colLast="10"/>
            <w:permEnd w:id="2131314365"/>
            <w:permEnd w:id="952517564"/>
            <w:permEnd w:id="367082256"/>
            <w:permEnd w:id="307560731"/>
            <w:permEnd w:id="673083900"/>
            <w:permEnd w:id="540430518"/>
            <w:r w:rsidRPr="00161078">
              <w:rPr>
                <w:sz w:val="16"/>
                <w:lang w:val="pl-PL"/>
              </w:rPr>
              <w:t>49</w:t>
            </w:r>
          </w:p>
        </w:tc>
        <w:tc>
          <w:tcPr>
            <w:tcW w:w="4450" w:type="dxa"/>
            <w:vAlign w:val="center"/>
          </w:tcPr>
          <w:p w14:paraId="73ED0230" w14:textId="77777777" w:rsidR="001512C8" w:rsidRPr="00161078" w:rsidRDefault="00443F1E">
            <w:pPr>
              <w:spacing w:before="20" w:after="20"/>
              <w:jc w:val="left"/>
              <w:rPr>
                <w:lang w:val="pl-PL"/>
              </w:rPr>
            </w:pPr>
            <w:proofErr w:type="spellStart"/>
            <w:r w:rsidRPr="00161078">
              <w:rPr>
                <w:sz w:val="16"/>
                <w:lang w:val="pl-PL"/>
              </w:rPr>
              <w:t>TaqMan</w:t>
            </w:r>
            <w:proofErr w:type="spellEnd"/>
            <w:r w:rsidRPr="00161078">
              <w:rPr>
                <w:sz w:val="16"/>
                <w:lang w:val="pl-PL"/>
              </w:rPr>
              <w:t xml:space="preserve">® </w:t>
            </w:r>
            <w:proofErr w:type="spellStart"/>
            <w:r w:rsidRPr="00161078">
              <w:rPr>
                <w:sz w:val="16"/>
                <w:lang w:val="pl-PL"/>
              </w:rPr>
              <w:t>Array</w:t>
            </w:r>
            <w:proofErr w:type="spellEnd"/>
            <w:r w:rsidRPr="00161078">
              <w:rPr>
                <w:sz w:val="16"/>
                <w:lang w:val="pl-PL"/>
              </w:rPr>
              <w:t xml:space="preserve"> Standard </w:t>
            </w:r>
            <w:proofErr w:type="spellStart"/>
            <w:r w:rsidRPr="00161078">
              <w:rPr>
                <w:sz w:val="16"/>
                <w:lang w:val="pl-PL"/>
              </w:rPr>
              <w:t>Plates</w:t>
            </w:r>
            <w:proofErr w:type="spellEnd"/>
          </w:p>
        </w:tc>
        <w:tc>
          <w:tcPr>
            <w:tcW w:w="1720" w:type="dxa"/>
            <w:vAlign w:val="center"/>
          </w:tcPr>
          <w:p w14:paraId="6679ED49" w14:textId="77777777" w:rsidR="001512C8" w:rsidRPr="00161078" w:rsidRDefault="00443F1E">
            <w:pPr>
              <w:spacing w:before="20" w:after="20"/>
              <w:jc w:val="center"/>
              <w:rPr>
                <w:lang w:val="pl-PL"/>
              </w:rPr>
            </w:pPr>
            <w:r w:rsidRPr="00161078">
              <w:rPr>
                <w:sz w:val="16"/>
                <w:lang w:val="pl-PL"/>
              </w:rPr>
              <w:t xml:space="preserve">20 µL </w:t>
            </w:r>
            <w:proofErr w:type="spellStart"/>
            <w:r w:rsidRPr="00161078">
              <w:rPr>
                <w:sz w:val="16"/>
                <w:lang w:val="pl-PL"/>
              </w:rPr>
              <w:t>reaction</w:t>
            </w:r>
            <w:proofErr w:type="spellEnd"/>
          </w:p>
        </w:tc>
        <w:tc>
          <w:tcPr>
            <w:tcW w:w="640" w:type="dxa"/>
            <w:vAlign w:val="center"/>
          </w:tcPr>
          <w:p w14:paraId="6E91017A"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4BF29E1B" w14:textId="77777777" w:rsidR="001512C8" w:rsidRPr="00161078" w:rsidRDefault="00056A14">
            <w:pPr>
              <w:spacing w:before="20" w:after="20"/>
              <w:jc w:val="center"/>
              <w:rPr>
                <w:lang w:val="pl-PL"/>
              </w:rPr>
            </w:pPr>
            <w:r>
              <w:rPr>
                <w:sz w:val="16"/>
                <w:lang w:val="pl-PL"/>
              </w:rPr>
              <w:t>6</w:t>
            </w:r>
          </w:p>
        </w:tc>
        <w:tc>
          <w:tcPr>
            <w:tcW w:w="1250" w:type="dxa"/>
            <w:vAlign w:val="center"/>
          </w:tcPr>
          <w:p w14:paraId="35A84428" w14:textId="77777777" w:rsidR="001512C8" w:rsidRPr="00161078" w:rsidRDefault="001512C8">
            <w:pPr>
              <w:spacing w:before="20" w:after="20"/>
              <w:jc w:val="center"/>
              <w:rPr>
                <w:lang w:val="pl-PL"/>
              </w:rPr>
            </w:pPr>
          </w:p>
        </w:tc>
        <w:tc>
          <w:tcPr>
            <w:tcW w:w="620" w:type="dxa"/>
            <w:vAlign w:val="center"/>
          </w:tcPr>
          <w:p w14:paraId="134B7DEA" w14:textId="77777777" w:rsidR="001512C8" w:rsidRPr="00161078" w:rsidRDefault="001512C8">
            <w:pPr>
              <w:spacing w:before="20" w:after="20"/>
              <w:jc w:val="center"/>
              <w:rPr>
                <w:lang w:val="pl-PL"/>
              </w:rPr>
            </w:pPr>
          </w:p>
        </w:tc>
        <w:tc>
          <w:tcPr>
            <w:tcW w:w="1250" w:type="dxa"/>
            <w:vAlign w:val="center"/>
          </w:tcPr>
          <w:p w14:paraId="522A2325" w14:textId="77777777" w:rsidR="001512C8" w:rsidRPr="00161078" w:rsidRDefault="001512C8">
            <w:pPr>
              <w:spacing w:before="20" w:after="20"/>
              <w:jc w:val="center"/>
              <w:rPr>
                <w:lang w:val="pl-PL"/>
              </w:rPr>
            </w:pPr>
          </w:p>
        </w:tc>
        <w:tc>
          <w:tcPr>
            <w:tcW w:w="1350" w:type="dxa"/>
            <w:vAlign w:val="center"/>
          </w:tcPr>
          <w:p w14:paraId="35931191" w14:textId="77777777" w:rsidR="001512C8" w:rsidRPr="00161078" w:rsidRDefault="001512C8">
            <w:pPr>
              <w:spacing w:before="20" w:after="20"/>
              <w:jc w:val="center"/>
              <w:rPr>
                <w:lang w:val="pl-PL"/>
              </w:rPr>
            </w:pPr>
          </w:p>
        </w:tc>
        <w:tc>
          <w:tcPr>
            <w:tcW w:w="1350" w:type="dxa"/>
            <w:vAlign w:val="center"/>
          </w:tcPr>
          <w:p w14:paraId="6615BA52" w14:textId="77777777" w:rsidR="001512C8" w:rsidRPr="00161078" w:rsidRDefault="001512C8">
            <w:pPr>
              <w:spacing w:before="20" w:after="20"/>
              <w:jc w:val="center"/>
              <w:rPr>
                <w:lang w:val="pl-PL"/>
              </w:rPr>
            </w:pPr>
          </w:p>
        </w:tc>
      </w:tr>
      <w:tr w:rsidR="001512C8" w:rsidRPr="00161078" w14:paraId="13B1926A" w14:textId="77777777" w:rsidTr="00795294">
        <w:trPr>
          <w:jc w:val="center"/>
        </w:trPr>
        <w:tc>
          <w:tcPr>
            <w:tcW w:w="420" w:type="dxa"/>
            <w:vAlign w:val="center"/>
          </w:tcPr>
          <w:p w14:paraId="27DC3C03" w14:textId="77777777" w:rsidR="001512C8" w:rsidRPr="00161078" w:rsidRDefault="00443F1E">
            <w:pPr>
              <w:spacing w:before="20" w:after="20"/>
              <w:jc w:val="center"/>
              <w:rPr>
                <w:lang w:val="pl-PL"/>
              </w:rPr>
            </w:pPr>
            <w:permStart w:id="1164406155" w:edGrp="everyone" w:colFirst="5" w:colLast="5"/>
            <w:permStart w:id="1861238934" w:edGrp="everyone" w:colFirst="6" w:colLast="6"/>
            <w:permStart w:id="1734231086" w:edGrp="everyone" w:colFirst="7" w:colLast="7"/>
            <w:permStart w:id="1073235980" w:edGrp="everyone" w:colFirst="8" w:colLast="8"/>
            <w:permStart w:id="1838627722" w:edGrp="everyone" w:colFirst="9" w:colLast="9"/>
            <w:permStart w:id="2138577083" w:edGrp="everyone" w:colFirst="10" w:colLast="10"/>
            <w:permEnd w:id="1250653059"/>
            <w:permEnd w:id="965083560"/>
            <w:permEnd w:id="24118465"/>
            <w:permEnd w:id="1347642333"/>
            <w:permEnd w:id="308695258"/>
            <w:permEnd w:id="2130057163"/>
            <w:r w:rsidRPr="00161078">
              <w:rPr>
                <w:sz w:val="16"/>
                <w:lang w:val="pl-PL"/>
              </w:rPr>
              <w:t>50</w:t>
            </w:r>
          </w:p>
        </w:tc>
        <w:tc>
          <w:tcPr>
            <w:tcW w:w="4450" w:type="dxa"/>
            <w:vAlign w:val="center"/>
          </w:tcPr>
          <w:p w14:paraId="46F70FB6" w14:textId="77777777" w:rsidR="001512C8" w:rsidRPr="000E6009" w:rsidRDefault="00443F1E">
            <w:pPr>
              <w:spacing w:before="20" w:after="20"/>
              <w:jc w:val="left"/>
            </w:pPr>
            <w:r w:rsidRPr="000E6009">
              <w:rPr>
                <w:sz w:val="16"/>
              </w:rPr>
              <w:t>TaqMan™ Gene Expression Master Mix</w:t>
            </w:r>
          </w:p>
        </w:tc>
        <w:tc>
          <w:tcPr>
            <w:tcW w:w="1720" w:type="dxa"/>
            <w:vAlign w:val="center"/>
          </w:tcPr>
          <w:p w14:paraId="0F22A40B" w14:textId="77777777" w:rsidR="001512C8" w:rsidRPr="00161078" w:rsidRDefault="00443F1E">
            <w:pPr>
              <w:spacing w:before="20" w:after="20"/>
              <w:jc w:val="center"/>
              <w:rPr>
                <w:lang w:val="pl-PL"/>
              </w:rPr>
            </w:pPr>
            <w:r w:rsidRPr="00161078">
              <w:rPr>
                <w:sz w:val="16"/>
                <w:lang w:val="pl-PL"/>
              </w:rPr>
              <w:t>1ml</w:t>
            </w:r>
          </w:p>
        </w:tc>
        <w:tc>
          <w:tcPr>
            <w:tcW w:w="640" w:type="dxa"/>
            <w:vAlign w:val="center"/>
          </w:tcPr>
          <w:p w14:paraId="3EFBF531"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62FA1F4E" w14:textId="77777777" w:rsidR="001512C8" w:rsidRPr="00161078" w:rsidRDefault="00056A14">
            <w:pPr>
              <w:spacing w:before="20" w:after="20"/>
              <w:jc w:val="center"/>
              <w:rPr>
                <w:lang w:val="pl-PL"/>
              </w:rPr>
            </w:pPr>
            <w:r>
              <w:rPr>
                <w:sz w:val="16"/>
                <w:lang w:val="pl-PL"/>
              </w:rPr>
              <w:t>2</w:t>
            </w:r>
          </w:p>
        </w:tc>
        <w:tc>
          <w:tcPr>
            <w:tcW w:w="1250" w:type="dxa"/>
            <w:vAlign w:val="center"/>
          </w:tcPr>
          <w:p w14:paraId="308FF09E" w14:textId="77777777" w:rsidR="001512C8" w:rsidRPr="00161078" w:rsidRDefault="001512C8">
            <w:pPr>
              <w:spacing w:before="20" w:after="20"/>
              <w:jc w:val="center"/>
              <w:rPr>
                <w:lang w:val="pl-PL"/>
              </w:rPr>
            </w:pPr>
          </w:p>
        </w:tc>
        <w:tc>
          <w:tcPr>
            <w:tcW w:w="620" w:type="dxa"/>
            <w:vAlign w:val="center"/>
          </w:tcPr>
          <w:p w14:paraId="1D0EABDA" w14:textId="77777777" w:rsidR="001512C8" w:rsidRPr="00161078" w:rsidRDefault="001512C8">
            <w:pPr>
              <w:spacing w:before="20" w:after="20"/>
              <w:jc w:val="center"/>
              <w:rPr>
                <w:lang w:val="pl-PL"/>
              </w:rPr>
            </w:pPr>
          </w:p>
        </w:tc>
        <w:tc>
          <w:tcPr>
            <w:tcW w:w="1250" w:type="dxa"/>
            <w:vAlign w:val="center"/>
          </w:tcPr>
          <w:p w14:paraId="56E3847D" w14:textId="77777777" w:rsidR="001512C8" w:rsidRPr="00161078" w:rsidRDefault="001512C8">
            <w:pPr>
              <w:spacing w:before="20" w:after="20"/>
              <w:jc w:val="center"/>
              <w:rPr>
                <w:lang w:val="pl-PL"/>
              </w:rPr>
            </w:pPr>
          </w:p>
        </w:tc>
        <w:tc>
          <w:tcPr>
            <w:tcW w:w="1350" w:type="dxa"/>
            <w:vAlign w:val="center"/>
          </w:tcPr>
          <w:p w14:paraId="715E9563" w14:textId="77777777" w:rsidR="001512C8" w:rsidRPr="00161078" w:rsidRDefault="001512C8">
            <w:pPr>
              <w:spacing w:before="20" w:after="20"/>
              <w:jc w:val="center"/>
              <w:rPr>
                <w:lang w:val="pl-PL"/>
              </w:rPr>
            </w:pPr>
          </w:p>
        </w:tc>
        <w:tc>
          <w:tcPr>
            <w:tcW w:w="1350" w:type="dxa"/>
            <w:vAlign w:val="center"/>
          </w:tcPr>
          <w:p w14:paraId="5495D8F8" w14:textId="77777777" w:rsidR="001512C8" w:rsidRPr="00161078" w:rsidRDefault="001512C8">
            <w:pPr>
              <w:spacing w:before="20" w:after="20"/>
              <w:jc w:val="center"/>
              <w:rPr>
                <w:lang w:val="pl-PL"/>
              </w:rPr>
            </w:pPr>
          </w:p>
        </w:tc>
      </w:tr>
      <w:tr w:rsidR="001512C8" w:rsidRPr="00161078" w14:paraId="14B03EF8" w14:textId="77777777" w:rsidTr="00795294">
        <w:trPr>
          <w:jc w:val="center"/>
        </w:trPr>
        <w:tc>
          <w:tcPr>
            <w:tcW w:w="420" w:type="dxa"/>
            <w:vAlign w:val="center"/>
          </w:tcPr>
          <w:p w14:paraId="1E4AAAB3" w14:textId="77777777" w:rsidR="001512C8" w:rsidRPr="00161078" w:rsidRDefault="00443F1E">
            <w:pPr>
              <w:spacing w:before="20" w:after="20"/>
              <w:jc w:val="center"/>
              <w:rPr>
                <w:lang w:val="pl-PL"/>
              </w:rPr>
            </w:pPr>
            <w:permStart w:id="592800639" w:edGrp="everyone" w:colFirst="5" w:colLast="5"/>
            <w:permStart w:id="2026251712" w:edGrp="everyone" w:colFirst="6" w:colLast="6"/>
            <w:permStart w:id="672013351" w:edGrp="everyone" w:colFirst="7" w:colLast="7"/>
            <w:permStart w:id="348872153" w:edGrp="everyone" w:colFirst="8" w:colLast="8"/>
            <w:permStart w:id="1185829227" w:edGrp="everyone" w:colFirst="9" w:colLast="9"/>
            <w:permStart w:id="1306086523" w:edGrp="everyone" w:colFirst="10" w:colLast="10"/>
            <w:permEnd w:id="1164406155"/>
            <w:permEnd w:id="1861238934"/>
            <w:permEnd w:id="1734231086"/>
            <w:permEnd w:id="1073235980"/>
            <w:permEnd w:id="1838627722"/>
            <w:permEnd w:id="2138577083"/>
            <w:r w:rsidRPr="00161078">
              <w:rPr>
                <w:sz w:val="16"/>
                <w:lang w:val="pl-PL"/>
              </w:rPr>
              <w:t>51</w:t>
            </w:r>
          </w:p>
        </w:tc>
        <w:tc>
          <w:tcPr>
            <w:tcW w:w="4450" w:type="dxa"/>
            <w:vAlign w:val="center"/>
          </w:tcPr>
          <w:p w14:paraId="318365BA" w14:textId="77777777" w:rsidR="001512C8" w:rsidRPr="000E6009" w:rsidRDefault="00443F1E">
            <w:pPr>
              <w:spacing w:before="20" w:after="20"/>
              <w:jc w:val="left"/>
            </w:pPr>
            <w:r w:rsidRPr="000E6009">
              <w:rPr>
                <w:sz w:val="16"/>
              </w:rPr>
              <w:t>High-Capacity cDNA Reverse Transcription Kit with RNase Inhibitor</w:t>
            </w:r>
          </w:p>
        </w:tc>
        <w:tc>
          <w:tcPr>
            <w:tcW w:w="1720" w:type="dxa"/>
            <w:vAlign w:val="center"/>
          </w:tcPr>
          <w:p w14:paraId="18E25C1A" w14:textId="77777777" w:rsidR="001512C8" w:rsidRPr="00161078" w:rsidRDefault="00443F1E">
            <w:pPr>
              <w:spacing w:before="20" w:after="20"/>
              <w:jc w:val="center"/>
              <w:rPr>
                <w:lang w:val="pl-PL"/>
              </w:rPr>
            </w:pPr>
            <w:r w:rsidRPr="00161078">
              <w:rPr>
                <w:sz w:val="16"/>
                <w:lang w:val="pl-PL"/>
              </w:rPr>
              <w:t xml:space="preserve">200 </w:t>
            </w:r>
            <w:proofErr w:type="spellStart"/>
            <w:r w:rsidRPr="00161078">
              <w:rPr>
                <w:sz w:val="16"/>
                <w:lang w:val="pl-PL"/>
              </w:rPr>
              <w:t>reactions</w:t>
            </w:r>
            <w:proofErr w:type="spellEnd"/>
          </w:p>
        </w:tc>
        <w:tc>
          <w:tcPr>
            <w:tcW w:w="640" w:type="dxa"/>
            <w:vAlign w:val="center"/>
          </w:tcPr>
          <w:p w14:paraId="3EF40885"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2F79D33" w14:textId="77777777" w:rsidR="001512C8" w:rsidRPr="00161078" w:rsidRDefault="00056A14">
            <w:pPr>
              <w:spacing w:before="20" w:after="20"/>
              <w:jc w:val="center"/>
              <w:rPr>
                <w:lang w:val="pl-PL"/>
              </w:rPr>
            </w:pPr>
            <w:r>
              <w:rPr>
                <w:sz w:val="16"/>
                <w:lang w:val="pl-PL"/>
              </w:rPr>
              <w:t>2</w:t>
            </w:r>
          </w:p>
        </w:tc>
        <w:tc>
          <w:tcPr>
            <w:tcW w:w="1250" w:type="dxa"/>
            <w:vAlign w:val="center"/>
          </w:tcPr>
          <w:p w14:paraId="605680EC" w14:textId="77777777" w:rsidR="001512C8" w:rsidRPr="00161078" w:rsidRDefault="001512C8">
            <w:pPr>
              <w:spacing w:before="20" w:after="20"/>
              <w:jc w:val="center"/>
              <w:rPr>
                <w:lang w:val="pl-PL"/>
              </w:rPr>
            </w:pPr>
          </w:p>
        </w:tc>
        <w:tc>
          <w:tcPr>
            <w:tcW w:w="620" w:type="dxa"/>
            <w:vAlign w:val="center"/>
          </w:tcPr>
          <w:p w14:paraId="719CBDF1" w14:textId="77777777" w:rsidR="001512C8" w:rsidRPr="00161078" w:rsidRDefault="001512C8">
            <w:pPr>
              <w:spacing w:before="20" w:after="20"/>
              <w:jc w:val="center"/>
              <w:rPr>
                <w:lang w:val="pl-PL"/>
              </w:rPr>
            </w:pPr>
          </w:p>
        </w:tc>
        <w:tc>
          <w:tcPr>
            <w:tcW w:w="1250" w:type="dxa"/>
            <w:vAlign w:val="center"/>
          </w:tcPr>
          <w:p w14:paraId="252FA915" w14:textId="77777777" w:rsidR="001512C8" w:rsidRPr="00161078" w:rsidRDefault="001512C8">
            <w:pPr>
              <w:spacing w:before="20" w:after="20"/>
              <w:jc w:val="center"/>
              <w:rPr>
                <w:lang w:val="pl-PL"/>
              </w:rPr>
            </w:pPr>
          </w:p>
        </w:tc>
        <w:tc>
          <w:tcPr>
            <w:tcW w:w="1350" w:type="dxa"/>
            <w:vAlign w:val="center"/>
          </w:tcPr>
          <w:p w14:paraId="30765F13" w14:textId="77777777" w:rsidR="001512C8" w:rsidRPr="00161078" w:rsidRDefault="001512C8">
            <w:pPr>
              <w:spacing w:before="20" w:after="20"/>
              <w:jc w:val="center"/>
              <w:rPr>
                <w:lang w:val="pl-PL"/>
              </w:rPr>
            </w:pPr>
          </w:p>
        </w:tc>
        <w:tc>
          <w:tcPr>
            <w:tcW w:w="1350" w:type="dxa"/>
            <w:vAlign w:val="center"/>
          </w:tcPr>
          <w:p w14:paraId="482A2A94" w14:textId="77777777" w:rsidR="001512C8" w:rsidRPr="00161078" w:rsidRDefault="001512C8">
            <w:pPr>
              <w:spacing w:before="20" w:after="20"/>
              <w:jc w:val="center"/>
              <w:rPr>
                <w:lang w:val="pl-PL"/>
              </w:rPr>
            </w:pPr>
          </w:p>
        </w:tc>
      </w:tr>
      <w:tr w:rsidR="001512C8" w:rsidRPr="00161078" w14:paraId="236FC2F5" w14:textId="77777777" w:rsidTr="00795294">
        <w:trPr>
          <w:jc w:val="center"/>
        </w:trPr>
        <w:tc>
          <w:tcPr>
            <w:tcW w:w="420" w:type="dxa"/>
            <w:vAlign w:val="center"/>
          </w:tcPr>
          <w:p w14:paraId="486C6358" w14:textId="77777777" w:rsidR="001512C8" w:rsidRPr="00161078" w:rsidRDefault="00443F1E">
            <w:pPr>
              <w:spacing w:before="20" w:after="20"/>
              <w:jc w:val="center"/>
              <w:rPr>
                <w:lang w:val="pl-PL"/>
              </w:rPr>
            </w:pPr>
            <w:permStart w:id="2045137484" w:edGrp="everyone" w:colFirst="5" w:colLast="5"/>
            <w:permStart w:id="28593743" w:edGrp="everyone" w:colFirst="6" w:colLast="6"/>
            <w:permStart w:id="614694771" w:edGrp="everyone" w:colFirst="7" w:colLast="7"/>
            <w:permStart w:id="300301953" w:edGrp="everyone" w:colFirst="8" w:colLast="8"/>
            <w:permStart w:id="1828873765" w:edGrp="everyone" w:colFirst="9" w:colLast="9"/>
            <w:permStart w:id="1083256038" w:edGrp="everyone" w:colFirst="10" w:colLast="10"/>
            <w:permEnd w:id="592800639"/>
            <w:permEnd w:id="2026251712"/>
            <w:permEnd w:id="672013351"/>
            <w:permEnd w:id="348872153"/>
            <w:permEnd w:id="1185829227"/>
            <w:permEnd w:id="1306086523"/>
            <w:r w:rsidRPr="00161078">
              <w:rPr>
                <w:sz w:val="16"/>
                <w:lang w:val="pl-PL"/>
              </w:rPr>
              <w:t>52</w:t>
            </w:r>
          </w:p>
        </w:tc>
        <w:tc>
          <w:tcPr>
            <w:tcW w:w="4450" w:type="dxa"/>
            <w:vAlign w:val="center"/>
          </w:tcPr>
          <w:p w14:paraId="012C0A1A" w14:textId="77777777" w:rsidR="001512C8" w:rsidRPr="00161078" w:rsidRDefault="00443F1E">
            <w:pPr>
              <w:spacing w:before="20" w:after="20"/>
              <w:jc w:val="left"/>
              <w:rPr>
                <w:lang w:val="pl-PL"/>
              </w:rPr>
            </w:pPr>
            <w:proofErr w:type="spellStart"/>
            <w:r w:rsidRPr="00161078">
              <w:rPr>
                <w:sz w:val="16"/>
                <w:lang w:val="pl-PL"/>
              </w:rPr>
              <w:t>TaqMan</w:t>
            </w:r>
            <w:proofErr w:type="spellEnd"/>
            <w:r w:rsidRPr="00161078">
              <w:rPr>
                <w:sz w:val="16"/>
                <w:lang w:val="pl-PL"/>
              </w:rPr>
              <w:t xml:space="preserve">™ </w:t>
            </w:r>
            <w:proofErr w:type="spellStart"/>
            <w:r w:rsidRPr="00161078">
              <w:rPr>
                <w:sz w:val="16"/>
                <w:lang w:val="pl-PL"/>
              </w:rPr>
              <w:t>Gene</w:t>
            </w:r>
            <w:proofErr w:type="spellEnd"/>
            <w:r w:rsidRPr="00161078">
              <w:rPr>
                <w:sz w:val="16"/>
                <w:lang w:val="pl-PL"/>
              </w:rPr>
              <w:t xml:space="preserve"> </w:t>
            </w:r>
            <w:proofErr w:type="spellStart"/>
            <w:r w:rsidRPr="00161078">
              <w:rPr>
                <w:sz w:val="16"/>
                <w:lang w:val="pl-PL"/>
              </w:rPr>
              <w:t>Expression</w:t>
            </w:r>
            <w:proofErr w:type="spellEnd"/>
            <w:r w:rsidRPr="00161078">
              <w:rPr>
                <w:sz w:val="16"/>
                <w:lang w:val="pl-PL"/>
              </w:rPr>
              <w:t xml:space="preserve"> </w:t>
            </w:r>
            <w:proofErr w:type="spellStart"/>
            <w:r w:rsidRPr="00161078">
              <w:rPr>
                <w:sz w:val="16"/>
                <w:lang w:val="pl-PL"/>
              </w:rPr>
              <w:t>Assay</w:t>
            </w:r>
            <w:proofErr w:type="spellEnd"/>
          </w:p>
        </w:tc>
        <w:tc>
          <w:tcPr>
            <w:tcW w:w="1720" w:type="dxa"/>
            <w:vAlign w:val="center"/>
          </w:tcPr>
          <w:p w14:paraId="118C46D6" w14:textId="77777777" w:rsidR="001512C8" w:rsidRPr="00161078" w:rsidRDefault="00443F1E">
            <w:pPr>
              <w:spacing w:before="20" w:after="20"/>
              <w:jc w:val="center"/>
              <w:rPr>
                <w:lang w:val="pl-PL"/>
              </w:rPr>
            </w:pPr>
            <w:r w:rsidRPr="00161078">
              <w:rPr>
                <w:sz w:val="16"/>
                <w:lang w:val="pl-PL"/>
              </w:rPr>
              <w:t xml:space="preserve">750 </w:t>
            </w:r>
            <w:proofErr w:type="spellStart"/>
            <w:r w:rsidRPr="00161078">
              <w:rPr>
                <w:sz w:val="16"/>
                <w:lang w:val="pl-PL"/>
              </w:rPr>
              <w:t>reactions</w:t>
            </w:r>
            <w:proofErr w:type="spellEnd"/>
          </w:p>
        </w:tc>
        <w:tc>
          <w:tcPr>
            <w:tcW w:w="640" w:type="dxa"/>
            <w:vAlign w:val="center"/>
          </w:tcPr>
          <w:p w14:paraId="4D864CD8"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43EDC4A" w14:textId="77777777" w:rsidR="001512C8" w:rsidRPr="00161078" w:rsidRDefault="00056A14">
            <w:pPr>
              <w:spacing w:before="20" w:after="20"/>
              <w:jc w:val="center"/>
              <w:rPr>
                <w:lang w:val="pl-PL"/>
              </w:rPr>
            </w:pPr>
            <w:r>
              <w:rPr>
                <w:sz w:val="16"/>
                <w:lang w:val="pl-PL"/>
              </w:rPr>
              <w:t>2</w:t>
            </w:r>
          </w:p>
        </w:tc>
        <w:tc>
          <w:tcPr>
            <w:tcW w:w="1250" w:type="dxa"/>
            <w:vAlign w:val="center"/>
          </w:tcPr>
          <w:p w14:paraId="6A95CE8F" w14:textId="77777777" w:rsidR="001512C8" w:rsidRPr="00161078" w:rsidRDefault="001512C8">
            <w:pPr>
              <w:spacing w:before="20" w:after="20"/>
              <w:jc w:val="center"/>
              <w:rPr>
                <w:lang w:val="pl-PL"/>
              </w:rPr>
            </w:pPr>
          </w:p>
        </w:tc>
        <w:tc>
          <w:tcPr>
            <w:tcW w:w="620" w:type="dxa"/>
            <w:vAlign w:val="center"/>
          </w:tcPr>
          <w:p w14:paraId="10222F53" w14:textId="77777777" w:rsidR="001512C8" w:rsidRPr="00161078" w:rsidRDefault="001512C8">
            <w:pPr>
              <w:spacing w:before="20" w:after="20"/>
              <w:jc w:val="center"/>
              <w:rPr>
                <w:lang w:val="pl-PL"/>
              </w:rPr>
            </w:pPr>
          </w:p>
        </w:tc>
        <w:tc>
          <w:tcPr>
            <w:tcW w:w="1250" w:type="dxa"/>
            <w:vAlign w:val="center"/>
          </w:tcPr>
          <w:p w14:paraId="0A7E41CC" w14:textId="77777777" w:rsidR="001512C8" w:rsidRPr="00161078" w:rsidRDefault="001512C8">
            <w:pPr>
              <w:spacing w:before="20" w:after="20"/>
              <w:jc w:val="center"/>
              <w:rPr>
                <w:lang w:val="pl-PL"/>
              </w:rPr>
            </w:pPr>
          </w:p>
        </w:tc>
        <w:tc>
          <w:tcPr>
            <w:tcW w:w="1350" w:type="dxa"/>
            <w:vAlign w:val="center"/>
          </w:tcPr>
          <w:p w14:paraId="28AEDCE4" w14:textId="77777777" w:rsidR="001512C8" w:rsidRPr="00161078" w:rsidRDefault="001512C8">
            <w:pPr>
              <w:spacing w:before="20" w:after="20"/>
              <w:jc w:val="center"/>
              <w:rPr>
                <w:lang w:val="pl-PL"/>
              </w:rPr>
            </w:pPr>
          </w:p>
        </w:tc>
        <w:tc>
          <w:tcPr>
            <w:tcW w:w="1350" w:type="dxa"/>
            <w:vAlign w:val="center"/>
          </w:tcPr>
          <w:p w14:paraId="575CEFFE" w14:textId="77777777" w:rsidR="001512C8" w:rsidRPr="00161078" w:rsidRDefault="001512C8">
            <w:pPr>
              <w:spacing w:before="20" w:after="20"/>
              <w:jc w:val="center"/>
              <w:rPr>
                <w:lang w:val="pl-PL"/>
              </w:rPr>
            </w:pPr>
          </w:p>
        </w:tc>
      </w:tr>
      <w:tr w:rsidR="001512C8" w:rsidRPr="00161078" w14:paraId="4584C64A" w14:textId="77777777" w:rsidTr="00795294">
        <w:trPr>
          <w:jc w:val="center"/>
        </w:trPr>
        <w:tc>
          <w:tcPr>
            <w:tcW w:w="420" w:type="dxa"/>
            <w:vAlign w:val="center"/>
          </w:tcPr>
          <w:p w14:paraId="1197091F" w14:textId="77777777" w:rsidR="001512C8" w:rsidRPr="00161078" w:rsidRDefault="00443F1E">
            <w:pPr>
              <w:spacing w:before="20" w:after="20"/>
              <w:jc w:val="center"/>
              <w:rPr>
                <w:lang w:val="pl-PL"/>
              </w:rPr>
            </w:pPr>
            <w:permStart w:id="988623469" w:edGrp="everyone" w:colFirst="5" w:colLast="5"/>
            <w:permStart w:id="743592856" w:edGrp="everyone" w:colFirst="6" w:colLast="6"/>
            <w:permStart w:id="1671984958" w:edGrp="everyone" w:colFirst="7" w:colLast="7"/>
            <w:permStart w:id="1056860845" w:edGrp="everyone" w:colFirst="8" w:colLast="8"/>
            <w:permStart w:id="1240814222" w:edGrp="everyone" w:colFirst="9" w:colLast="9"/>
            <w:permStart w:id="1153528801" w:edGrp="everyone" w:colFirst="10" w:colLast="10"/>
            <w:permEnd w:id="2045137484"/>
            <w:permEnd w:id="28593743"/>
            <w:permEnd w:id="614694771"/>
            <w:permEnd w:id="300301953"/>
            <w:permEnd w:id="1828873765"/>
            <w:permEnd w:id="1083256038"/>
            <w:r w:rsidRPr="00161078">
              <w:rPr>
                <w:sz w:val="16"/>
                <w:lang w:val="pl-PL"/>
              </w:rPr>
              <w:t>53</w:t>
            </w:r>
          </w:p>
        </w:tc>
        <w:tc>
          <w:tcPr>
            <w:tcW w:w="4450" w:type="dxa"/>
            <w:vAlign w:val="center"/>
          </w:tcPr>
          <w:p w14:paraId="6A45B51D" w14:textId="77777777" w:rsidR="001512C8" w:rsidRPr="00161078" w:rsidRDefault="00443F1E">
            <w:pPr>
              <w:spacing w:before="20" w:after="20"/>
              <w:jc w:val="left"/>
              <w:rPr>
                <w:lang w:val="pl-PL"/>
              </w:rPr>
            </w:pPr>
            <w:proofErr w:type="spellStart"/>
            <w:r w:rsidRPr="00161078">
              <w:rPr>
                <w:sz w:val="16"/>
                <w:lang w:val="pl-PL"/>
              </w:rPr>
              <w:t>Paraformaldehyde</w:t>
            </w:r>
            <w:proofErr w:type="spellEnd"/>
            <w:r w:rsidRPr="00161078">
              <w:rPr>
                <w:sz w:val="16"/>
                <w:lang w:val="pl-PL"/>
              </w:rPr>
              <w:t xml:space="preserve"> Solution, 4% in PBS</w:t>
            </w:r>
          </w:p>
        </w:tc>
        <w:tc>
          <w:tcPr>
            <w:tcW w:w="1720" w:type="dxa"/>
            <w:vAlign w:val="center"/>
          </w:tcPr>
          <w:p w14:paraId="0F4204FC" w14:textId="77777777" w:rsidR="001512C8" w:rsidRPr="00161078" w:rsidRDefault="00443F1E">
            <w:pPr>
              <w:spacing w:before="20" w:after="20"/>
              <w:jc w:val="center"/>
              <w:rPr>
                <w:lang w:val="pl-PL"/>
              </w:rPr>
            </w:pPr>
            <w:r w:rsidRPr="00161078">
              <w:rPr>
                <w:sz w:val="16"/>
                <w:lang w:val="pl-PL"/>
              </w:rPr>
              <w:t>1L</w:t>
            </w:r>
          </w:p>
        </w:tc>
        <w:tc>
          <w:tcPr>
            <w:tcW w:w="640" w:type="dxa"/>
            <w:vAlign w:val="center"/>
          </w:tcPr>
          <w:p w14:paraId="72C5FD27"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08DB78E" w14:textId="77777777" w:rsidR="001512C8" w:rsidRPr="00161078" w:rsidRDefault="00056A14">
            <w:pPr>
              <w:spacing w:before="20" w:after="20"/>
              <w:jc w:val="center"/>
              <w:rPr>
                <w:lang w:val="pl-PL"/>
              </w:rPr>
            </w:pPr>
            <w:r>
              <w:rPr>
                <w:sz w:val="16"/>
                <w:lang w:val="pl-PL"/>
              </w:rPr>
              <w:t>2</w:t>
            </w:r>
          </w:p>
        </w:tc>
        <w:tc>
          <w:tcPr>
            <w:tcW w:w="1250" w:type="dxa"/>
            <w:vAlign w:val="center"/>
          </w:tcPr>
          <w:p w14:paraId="47C79C20" w14:textId="77777777" w:rsidR="001512C8" w:rsidRPr="00161078" w:rsidRDefault="001512C8">
            <w:pPr>
              <w:spacing w:before="20" w:after="20"/>
              <w:jc w:val="center"/>
              <w:rPr>
                <w:lang w:val="pl-PL"/>
              </w:rPr>
            </w:pPr>
          </w:p>
        </w:tc>
        <w:tc>
          <w:tcPr>
            <w:tcW w:w="620" w:type="dxa"/>
            <w:vAlign w:val="center"/>
          </w:tcPr>
          <w:p w14:paraId="4FBD53C9" w14:textId="77777777" w:rsidR="001512C8" w:rsidRPr="00161078" w:rsidRDefault="001512C8">
            <w:pPr>
              <w:spacing w:before="20" w:after="20"/>
              <w:jc w:val="center"/>
              <w:rPr>
                <w:lang w:val="pl-PL"/>
              </w:rPr>
            </w:pPr>
          </w:p>
        </w:tc>
        <w:tc>
          <w:tcPr>
            <w:tcW w:w="1250" w:type="dxa"/>
            <w:vAlign w:val="center"/>
          </w:tcPr>
          <w:p w14:paraId="2D442FE5" w14:textId="77777777" w:rsidR="001512C8" w:rsidRPr="00161078" w:rsidRDefault="001512C8">
            <w:pPr>
              <w:spacing w:before="20" w:after="20"/>
              <w:jc w:val="center"/>
              <w:rPr>
                <w:lang w:val="pl-PL"/>
              </w:rPr>
            </w:pPr>
          </w:p>
        </w:tc>
        <w:tc>
          <w:tcPr>
            <w:tcW w:w="1350" w:type="dxa"/>
            <w:vAlign w:val="center"/>
          </w:tcPr>
          <w:p w14:paraId="2BEE30EB" w14:textId="77777777" w:rsidR="001512C8" w:rsidRPr="00161078" w:rsidRDefault="001512C8">
            <w:pPr>
              <w:spacing w:before="20" w:after="20"/>
              <w:jc w:val="center"/>
              <w:rPr>
                <w:lang w:val="pl-PL"/>
              </w:rPr>
            </w:pPr>
          </w:p>
        </w:tc>
        <w:tc>
          <w:tcPr>
            <w:tcW w:w="1350" w:type="dxa"/>
            <w:vAlign w:val="center"/>
          </w:tcPr>
          <w:p w14:paraId="6BD78135" w14:textId="77777777" w:rsidR="001512C8" w:rsidRPr="00161078" w:rsidRDefault="001512C8">
            <w:pPr>
              <w:spacing w:before="20" w:after="20"/>
              <w:jc w:val="center"/>
              <w:rPr>
                <w:lang w:val="pl-PL"/>
              </w:rPr>
            </w:pPr>
          </w:p>
        </w:tc>
      </w:tr>
      <w:tr w:rsidR="001512C8" w:rsidRPr="00161078" w14:paraId="2F54A81D" w14:textId="77777777" w:rsidTr="00795294">
        <w:trPr>
          <w:jc w:val="center"/>
        </w:trPr>
        <w:tc>
          <w:tcPr>
            <w:tcW w:w="420" w:type="dxa"/>
            <w:vAlign w:val="center"/>
          </w:tcPr>
          <w:p w14:paraId="11B7DE6D" w14:textId="77777777" w:rsidR="001512C8" w:rsidRPr="00161078" w:rsidRDefault="00443F1E">
            <w:pPr>
              <w:spacing w:before="20" w:after="20"/>
              <w:jc w:val="center"/>
              <w:rPr>
                <w:lang w:val="pl-PL"/>
              </w:rPr>
            </w:pPr>
            <w:permStart w:id="1597004351" w:edGrp="everyone" w:colFirst="5" w:colLast="5"/>
            <w:permStart w:id="1004864543" w:edGrp="everyone" w:colFirst="6" w:colLast="6"/>
            <w:permStart w:id="1623326745" w:edGrp="everyone" w:colFirst="7" w:colLast="7"/>
            <w:permStart w:id="762066371" w:edGrp="everyone" w:colFirst="8" w:colLast="8"/>
            <w:permStart w:id="492260344" w:edGrp="everyone" w:colFirst="9" w:colLast="9"/>
            <w:permStart w:id="1666924640" w:edGrp="everyone" w:colFirst="10" w:colLast="10"/>
            <w:permEnd w:id="988623469"/>
            <w:permEnd w:id="743592856"/>
            <w:permEnd w:id="1671984958"/>
            <w:permEnd w:id="1056860845"/>
            <w:permEnd w:id="1240814222"/>
            <w:permEnd w:id="1153528801"/>
            <w:r w:rsidRPr="00161078">
              <w:rPr>
                <w:sz w:val="16"/>
                <w:lang w:val="pl-PL"/>
              </w:rPr>
              <w:t>54</w:t>
            </w:r>
          </w:p>
        </w:tc>
        <w:tc>
          <w:tcPr>
            <w:tcW w:w="4450" w:type="dxa"/>
            <w:vAlign w:val="center"/>
          </w:tcPr>
          <w:p w14:paraId="55DCB165" w14:textId="77777777" w:rsidR="001512C8" w:rsidRPr="000E6009" w:rsidRDefault="00443F1E">
            <w:pPr>
              <w:spacing w:before="20" w:after="20"/>
              <w:jc w:val="left"/>
            </w:pPr>
            <w:r w:rsidRPr="000E6009">
              <w:rPr>
                <w:sz w:val="16"/>
              </w:rPr>
              <w:t>Donkey anti-Rabbit IgG (H+L) Highly Cross-Adsorbed Secondary Antibody, Alexa Fluor 488</w:t>
            </w:r>
          </w:p>
        </w:tc>
        <w:tc>
          <w:tcPr>
            <w:tcW w:w="1720" w:type="dxa"/>
            <w:vAlign w:val="center"/>
          </w:tcPr>
          <w:p w14:paraId="0E8E5992" w14:textId="77777777" w:rsidR="001512C8" w:rsidRPr="00161078" w:rsidRDefault="00443F1E">
            <w:pPr>
              <w:spacing w:before="20" w:after="20"/>
              <w:jc w:val="center"/>
              <w:rPr>
                <w:lang w:val="pl-PL"/>
              </w:rPr>
            </w:pPr>
            <w:r w:rsidRPr="00161078">
              <w:rPr>
                <w:sz w:val="16"/>
                <w:lang w:val="pl-PL"/>
              </w:rPr>
              <w:t>1mg</w:t>
            </w:r>
          </w:p>
        </w:tc>
        <w:tc>
          <w:tcPr>
            <w:tcW w:w="640" w:type="dxa"/>
            <w:vAlign w:val="center"/>
          </w:tcPr>
          <w:p w14:paraId="060EDC68"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032A3543" w14:textId="77777777" w:rsidR="001512C8" w:rsidRPr="00161078" w:rsidRDefault="00056A14">
            <w:pPr>
              <w:spacing w:before="20" w:after="20"/>
              <w:jc w:val="center"/>
              <w:rPr>
                <w:lang w:val="pl-PL"/>
              </w:rPr>
            </w:pPr>
            <w:r>
              <w:rPr>
                <w:sz w:val="16"/>
                <w:lang w:val="pl-PL"/>
              </w:rPr>
              <w:t>2</w:t>
            </w:r>
          </w:p>
        </w:tc>
        <w:tc>
          <w:tcPr>
            <w:tcW w:w="1250" w:type="dxa"/>
            <w:vAlign w:val="center"/>
          </w:tcPr>
          <w:p w14:paraId="0549F6A7" w14:textId="77777777" w:rsidR="001512C8" w:rsidRPr="00161078" w:rsidRDefault="001512C8">
            <w:pPr>
              <w:spacing w:before="20" w:after="20"/>
              <w:jc w:val="center"/>
              <w:rPr>
                <w:lang w:val="pl-PL"/>
              </w:rPr>
            </w:pPr>
          </w:p>
        </w:tc>
        <w:tc>
          <w:tcPr>
            <w:tcW w:w="620" w:type="dxa"/>
            <w:vAlign w:val="center"/>
          </w:tcPr>
          <w:p w14:paraId="018817B3" w14:textId="77777777" w:rsidR="001512C8" w:rsidRPr="00161078" w:rsidRDefault="001512C8">
            <w:pPr>
              <w:spacing w:before="20" w:after="20"/>
              <w:jc w:val="center"/>
              <w:rPr>
                <w:lang w:val="pl-PL"/>
              </w:rPr>
            </w:pPr>
          </w:p>
        </w:tc>
        <w:tc>
          <w:tcPr>
            <w:tcW w:w="1250" w:type="dxa"/>
            <w:vAlign w:val="center"/>
          </w:tcPr>
          <w:p w14:paraId="5D01ECE2" w14:textId="77777777" w:rsidR="001512C8" w:rsidRPr="00161078" w:rsidRDefault="001512C8">
            <w:pPr>
              <w:spacing w:before="20" w:after="20"/>
              <w:jc w:val="center"/>
              <w:rPr>
                <w:lang w:val="pl-PL"/>
              </w:rPr>
            </w:pPr>
          </w:p>
        </w:tc>
        <w:tc>
          <w:tcPr>
            <w:tcW w:w="1350" w:type="dxa"/>
            <w:vAlign w:val="center"/>
          </w:tcPr>
          <w:p w14:paraId="2DE973E5" w14:textId="77777777" w:rsidR="001512C8" w:rsidRPr="00161078" w:rsidRDefault="001512C8">
            <w:pPr>
              <w:spacing w:before="20" w:after="20"/>
              <w:jc w:val="center"/>
              <w:rPr>
                <w:lang w:val="pl-PL"/>
              </w:rPr>
            </w:pPr>
          </w:p>
        </w:tc>
        <w:tc>
          <w:tcPr>
            <w:tcW w:w="1350" w:type="dxa"/>
            <w:vAlign w:val="center"/>
          </w:tcPr>
          <w:p w14:paraId="700FF5C6" w14:textId="77777777" w:rsidR="001512C8" w:rsidRPr="00161078" w:rsidRDefault="001512C8">
            <w:pPr>
              <w:spacing w:before="20" w:after="20"/>
              <w:jc w:val="center"/>
              <w:rPr>
                <w:lang w:val="pl-PL"/>
              </w:rPr>
            </w:pPr>
          </w:p>
        </w:tc>
      </w:tr>
      <w:tr w:rsidR="001512C8" w:rsidRPr="00161078" w14:paraId="3F75E3EE" w14:textId="77777777" w:rsidTr="00795294">
        <w:trPr>
          <w:jc w:val="center"/>
        </w:trPr>
        <w:tc>
          <w:tcPr>
            <w:tcW w:w="420" w:type="dxa"/>
            <w:vAlign w:val="center"/>
          </w:tcPr>
          <w:p w14:paraId="5DC22BB0" w14:textId="77777777" w:rsidR="001512C8" w:rsidRPr="00161078" w:rsidRDefault="00443F1E">
            <w:pPr>
              <w:spacing w:before="20" w:after="20"/>
              <w:jc w:val="center"/>
              <w:rPr>
                <w:lang w:val="pl-PL"/>
              </w:rPr>
            </w:pPr>
            <w:permStart w:id="939219431" w:edGrp="everyone" w:colFirst="5" w:colLast="5"/>
            <w:permStart w:id="880764408" w:edGrp="everyone" w:colFirst="6" w:colLast="6"/>
            <w:permStart w:id="1075458209" w:edGrp="everyone" w:colFirst="7" w:colLast="7"/>
            <w:permStart w:id="1038442810" w:edGrp="everyone" w:colFirst="8" w:colLast="8"/>
            <w:permStart w:id="893993048" w:edGrp="everyone" w:colFirst="9" w:colLast="9"/>
            <w:permStart w:id="2017356893" w:edGrp="everyone" w:colFirst="10" w:colLast="10"/>
            <w:permEnd w:id="1597004351"/>
            <w:permEnd w:id="1004864543"/>
            <w:permEnd w:id="1623326745"/>
            <w:permEnd w:id="762066371"/>
            <w:permEnd w:id="492260344"/>
            <w:permEnd w:id="1666924640"/>
            <w:r w:rsidRPr="00161078">
              <w:rPr>
                <w:sz w:val="16"/>
                <w:lang w:val="pl-PL"/>
              </w:rPr>
              <w:t>55</w:t>
            </w:r>
          </w:p>
        </w:tc>
        <w:tc>
          <w:tcPr>
            <w:tcW w:w="4450" w:type="dxa"/>
            <w:vAlign w:val="center"/>
          </w:tcPr>
          <w:p w14:paraId="7D12DFE4" w14:textId="77777777" w:rsidR="001512C8" w:rsidRPr="000E6009" w:rsidRDefault="00443F1E">
            <w:pPr>
              <w:spacing w:before="20" w:after="20"/>
              <w:jc w:val="left"/>
            </w:pPr>
            <w:r w:rsidRPr="000E6009">
              <w:rPr>
                <w:sz w:val="16"/>
              </w:rPr>
              <w:t>Donkey anti-Mouse IgG (H+L) Highly Cross-Adsorbed Secondary Antibody, Alexa Fluor 594</w:t>
            </w:r>
          </w:p>
        </w:tc>
        <w:tc>
          <w:tcPr>
            <w:tcW w:w="1720" w:type="dxa"/>
            <w:vAlign w:val="center"/>
          </w:tcPr>
          <w:p w14:paraId="58242FAD" w14:textId="77777777" w:rsidR="001512C8" w:rsidRPr="00161078" w:rsidRDefault="00443F1E">
            <w:pPr>
              <w:spacing w:before="20" w:after="20"/>
              <w:jc w:val="center"/>
              <w:rPr>
                <w:lang w:val="pl-PL"/>
              </w:rPr>
            </w:pPr>
            <w:r w:rsidRPr="00161078">
              <w:rPr>
                <w:sz w:val="16"/>
                <w:lang w:val="pl-PL"/>
              </w:rPr>
              <w:t>1mg</w:t>
            </w:r>
          </w:p>
        </w:tc>
        <w:tc>
          <w:tcPr>
            <w:tcW w:w="640" w:type="dxa"/>
            <w:vAlign w:val="center"/>
          </w:tcPr>
          <w:p w14:paraId="7F45F7CE"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A40929F" w14:textId="77777777" w:rsidR="001512C8" w:rsidRPr="00161078" w:rsidRDefault="00056A14">
            <w:pPr>
              <w:spacing w:before="20" w:after="20"/>
              <w:jc w:val="center"/>
              <w:rPr>
                <w:lang w:val="pl-PL"/>
              </w:rPr>
            </w:pPr>
            <w:r>
              <w:rPr>
                <w:sz w:val="16"/>
                <w:lang w:val="pl-PL"/>
              </w:rPr>
              <w:t>2</w:t>
            </w:r>
          </w:p>
        </w:tc>
        <w:tc>
          <w:tcPr>
            <w:tcW w:w="1250" w:type="dxa"/>
            <w:vAlign w:val="center"/>
          </w:tcPr>
          <w:p w14:paraId="5A45B01B" w14:textId="77777777" w:rsidR="001512C8" w:rsidRPr="00161078" w:rsidRDefault="001512C8">
            <w:pPr>
              <w:spacing w:before="20" w:after="20"/>
              <w:jc w:val="center"/>
              <w:rPr>
                <w:lang w:val="pl-PL"/>
              </w:rPr>
            </w:pPr>
          </w:p>
        </w:tc>
        <w:tc>
          <w:tcPr>
            <w:tcW w:w="620" w:type="dxa"/>
            <w:vAlign w:val="center"/>
          </w:tcPr>
          <w:p w14:paraId="3E81ED8D" w14:textId="77777777" w:rsidR="001512C8" w:rsidRPr="00161078" w:rsidRDefault="001512C8">
            <w:pPr>
              <w:spacing w:before="20" w:after="20"/>
              <w:jc w:val="center"/>
              <w:rPr>
                <w:lang w:val="pl-PL"/>
              </w:rPr>
            </w:pPr>
          </w:p>
        </w:tc>
        <w:tc>
          <w:tcPr>
            <w:tcW w:w="1250" w:type="dxa"/>
            <w:vAlign w:val="center"/>
          </w:tcPr>
          <w:p w14:paraId="198309B9" w14:textId="77777777" w:rsidR="001512C8" w:rsidRPr="00161078" w:rsidRDefault="001512C8">
            <w:pPr>
              <w:spacing w:before="20" w:after="20"/>
              <w:jc w:val="center"/>
              <w:rPr>
                <w:lang w:val="pl-PL"/>
              </w:rPr>
            </w:pPr>
          </w:p>
        </w:tc>
        <w:tc>
          <w:tcPr>
            <w:tcW w:w="1350" w:type="dxa"/>
            <w:vAlign w:val="center"/>
          </w:tcPr>
          <w:p w14:paraId="5318CD55" w14:textId="77777777" w:rsidR="001512C8" w:rsidRPr="00161078" w:rsidRDefault="001512C8">
            <w:pPr>
              <w:spacing w:before="20" w:after="20"/>
              <w:jc w:val="center"/>
              <w:rPr>
                <w:lang w:val="pl-PL"/>
              </w:rPr>
            </w:pPr>
          </w:p>
        </w:tc>
        <w:tc>
          <w:tcPr>
            <w:tcW w:w="1350" w:type="dxa"/>
            <w:vAlign w:val="center"/>
          </w:tcPr>
          <w:p w14:paraId="798A0886" w14:textId="77777777" w:rsidR="001512C8" w:rsidRPr="00161078" w:rsidRDefault="001512C8">
            <w:pPr>
              <w:spacing w:before="20" w:after="20"/>
              <w:jc w:val="center"/>
              <w:rPr>
                <w:lang w:val="pl-PL"/>
              </w:rPr>
            </w:pPr>
          </w:p>
        </w:tc>
      </w:tr>
      <w:tr w:rsidR="001512C8" w:rsidRPr="00161078" w14:paraId="70D3B160" w14:textId="77777777" w:rsidTr="00795294">
        <w:trPr>
          <w:jc w:val="center"/>
        </w:trPr>
        <w:tc>
          <w:tcPr>
            <w:tcW w:w="420" w:type="dxa"/>
            <w:vAlign w:val="center"/>
          </w:tcPr>
          <w:p w14:paraId="28B606FE" w14:textId="77777777" w:rsidR="001512C8" w:rsidRPr="00161078" w:rsidRDefault="00443F1E">
            <w:pPr>
              <w:spacing w:before="20" w:after="20"/>
              <w:jc w:val="center"/>
              <w:rPr>
                <w:lang w:val="pl-PL"/>
              </w:rPr>
            </w:pPr>
            <w:permStart w:id="1744905337" w:edGrp="everyone" w:colFirst="5" w:colLast="5"/>
            <w:permStart w:id="962344003" w:edGrp="everyone" w:colFirst="6" w:colLast="6"/>
            <w:permStart w:id="302925078" w:edGrp="everyone" w:colFirst="7" w:colLast="7"/>
            <w:permStart w:id="810636384" w:edGrp="everyone" w:colFirst="8" w:colLast="8"/>
            <w:permStart w:id="2143901467" w:edGrp="everyone" w:colFirst="9" w:colLast="9"/>
            <w:permStart w:id="1287325747" w:edGrp="everyone" w:colFirst="10" w:colLast="10"/>
            <w:permEnd w:id="939219431"/>
            <w:permEnd w:id="880764408"/>
            <w:permEnd w:id="1075458209"/>
            <w:permEnd w:id="1038442810"/>
            <w:permEnd w:id="893993048"/>
            <w:permEnd w:id="2017356893"/>
            <w:r w:rsidRPr="00161078">
              <w:rPr>
                <w:sz w:val="16"/>
                <w:lang w:val="pl-PL"/>
              </w:rPr>
              <w:t>56</w:t>
            </w:r>
          </w:p>
        </w:tc>
        <w:tc>
          <w:tcPr>
            <w:tcW w:w="4450" w:type="dxa"/>
            <w:vAlign w:val="center"/>
          </w:tcPr>
          <w:p w14:paraId="6A36F678" w14:textId="77777777" w:rsidR="001512C8" w:rsidRPr="00161078" w:rsidRDefault="00443F1E">
            <w:pPr>
              <w:spacing w:before="20" w:after="20"/>
              <w:jc w:val="left"/>
              <w:rPr>
                <w:lang w:val="pl-PL"/>
              </w:rPr>
            </w:pPr>
            <w:r w:rsidRPr="00161078">
              <w:rPr>
                <w:sz w:val="16"/>
                <w:lang w:val="pl-PL"/>
              </w:rPr>
              <w:t xml:space="preserve">Human IL-2 </w:t>
            </w:r>
            <w:proofErr w:type="spellStart"/>
            <w:r w:rsidRPr="00161078">
              <w:rPr>
                <w:sz w:val="16"/>
                <w:lang w:val="pl-PL"/>
              </w:rPr>
              <w:t>Recombinant</w:t>
            </w:r>
            <w:proofErr w:type="spellEnd"/>
            <w:r w:rsidRPr="00161078">
              <w:rPr>
                <w:sz w:val="16"/>
                <w:lang w:val="pl-PL"/>
              </w:rPr>
              <w:t xml:space="preserve"> Protein</w:t>
            </w:r>
          </w:p>
        </w:tc>
        <w:tc>
          <w:tcPr>
            <w:tcW w:w="1720" w:type="dxa"/>
            <w:vAlign w:val="center"/>
          </w:tcPr>
          <w:p w14:paraId="599A3C46" w14:textId="77777777" w:rsidR="001512C8" w:rsidRPr="00161078" w:rsidRDefault="00443F1E">
            <w:pPr>
              <w:spacing w:before="20" w:after="20"/>
              <w:jc w:val="center"/>
              <w:rPr>
                <w:lang w:val="pl-PL"/>
              </w:rPr>
            </w:pPr>
            <w:r w:rsidRPr="00161078">
              <w:rPr>
                <w:sz w:val="16"/>
                <w:lang w:val="pl-PL"/>
              </w:rPr>
              <w:t xml:space="preserve">50 </w:t>
            </w:r>
            <w:proofErr w:type="spellStart"/>
            <w:r w:rsidRPr="00161078">
              <w:rPr>
                <w:sz w:val="16"/>
                <w:lang w:val="pl-PL"/>
              </w:rPr>
              <w:t>μg</w:t>
            </w:r>
            <w:proofErr w:type="spellEnd"/>
          </w:p>
        </w:tc>
        <w:tc>
          <w:tcPr>
            <w:tcW w:w="640" w:type="dxa"/>
            <w:vAlign w:val="center"/>
          </w:tcPr>
          <w:p w14:paraId="0D072BBD"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6725B11F" w14:textId="77777777" w:rsidR="001512C8" w:rsidRPr="00161078" w:rsidRDefault="00056A14">
            <w:pPr>
              <w:spacing w:before="20" w:after="20"/>
              <w:jc w:val="center"/>
              <w:rPr>
                <w:lang w:val="pl-PL"/>
              </w:rPr>
            </w:pPr>
            <w:r>
              <w:rPr>
                <w:sz w:val="16"/>
                <w:lang w:val="pl-PL"/>
              </w:rPr>
              <w:t>11</w:t>
            </w:r>
          </w:p>
        </w:tc>
        <w:tc>
          <w:tcPr>
            <w:tcW w:w="1250" w:type="dxa"/>
            <w:vAlign w:val="center"/>
          </w:tcPr>
          <w:p w14:paraId="2C08ECB2" w14:textId="77777777" w:rsidR="001512C8" w:rsidRPr="00161078" w:rsidRDefault="001512C8">
            <w:pPr>
              <w:spacing w:before="20" w:after="20"/>
              <w:jc w:val="center"/>
              <w:rPr>
                <w:lang w:val="pl-PL"/>
              </w:rPr>
            </w:pPr>
          </w:p>
        </w:tc>
        <w:tc>
          <w:tcPr>
            <w:tcW w:w="620" w:type="dxa"/>
            <w:vAlign w:val="center"/>
          </w:tcPr>
          <w:p w14:paraId="6D6D3ADC" w14:textId="77777777" w:rsidR="001512C8" w:rsidRPr="00161078" w:rsidRDefault="001512C8">
            <w:pPr>
              <w:spacing w:before="20" w:after="20"/>
              <w:jc w:val="center"/>
              <w:rPr>
                <w:lang w:val="pl-PL"/>
              </w:rPr>
            </w:pPr>
          </w:p>
        </w:tc>
        <w:tc>
          <w:tcPr>
            <w:tcW w:w="1250" w:type="dxa"/>
            <w:vAlign w:val="center"/>
          </w:tcPr>
          <w:p w14:paraId="1277EDBB" w14:textId="77777777" w:rsidR="001512C8" w:rsidRPr="00161078" w:rsidRDefault="001512C8">
            <w:pPr>
              <w:spacing w:before="20" w:after="20"/>
              <w:jc w:val="center"/>
              <w:rPr>
                <w:lang w:val="pl-PL"/>
              </w:rPr>
            </w:pPr>
          </w:p>
        </w:tc>
        <w:tc>
          <w:tcPr>
            <w:tcW w:w="1350" w:type="dxa"/>
            <w:vAlign w:val="center"/>
          </w:tcPr>
          <w:p w14:paraId="1DE7D050" w14:textId="77777777" w:rsidR="001512C8" w:rsidRPr="00161078" w:rsidRDefault="001512C8">
            <w:pPr>
              <w:spacing w:before="20" w:after="20"/>
              <w:jc w:val="center"/>
              <w:rPr>
                <w:lang w:val="pl-PL"/>
              </w:rPr>
            </w:pPr>
          </w:p>
        </w:tc>
        <w:tc>
          <w:tcPr>
            <w:tcW w:w="1350" w:type="dxa"/>
            <w:vAlign w:val="center"/>
          </w:tcPr>
          <w:p w14:paraId="612F5B70" w14:textId="77777777" w:rsidR="001512C8" w:rsidRPr="00161078" w:rsidRDefault="001512C8">
            <w:pPr>
              <w:spacing w:before="20" w:after="20"/>
              <w:jc w:val="center"/>
              <w:rPr>
                <w:lang w:val="pl-PL"/>
              </w:rPr>
            </w:pPr>
          </w:p>
        </w:tc>
      </w:tr>
      <w:tr w:rsidR="001512C8" w:rsidRPr="00161078" w14:paraId="7036CDE2" w14:textId="77777777" w:rsidTr="00795294">
        <w:trPr>
          <w:jc w:val="center"/>
        </w:trPr>
        <w:tc>
          <w:tcPr>
            <w:tcW w:w="420" w:type="dxa"/>
            <w:vAlign w:val="center"/>
          </w:tcPr>
          <w:p w14:paraId="044899FA" w14:textId="77777777" w:rsidR="001512C8" w:rsidRPr="00161078" w:rsidRDefault="00443F1E">
            <w:pPr>
              <w:spacing w:before="20" w:after="20"/>
              <w:jc w:val="center"/>
              <w:rPr>
                <w:lang w:val="pl-PL"/>
              </w:rPr>
            </w:pPr>
            <w:permStart w:id="480342237" w:edGrp="everyone" w:colFirst="5" w:colLast="5"/>
            <w:permStart w:id="674631007" w:edGrp="everyone" w:colFirst="6" w:colLast="6"/>
            <w:permStart w:id="32132904" w:edGrp="everyone" w:colFirst="7" w:colLast="7"/>
            <w:permStart w:id="614405932" w:edGrp="everyone" w:colFirst="8" w:colLast="8"/>
            <w:permStart w:id="924847949" w:edGrp="everyone" w:colFirst="9" w:colLast="9"/>
            <w:permStart w:id="739841216" w:edGrp="everyone" w:colFirst="10" w:colLast="10"/>
            <w:permEnd w:id="1744905337"/>
            <w:permEnd w:id="962344003"/>
            <w:permEnd w:id="302925078"/>
            <w:permEnd w:id="810636384"/>
            <w:permEnd w:id="2143901467"/>
            <w:permEnd w:id="1287325747"/>
            <w:r w:rsidRPr="00161078">
              <w:rPr>
                <w:sz w:val="16"/>
                <w:lang w:val="pl-PL"/>
              </w:rPr>
              <w:t>57</w:t>
            </w:r>
          </w:p>
        </w:tc>
        <w:tc>
          <w:tcPr>
            <w:tcW w:w="4450" w:type="dxa"/>
            <w:vAlign w:val="center"/>
          </w:tcPr>
          <w:p w14:paraId="7047C716" w14:textId="77777777" w:rsidR="001512C8" w:rsidRPr="00161078" w:rsidRDefault="00443F1E">
            <w:pPr>
              <w:spacing w:before="20" w:after="20"/>
              <w:jc w:val="left"/>
              <w:rPr>
                <w:lang w:val="pl-PL"/>
              </w:rPr>
            </w:pPr>
            <w:r w:rsidRPr="00161078">
              <w:rPr>
                <w:sz w:val="16"/>
                <w:lang w:val="pl-PL"/>
              </w:rPr>
              <w:t xml:space="preserve">Human IL-15 </w:t>
            </w:r>
            <w:proofErr w:type="spellStart"/>
            <w:r w:rsidRPr="00161078">
              <w:rPr>
                <w:sz w:val="16"/>
                <w:lang w:val="pl-PL"/>
              </w:rPr>
              <w:t>Recombinant</w:t>
            </w:r>
            <w:proofErr w:type="spellEnd"/>
            <w:r w:rsidRPr="00161078">
              <w:rPr>
                <w:sz w:val="16"/>
                <w:lang w:val="pl-PL"/>
              </w:rPr>
              <w:t xml:space="preserve"> Protein</w:t>
            </w:r>
          </w:p>
        </w:tc>
        <w:tc>
          <w:tcPr>
            <w:tcW w:w="1720" w:type="dxa"/>
            <w:vAlign w:val="center"/>
          </w:tcPr>
          <w:p w14:paraId="0CAD8AD6" w14:textId="77777777" w:rsidR="001512C8" w:rsidRPr="00161078" w:rsidRDefault="00443F1E">
            <w:pPr>
              <w:spacing w:before="20" w:after="20"/>
              <w:jc w:val="center"/>
              <w:rPr>
                <w:lang w:val="pl-PL"/>
              </w:rPr>
            </w:pPr>
            <w:r w:rsidRPr="00161078">
              <w:rPr>
                <w:sz w:val="16"/>
                <w:lang w:val="pl-PL"/>
              </w:rPr>
              <w:t xml:space="preserve">50 </w:t>
            </w:r>
            <w:proofErr w:type="spellStart"/>
            <w:r w:rsidRPr="00161078">
              <w:rPr>
                <w:sz w:val="16"/>
                <w:lang w:val="pl-PL"/>
              </w:rPr>
              <w:t>μg</w:t>
            </w:r>
            <w:proofErr w:type="spellEnd"/>
          </w:p>
        </w:tc>
        <w:tc>
          <w:tcPr>
            <w:tcW w:w="640" w:type="dxa"/>
            <w:vAlign w:val="center"/>
          </w:tcPr>
          <w:p w14:paraId="78B3E052"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27B1ACEA" w14:textId="77777777" w:rsidR="001512C8" w:rsidRPr="00161078" w:rsidRDefault="00056A14">
            <w:pPr>
              <w:spacing w:before="20" w:after="20"/>
              <w:jc w:val="center"/>
              <w:rPr>
                <w:lang w:val="pl-PL"/>
              </w:rPr>
            </w:pPr>
            <w:r>
              <w:rPr>
                <w:sz w:val="16"/>
                <w:lang w:val="pl-PL"/>
              </w:rPr>
              <w:t>9</w:t>
            </w:r>
          </w:p>
        </w:tc>
        <w:tc>
          <w:tcPr>
            <w:tcW w:w="1250" w:type="dxa"/>
            <w:vAlign w:val="center"/>
          </w:tcPr>
          <w:p w14:paraId="6643620D" w14:textId="77777777" w:rsidR="001512C8" w:rsidRPr="00161078" w:rsidRDefault="001512C8">
            <w:pPr>
              <w:spacing w:before="20" w:after="20"/>
              <w:jc w:val="center"/>
              <w:rPr>
                <w:lang w:val="pl-PL"/>
              </w:rPr>
            </w:pPr>
          </w:p>
        </w:tc>
        <w:tc>
          <w:tcPr>
            <w:tcW w:w="620" w:type="dxa"/>
            <w:vAlign w:val="center"/>
          </w:tcPr>
          <w:p w14:paraId="42156CC8" w14:textId="77777777" w:rsidR="001512C8" w:rsidRPr="00161078" w:rsidRDefault="001512C8">
            <w:pPr>
              <w:spacing w:before="20" w:after="20"/>
              <w:jc w:val="center"/>
              <w:rPr>
                <w:lang w:val="pl-PL"/>
              </w:rPr>
            </w:pPr>
          </w:p>
        </w:tc>
        <w:tc>
          <w:tcPr>
            <w:tcW w:w="1250" w:type="dxa"/>
            <w:vAlign w:val="center"/>
          </w:tcPr>
          <w:p w14:paraId="4AFB0940" w14:textId="77777777" w:rsidR="001512C8" w:rsidRPr="00161078" w:rsidRDefault="001512C8">
            <w:pPr>
              <w:spacing w:before="20" w:after="20"/>
              <w:jc w:val="center"/>
              <w:rPr>
                <w:lang w:val="pl-PL"/>
              </w:rPr>
            </w:pPr>
          </w:p>
        </w:tc>
        <w:tc>
          <w:tcPr>
            <w:tcW w:w="1350" w:type="dxa"/>
            <w:vAlign w:val="center"/>
          </w:tcPr>
          <w:p w14:paraId="1B9EB8DD" w14:textId="77777777" w:rsidR="001512C8" w:rsidRPr="00161078" w:rsidRDefault="001512C8">
            <w:pPr>
              <w:spacing w:before="20" w:after="20"/>
              <w:jc w:val="center"/>
              <w:rPr>
                <w:lang w:val="pl-PL"/>
              </w:rPr>
            </w:pPr>
          </w:p>
        </w:tc>
        <w:tc>
          <w:tcPr>
            <w:tcW w:w="1350" w:type="dxa"/>
            <w:vAlign w:val="center"/>
          </w:tcPr>
          <w:p w14:paraId="3326BD3E" w14:textId="77777777" w:rsidR="001512C8" w:rsidRPr="00161078" w:rsidRDefault="001512C8">
            <w:pPr>
              <w:spacing w:before="20" w:after="20"/>
              <w:jc w:val="center"/>
              <w:rPr>
                <w:lang w:val="pl-PL"/>
              </w:rPr>
            </w:pPr>
          </w:p>
        </w:tc>
      </w:tr>
      <w:tr w:rsidR="001512C8" w:rsidRPr="00161078" w14:paraId="09D164A6" w14:textId="77777777" w:rsidTr="00795294">
        <w:trPr>
          <w:jc w:val="center"/>
        </w:trPr>
        <w:tc>
          <w:tcPr>
            <w:tcW w:w="420" w:type="dxa"/>
            <w:vAlign w:val="center"/>
          </w:tcPr>
          <w:p w14:paraId="0185598E" w14:textId="77777777" w:rsidR="001512C8" w:rsidRPr="00161078" w:rsidRDefault="00443F1E">
            <w:pPr>
              <w:spacing w:before="20" w:after="20"/>
              <w:jc w:val="center"/>
              <w:rPr>
                <w:lang w:val="pl-PL"/>
              </w:rPr>
            </w:pPr>
            <w:permStart w:id="969896882" w:edGrp="everyone" w:colFirst="5" w:colLast="5"/>
            <w:permStart w:id="1251441233" w:edGrp="everyone" w:colFirst="6" w:colLast="6"/>
            <w:permStart w:id="445927156" w:edGrp="everyone" w:colFirst="7" w:colLast="7"/>
            <w:permStart w:id="2105957678" w:edGrp="everyone" w:colFirst="8" w:colLast="8"/>
            <w:permStart w:id="622546622" w:edGrp="everyone" w:colFirst="9" w:colLast="9"/>
            <w:permStart w:id="506151633" w:edGrp="everyone" w:colFirst="10" w:colLast="10"/>
            <w:permEnd w:id="480342237"/>
            <w:permEnd w:id="674631007"/>
            <w:permEnd w:id="32132904"/>
            <w:permEnd w:id="614405932"/>
            <w:permEnd w:id="924847949"/>
            <w:permEnd w:id="739841216"/>
            <w:r w:rsidRPr="00161078">
              <w:rPr>
                <w:sz w:val="16"/>
                <w:lang w:val="pl-PL"/>
              </w:rPr>
              <w:t>58</w:t>
            </w:r>
          </w:p>
        </w:tc>
        <w:tc>
          <w:tcPr>
            <w:tcW w:w="4450" w:type="dxa"/>
            <w:vAlign w:val="center"/>
          </w:tcPr>
          <w:p w14:paraId="73C95933" w14:textId="77777777" w:rsidR="001512C8" w:rsidRPr="00161078" w:rsidRDefault="00443F1E">
            <w:pPr>
              <w:spacing w:before="20" w:after="20"/>
              <w:jc w:val="left"/>
              <w:rPr>
                <w:lang w:val="pl-PL"/>
              </w:rPr>
            </w:pPr>
            <w:r w:rsidRPr="00161078">
              <w:rPr>
                <w:sz w:val="16"/>
                <w:lang w:val="pl-PL"/>
              </w:rPr>
              <w:t xml:space="preserve">Human IL-7 </w:t>
            </w:r>
            <w:proofErr w:type="spellStart"/>
            <w:r w:rsidRPr="00161078">
              <w:rPr>
                <w:sz w:val="16"/>
                <w:lang w:val="pl-PL"/>
              </w:rPr>
              <w:t>Recombinant</w:t>
            </w:r>
            <w:proofErr w:type="spellEnd"/>
            <w:r w:rsidRPr="00161078">
              <w:rPr>
                <w:sz w:val="16"/>
                <w:lang w:val="pl-PL"/>
              </w:rPr>
              <w:t xml:space="preserve"> Protein</w:t>
            </w:r>
          </w:p>
        </w:tc>
        <w:tc>
          <w:tcPr>
            <w:tcW w:w="1720" w:type="dxa"/>
            <w:vAlign w:val="center"/>
          </w:tcPr>
          <w:p w14:paraId="0E6FF7B6" w14:textId="77777777" w:rsidR="001512C8" w:rsidRPr="00161078" w:rsidRDefault="00443F1E">
            <w:pPr>
              <w:spacing w:before="20" w:after="20"/>
              <w:jc w:val="center"/>
              <w:rPr>
                <w:lang w:val="pl-PL"/>
              </w:rPr>
            </w:pPr>
            <w:r w:rsidRPr="00161078">
              <w:rPr>
                <w:sz w:val="16"/>
                <w:lang w:val="pl-PL"/>
              </w:rPr>
              <w:t xml:space="preserve">50 </w:t>
            </w:r>
            <w:proofErr w:type="spellStart"/>
            <w:r w:rsidRPr="00161078">
              <w:rPr>
                <w:sz w:val="16"/>
                <w:lang w:val="pl-PL"/>
              </w:rPr>
              <w:t>μg</w:t>
            </w:r>
            <w:proofErr w:type="spellEnd"/>
          </w:p>
        </w:tc>
        <w:tc>
          <w:tcPr>
            <w:tcW w:w="640" w:type="dxa"/>
            <w:vAlign w:val="center"/>
          </w:tcPr>
          <w:p w14:paraId="787EBBA2"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0F130BC" w14:textId="77777777" w:rsidR="001512C8" w:rsidRPr="00161078" w:rsidRDefault="00056A14">
            <w:pPr>
              <w:spacing w:before="20" w:after="20"/>
              <w:jc w:val="center"/>
              <w:rPr>
                <w:lang w:val="pl-PL"/>
              </w:rPr>
            </w:pPr>
            <w:r>
              <w:rPr>
                <w:sz w:val="16"/>
                <w:lang w:val="pl-PL"/>
              </w:rPr>
              <w:t>9</w:t>
            </w:r>
          </w:p>
        </w:tc>
        <w:tc>
          <w:tcPr>
            <w:tcW w:w="1250" w:type="dxa"/>
            <w:vAlign w:val="center"/>
          </w:tcPr>
          <w:p w14:paraId="2FE771F1" w14:textId="77777777" w:rsidR="001512C8" w:rsidRPr="00161078" w:rsidRDefault="001512C8">
            <w:pPr>
              <w:spacing w:before="20" w:after="20"/>
              <w:jc w:val="center"/>
              <w:rPr>
                <w:lang w:val="pl-PL"/>
              </w:rPr>
            </w:pPr>
          </w:p>
        </w:tc>
        <w:tc>
          <w:tcPr>
            <w:tcW w:w="620" w:type="dxa"/>
            <w:vAlign w:val="center"/>
          </w:tcPr>
          <w:p w14:paraId="5D0AF5A1" w14:textId="77777777" w:rsidR="001512C8" w:rsidRPr="00161078" w:rsidRDefault="001512C8">
            <w:pPr>
              <w:spacing w:before="20" w:after="20"/>
              <w:jc w:val="center"/>
              <w:rPr>
                <w:lang w:val="pl-PL"/>
              </w:rPr>
            </w:pPr>
          </w:p>
        </w:tc>
        <w:tc>
          <w:tcPr>
            <w:tcW w:w="1250" w:type="dxa"/>
            <w:vAlign w:val="center"/>
          </w:tcPr>
          <w:p w14:paraId="087DFB7B" w14:textId="77777777" w:rsidR="001512C8" w:rsidRPr="00161078" w:rsidRDefault="001512C8">
            <w:pPr>
              <w:spacing w:before="20" w:after="20"/>
              <w:jc w:val="center"/>
              <w:rPr>
                <w:lang w:val="pl-PL"/>
              </w:rPr>
            </w:pPr>
          </w:p>
        </w:tc>
        <w:tc>
          <w:tcPr>
            <w:tcW w:w="1350" w:type="dxa"/>
            <w:vAlign w:val="center"/>
          </w:tcPr>
          <w:p w14:paraId="642556ED" w14:textId="77777777" w:rsidR="001512C8" w:rsidRPr="00161078" w:rsidRDefault="001512C8">
            <w:pPr>
              <w:spacing w:before="20" w:after="20"/>
              <w:jc w:val="center"/>
              <w:rPr>
                <w:lang w:val="pl-PL"/>
              </w:rPr>
            </w:pPr>
          </w:p>
        </w:tc>
        <w:tc>
          <w:tcPr>
            <w:tcW w:w="1350" w:type="dxa"/>
            <w:vAlign w:val="center"/>
          </w:tcPr>
          <w:p w14:paraId="0784B99D" w14:textId="77777777" w:rsidR="001512C8" w:rsidRPr="00161078" w:rsidRDefault="001512C8">
            <w:pPr>
              <w:spacing w:before="20" w:after="20"/>
              <w:jc w:val="center"/>
              <w:rPr>
                <w:lang w:val="pl-PL"/>
              </w:rPr>
            </w:pPr>
          </w:p>
        </w:tc>
      </w:tr>
      <w:tr w:rsidR="001512C8" w:rsidRPr="00161078" w14:paraId="46DE9A80" w14:textId="77777777" w:rsidTr="00795294">
        <w:trPr>
          <w:jc w:val="center"/>
        </w:trPr>
        <w:tc>
          <w:tcPr>
            <w:tcW w:w="11610" w:type="dxa"/>
            <w:gridSpan w:val="8"/>
            <w:shd w:val="clear" w:color="auto" w:fill="D9D9D9"/>
            <w:vAlign w:val="center"/>
          </w:tcPr>
          <w:p w14:paraId="4D429D66" w14:textId="77777777" w:rsidR="001512C8" w:rsidRPr="00161078" w:rsidRDefault="00443F1E">
            <w:pPr>
              <w:spacing w:before="20" w:after="20"/>
              <w:jc w:val="right"/>
              <w:rPr>
                <w:lang w:val="pl-PL"/>
              </w:rPr>
            </w:pPr>
            <w:permStart w:id="731125868" w:edGrp="everyone" w:colFirst="1" w:colLast="1"/>
            <w:permStart w:id="786829937" w:edGrp="everyone" w:colFirst="2" w:colLast="2"/>
            <w:permEnd w:id="969896882"/>
            <w:permEnd w:id="1251441233"/>
            <w:permEnd w:id="445927156"/>
            <w:permEnd w:id="2105957678"/>
            <w:permEnd w:id="622546622"/>
            <w:permEnd w:id="506151633"/>
            <w:r w:rsidRPr="00161078">
              <w:rPr>
                <w:b/>
                <w:sz w:val="18"/>
                <w:lang w:val="pl-PL"/>
              </w:rPr>
              <w:t>RAZEM (wartość oferty):</w:t>
            </w:r>
          </w:p>
        </w:tc>
        <w:tc>
          <w:tcPr>
            <w:tcW w:w="1350" w:type="dxa"/>
            <w:shd w:val="clear" w:color="auto" w:fill="D9D9D9"/>
            <w:vAlign w:val="center"/>
          </w:tcPr>
          <w:p w14:paraId="0F9D2946" w14:textId="77777777" w:rsidR="001512C8" w:rsidRPr="00161078" w:rsidRDefault="001512C8">
            <w:pPr>
              <w:spacing w:before="20" w:after="20"/>
              <w:jc w:val="center"/>
              <w:rPr>
                <w:lang w:val="pl-PL"/>
              </w:rPr>
            </w:pPr>
          </w:p>
        </w:tc>
        <w:tc>
          <w:tcPr>
            <w:tcW w:w="1350" w:type="dxa"/>
            <w:shd w:val="clear" w:color="auto" w:fill="D9D9D9"/>
            <w:vAlign w:val="center"/>
          </w:tcPr>
          <w:p w14:paraId="1B452664" w14:textId="77777777" w:rsidR="001512C8" w:rsidRPr="00161078" w:rsidRDefault="001512C8">
            <w:pPr>
              <w:spacing w:before="20" w:after="20"/>
              <w:jc w:val="center"/>
              <w:rPr>
                <w:lang w:val="pl-PL"/>
              </w:rPr>
            </w:pPr>
          </w:p>
        </w:tc>
      </w:tr>
      <w:permEnd w:id="731125868"/>
      <w:permEnd w:id="786829937"/>
    </w:tbl>
    <w:p w14:paraId="64DA07F9" w14:textId="77777777" w:rsidR="001512C8" w:rsidRPr="00161078" w:rsidRDefault="001512C8">
      <w:pPr>
        <w:spacing w:after="40"/>
        <w:rPr>
          <w:lang w:val="pl-PL"/>
        </w:rPr>
      </w:pPr>
    </w:p>
    <w:p w14:paraId="1B70D5BE" w14:textId="4B0167F6" w:rsidR="001512C8" w:rsidRPr="00161078" w:rsidRDefault="00443F1E">
      <w:pPr>
        <w:rPr>
          <w:lang w:val="pl-PL"/>
        </w:rPr>
      </w:pPr>
      <w:r w:rsidRPr="00161078">
        <w:rPr>
          <w:i/>
          <w:sz w:val="18"/>
          <w:lang w:val="pl-PL"/>
        </w:rPr>
        <w:t xml:space="preserve">Wartość netto = ilość </w:t>
      </w:r>
      <w:r w:rsidR="00C853A3" w:rsidRPr="00161078">
        <w:rPr>
          <w:i/>
          <w:sz w:val="18"/>
          <w:lang w:val="pl-PL"/>
        </w:rPr>
        <w:t>przewidywana</w:t>
      </w:r>
      <w:r w:rsidRPr="00161078">
        <w:rPr>
          <w:i/>
          <w:sz w:val="18"/>
          <w:lang w:val="pl-PL"/>
        </w:rPr>
        <w:t xml:space="preserve"> × cena jednostkowa netto. Łączna wartość </w:t>
      </w:r>
      <w:r w:rsidR="004E5ACF" w:rsidRPr="00161078">
        <w:rPr>
          <w:i/>
          <w:sz w:val="18"/>
          <w:lang w:val="pl-PL"/>
        </w:rPr>
        <w:t>net</w:t>
      </w:r>
      <w:r w:rsidRPr="00161078">
        <w:rPr>
          <w:i/>
          <w:sz w:val="18"/>
          <w:lang w:val="pl-PL"/>
        </w:rPr>
        <w:t>to oferty (pozycja „RAZEM”) stanowi podstawę oceny w kryterium oceny ofert. Oferowane produkty muszą spełniać parametry minimalne określone w części III zapytania.</w:t>
      </w:r>
      <w:r w:rsidRPr="000E6009">
        <w:rPr>
          <w:i/>
          <w:sz w:val="18"/>
          <w:lang w:val="pl-PL"/>
        </w:rPr>
        <w:t xml:space="preserve">  Ceny należy podać w walucie oferty, wskazując walutę. Oferty w walucie innej niż PLN zostaną przeliczone na PLN według średniego kursu NBP z dnia składania ofert (zgodnie z cz. V).</w:t>
      </w:r>
    </w:p>
    <w:p w14:paraId="52C49E48" w14:textId="77777777" w:rsidR="001512C8" w:rsidRPr="00161078" w:rsidRDefault="00443F1E">
      <w:pPr>
        <w:spacing w:before="80" w:after="40"/>
        <w:rPr>
          <w:lang w:val="pl-PL"/>
        </w:rPr>
      </w:pPr>
      <w:r w:rsidRPr="00161078">
        <w:rPr>
          <w:b/>
          <w:lang w:val="pl-PL"/>
        </w:rPr>
        <w:t>Oświadczenia Wykonawcy:</w:t>
      </w:r>
    </w:p>
    <w:p w14:paraId="5BF91C34" w14:textId="77777777" w:rsidR="001512C8" w:rsidRPr="00161078" w:rsidRDefault="00443F1E">
      <w:pPr>
        <w:spacing w:after="80"/>
        <w:ind w:left="340" w:hanging="340"/>
        <w:rPr>
          <w:lang w:val="pl-PL"/>
        </w:rPr>
      </w:pPr>
      <w:r w:rsidRPr="00161078">
        <w:rPr>
          <w:lang w:val="pl-PL"/>
        </w:rPr>
        <w:t>1.  Oświadczamy, że zapoznaliśmy się z zapytaniem ofertowym wraz z załącznikami i nie wnosimy żadnych zastrzeżeń oraz uzyskaliśmy wszelkie konieczne informacje do przygotowania oferty.</w:t>
      </w:r>
    </w:p>
    <w:p w14:paraId="7EBBCDE1" w14:textId="77777777" w:rsidR="001512C8" w:rsidRPr="00161078" w:rsidRDefault="00443F1E">
      <w:pPr>
        <w:spacing w:after="80"/>
        <w:ind w:left="340" w:hanging="340"/>
        <w:rPr>
          <w:lang w:val="pl-PL"/>
        </w:rPr>
      </w:pPr>
      <w:r w:rsidRPr="00161078">
        <w:rPr>
          <w:lang w:val="pl-PL"/>
        </w:rPr>
        <w:lastRenderedPageBreak/>
        <w:t>2.  Oświadczamy, że zapoznaliśmy się z istotnymi postanowieniami umowy (Załącznik nr 4) i nie wnosimy do nich zastrzeżeń.</w:t>
      </w:r>
    </w:p>
    <w:p w14:paraId="05D62C86" w14:textId="77777777" w:rsidR="001512C8" w:rsidRPr="00161078" w:rsidRDefault="00443F1E">
      <w:pPr>
        <w:spacing w:after="80"/>
        <w:ind w:left="340" w:hanging="340"/>
        <w:rPr>
          <w:lang w:val="pl-PL"/>
        </w:rPr>
      </w:pPr>
      <w:r w:rsidRPr="00161078">
        <w:rPr>
          <w:lang w:val="pl-PL"/>
        </w:rPr>
        <w:t>3.  Oświadczamy, że podane ceny obejmują realizację wszystkich zobowiązań Wykonawcy opisanych w zapytaniu ofertowym wraz z załącznikami, w tym koszty dostawy.</w:t>
      </w:r>
    </w:p>
    <w:p w14:paraId="0476C6DB" w14:textId="3BD4691F" w:rsidR="001512C8" w:rsidRPr="00161078" w:rsidRDefault="00443F1E">
      <w:pPr>
        <w:spacing w:after="80"/>
        <w:ind w:left="340" w:hanging="340"/>
        <w:rPr>
          <w:lang w:val="pl-PL"/>
        </w:rPr>
      </w:pPr>
      <w:r w:rsidRPr="00161078">
        <w:rPr>
          <w:lang w:val="pl-PL"/>
        </w:rPr>
        <w:t xml:space="preserve">4.  Oświadczamy, że będziemy realizować dostawy sukcesywnie, na podstawie zamówień e-mailowych, w terminie do </w:t>
      </w:r>
      <w:r w:rsidR="00C86981">
        <w:rPr>
          <w:lang w:val="pl-PL"/>
        </w:rPr>
        <w:t>30</w:t>
      </w:r>
      <w:r w:rsidRPr="00161078">
        <w:rPr>
          <w:lang w:val="pl-PL"/>
        </w:rPr>
        <w:t xml:space="preserve"> dni roboczych od dnia złożenia zamówienia, przy maksymalnie 4 dostawach w miesiącu.</w:t>
      </w:r>
    </w:p>
    <w:p w14:paraId="2B6D87B9" w14:textId="31981662" w:rsidR="007B582D" w:rsidRPr="00161078" w:rsidRDefault="00443F1E" w:rsidP="007B582D">
      <w:pPr>
        <w:spacing w:after="80"/>
        <w:ind w:left="340" w:hanging="340"/>
        <w:rPr>
          <w:lang w:val="pl-PL"/>
        </w:rPr>
      </w:pPr>
      <w:r w:rsidRPr="00161078">
        <w:rPr>
          <w:lang w:val="pl-PL"/>
        </w:rPr>
        <w:t xml:space="preserve">5.  Oświadczamy, iż oferta jest ważna </w:t>
      </w:r>
      <w:r w:rsidR="00211EA2" w:rsidRPr="00161078">
        <w:rPr>
          <w:lang w:val="pl-PL"/>
        </w:rPr>
        <w:t xml:space="preserve">60 dni od terminu </w:t>
      </w:r>
      <w:r w:rsidR="008C78C8" w:rsidRPr="00161078">
        <w:rPr>
          <w:lang w:val="pl-PL"/>
        </w:rPr>
        <w:t>składania</w:t>
      </w:r>
      <w:r w:rsidR="00211EA2" w:rsidRPr="00161078">
        <w:rPr>
          <w:lang w:val="pl-PL"/>
        </w:rPr>
        <w:t xml:space="preserve"> ofert</w:t>
      </w:r>
    </w:p>
    <w:p w14:paraId="55D4D4A3" w14:textId="6A1C76FB" w:rsidR="001512C8" w:rsidRPr="00161078" w:rsidRDefault="007B582D" w:rsidP="007B582D">
      <w:pPr>
        <w:spacing w:after="80"/>
        <w:ind w:left="340" w:hanging="340"/>
        <w:rPr>
          <w:lang w:val="pl-PL"/>
        </w:rPr>
      </w:pPr>
      <w:r w:rsidRPr="00161078">
        <w:rPr>
          <w:lang w:val="pl-PL"/>
        </w:rPr>
        <w:t>6. Oświadczamy, że dokumenty potwierdzające umocowanie do reprezentacji Zamawiający może uzyskać za pomocą bezpłatnych i ogólnodostępnych baz danych (KRS: https://ekrs.ms.gov.pl/, CEIDG: https://aml.ceidg.gov.pl/) — w przypadku reprezentacji na podstawie pełnomocnictwa musi być ono dołączone do oferty.</w:t>
      </w:r>
    </w:p>
    <w:p w14:paraId="60EE56AB" w14:textId="77777777" w:rsidR="001512C8" w:rsidRPr="00161078" w:rsidRDefault="00443F1E">
      <w:pPr>
        <w:spacing w:before="80" w:after="200"/>
        <w:rPr>
          <w:lang w:val="pl-PL"/>
        </w:rPr>
      </w:pPr>
      <w:r w:rsidRPr="00161078">
        <w:rPr>
          <w:lang w:val="pl-PL"/>
        </w:rPr>
        <w:t>Załącznikami do niniejszej oferty są: Oświadczenie o braku podstaw do wykluczenia (Zał. 2); Oświadczenie RODO (Zał. 3); pełnomocnictwo – jeśli dotyczy.</w:t>
      </w:r>
    </w:p>
    <w:p w14:paraId="327FB5B7" w14:textId="77777777" w:rsidR="001512C8" w:rsidRPr="00161078" w:rsidRDefault="00443F1E">
      <w:pPr>
        <w:spacing w:after="0"/>
        <w:jc w:val="right"/>
        <w:rPr>
          <w:lang w:val="pl-PL"/>
        </w:rPr>
      </w:pPr>
      <w:permStart w:id="575560367" w:edGrp="everyone"/>
      <w:r w:rsidRPr="00161078">
        <w:rPr>
          <w:lang w:val="pl-PL"/>
        </w:rPr>
        <w:t>...............................................</w:t>
      </w:r>
    </w:p>
    <w:permEnd w:id="575560367"/>
    <w:p w14:paraId="686AEDEB" w14:textId="77777777" w:rsidR="001512C8" w:rsidRPr="00161078" w:rsidRDefault="00443F1E">
      <w:pPr>
        <w:spacing w:after="80"/>
        <w:jc w:val="right"/>
        <w:rPr>
          <w:lang w:val="pl-PL"/>
        </w:rPr>
      </w:pPr>
      <w:r w:rsidRPr="00161078">
        <w:rPr>
          <w:i/>
          <w:sz w:val="18"/>
          <w:lang w:val="pl-PL"/>
        </w:rPr>
        <w:t>(miejscowość, data, czytelny podpis Wykonawcy lub osoby upoważnionej do reprezentacji)</w:t>
      </w:r>
    </w:p>
    <w:p w14:paraId="6936324D" w14:textId="77777777" w:rsidR="001512C8" w:rsidRPr="00161078" w:rsidRDefault="001512C8">
      <w:pPr>
        <w:rPr>
          <w:lang w:val="pl-PL"/>
        </w:rPr>
        <w:sectPr w:rsidR="001512C8" w:rsidRPr="00161078">
          <w:headerReference w:type="default" r:id="rId11"/>
          <w:pgSz w:w="16838" w:h="11906" w:orient="landscape"/>
          <w:pgMar w:top="794" w:right="680" w:bottom="794" w:left="680" w:header="720" w:footer="720" w:gutter="0"/>
          <w:cols w:space="720"/>
          <w:docGrid w:linePitch="360"/>
        </w:sectPr>
      </w:pPr>
    </w:p>
    <w:p w14:paraId="5F349D52" w14:textId="77777777" w:rsidR="001512C8" w:rsidRPr="00161078" w:rsidRDefault="00443F1E">
      <w:pPr>
        <w:jc w:val="right"/>
        <w:rPr>
          <w:lang w:val="pl-PL"/>
        </w:rPr>
      </w:pPr>
      <w:r w:rsidRPr="00161078">
        <w:rPr>
          <w:b/>
          <w:lang w:val="pl-PL"/>
        </w:rPr>
        <w:lastRenderedPageBreak/>
        <w:t>Załącznik nr 2 do Zapytania ofertowego</w:t>
      </w:r>
    </w:p>
    <w:p w14:paraId="00843B78" w14:textId="77777777" w:rsidR="001512C8" w:rsidRPr="00161078" w:rsidRDefault="00443F1E">
      <w:pPr>
        <w:spacing w:after="40"/>
        <w:jc w:val="center"/>
        <w:rPr>
          <w:lang w:val="pl-PL"/>
        </w:rPr>
      </w:pPr>
      <w:r w:rsidRPr="00161078">
        <w:rPr>
          <w:b/>
          <w:sz w:val="24"/>
          <w:lang w:val="pl-PL"/>
        </w:rPr>
        <w:t>OŚWIADCZENIE</w:t>
      </w:r>
    </w:p>
    <w:p w14:paraId="6BEA148D" w14:textId="77777777" w:rsidR="001512C8" w:rsidRPr="00161078" w:rsidRDefault="00443F1E">
      <w:pPr>
        <w:spacing w:after="160"/>
        <w:jc w:val="center"/>
        <w:rPr>
          <w:lang w:val="pl-PL"/>
        </w:rPr>
      </w:pPr>
      <w:r w:rsidRPr="00161078">
        <w:rPr>
          <w:b/>
          <w:sz w:val="22"/>
          <w:lang w:val="pl-PL"/>
        </w:rPr>
        <w:t>O BRAKU PODSTAW DO WYKLUCZENIA Z UDZIAŁU W POSTĘPOWANIU</w:t>
      </w:r>
    </w:p>
    <w:p w14:paraId="0E235AA4" w14:textId="77777777" w:rsidR="001512C8" w:rsidRPr="00161078" w:rsidRDefault="00443F1E">
      <w:pPr>
        <w:spacing w:after="80"/>
        <w:rPr>
          <w:lang w:val="pl-PL"/>
        </w:rPr>
      </w:pPr>
      <w:r w:rsidRPr="00161078">
        <w:rPr>
          <w:lang w:val="pl-PL"/>
        </w:rPr>
        <w:t>Składając ofertę do zapytania ofertowego na sukcesywną dostawę materiałów zużywalnych i odczynników laboratoryjnych – grupa 2, do aseptycznej obróbki i hodowli komórek na potrzeby Przedsiębiorstwa Farmaceutycznego LEK-AM Sp. z o.o. do realizacji projektu „VAX-TCAR”, oświadczam (oświadczamy), że nie ma podstaw do wykluczenia mnie (nas) z postępowania o udzielenie zamówienia z uwagi na powiązania osobowe lub kapitałowe z Zamawiającym, tj. wzajemne powiązania między Zamawiającym lub osobami uprawnionymi do zaciągania zobowiązań w imieniu Zamawiającego lub osobami wykonującymi w imieniu Zamawiającego czynności związane z przygotowaniem i przeprowadzeniem procedury wyboru Wykonawcy a Wykonawcą, polegające w szczególności na:</w:t>
      </w:r>
    </w:p>
    <w:p w14:paraId="7D58F681" w14:textId="77777777" w:rsidR="001512C8" w:rsidRPr="00161078" w:rsidRDefault="00443F1E">
      <w:pPr>
        <w:spacing w:after="80"/>
        <w:ind w:left="340" w:hanging="227"/>
        <w:rPr>
          <w:lang w:val="pl-PL"/>
        </w:rPr>
      </w:pPr>
      <w:r w:rsidRPr="00161078">
        <w:rPr>
          <w:lang w:val="pl-PL"/>
        </w:rPr>
        <w:t>–  uczestniczeniu w spółce jako wspólnik spółki cywilnej lub spółki osobowej, posiadaniu co najmniej 10% udziału lub akcji (o ile niższy próg nie wynika z przepisów prawa), pełnieniu funkcji członka organu nadzorczego lub zarządczego, prokurenta, pełnomocnika;</w:t>
      </w:r>
    </w:p>
    <w:p w14:paraId="58F5A427" w14:textId="77777777" w:rsidR="001512C8" w:rsidRPr="00161078" w:rsidRDefault="00443F1E">
      <w:pPr>
        <w:spacing w:after="80"/>
        <w:ind w:left="340" w:hanging="227"/>
        <w:rPr>
          <w:lang w:val="pl-PL"/>
        </w:rPr>
      </w:pPr>
      <w:r w:rsidRPr="00161078">
        <w:rPr>
          <w:lang w:val="pl-PL"/>
        </w:rPr>
        <w:t>–  pozostawaniu w związku małżeńskim, w stosunku pokrewieństwa lub powinowactwa w linii prostej, pokrewieństwa lub powinowactwa w linii bocznej do drugiego stopnia, lub związaniu z tytułu przysposobienia, opieki lub kurateli albo pozostawaniu we wspólnym pożyciu z Zamawiającym, jego zastępcą prawnym lub członkami organów zarządzających lub nadzorczych Zamawiającego;</w:t>
      </w:r>
    </w:p>
    <w:p w14:paraId="62A75E95" w14:textId="77777777" w:rsidR="001512C8" w:rsidRPr="00161078" w:rsidRDefault="00443F1E">
      <w:pPr>
        <w:spacing w:after="80"/>
        <w:ind w:left="340" w:hanging="227"/>
        <w:rPr>
          <w:lang w:val="pl-PL"/>
        </w:rPr>
      </w:pPr>
      <w:r w:rsidRPr="00161078">
        <w:rPr>
          <w:lang w:val="pl-PL"/>
        </w:rPr>
        <w:t>–  pozostawaniu z Zamawiającym w takim stosunku prawnym lub faktycznym, że istnieje uzasadniona wątpliwość co do bezstronności lub niezależności w związku z postępowaniem o udzielenie zamówienia.</w:t>
      </w:r>
    </w:p>
    <w:p w14:paraId="49E461FB" w14:textId="77777777" w:rsidR="001512C8" w:rsidRPr="00161078" w:rsidRDefault="001512C8">
      <w:pPr>
        <w:spacing w:after="200"/>
        <w:rPr>
          <w:lang w:val="pl-PL"/>
        </w:rPr>
      </w:pPr>
      <w:permStart w:id="660484680" w:edGrp="everyone"/>
    </w:p>
    <w:p w14:paraId="598FAA95" w14:textId="77777777" w:rsidR="001512C8" w:rsidRPr="00161078" w:rsidRDefault="00443F1E">
      <w:pPr>
        <w:spacing w:after="0"/>
        <w:jc w:val="center"/>
        <w:rPr>
          <w:lang w:val="pl-PL"/>
        </w:rPr>
      </w:pPr>
      <w:r w:rsidRPr="00161078">
        <w:rPr>
          <w:lang w:val="pl-PL"/>
        </w:rPr>
        <w:t>...............................................          ...............................................</w:t>
      </w:r>
    </w:p>
    <w:permEnd w:id="660484680"/>
    <w:p w14:paraId="778FEC25" w14:textId="77777777" w:rsidR="001512C8" w:rsidRPr="00161078" w:rsidRDefault="00443F1E">
      <w:pPr>
        <w:spacing w:after="80"/>
        <w:jc w:val="center"/>
        <w:rPr>
          <w:lang w:val="pl-PL"/>
        </w:rPr>
      </w:pPr>
      <w:r w:rsidRPr="00161078">
        <w:rPr>
          <w:i/>
          <w:sz w:val="18"/>
          <w:lang w:val="pl-PL"/>
        </w:rPr>
        <w:t>(miejscowość, data)                                     (czytelny podpis Wykonawcy lub osoby upoważnionej)</w:t>
      </w:r>
    </w:p>
    <w:p w14:paraId="6763355C"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6402F63E" w14:textId="77777777" w:rsidR="001512C8" w:rsidRPr="00161078" w:rsidRDefault="00443F1E">
      <w:pPr>
        <w:jc w:val="right"/>
        <w:rPr>
          <w:lang w:val="pl-PL"/>
        </w:rPr>
      </w:pPr>
      <w:r w:rsidRPr="00161078">
        <w:rPr>
          <w:b/>
          <w:lang w:val="pl-PL"/>
        </w:rPr>
        <w:lastRenderedPageBreak/>
        <w:t>Załącznik nr 3 do Zapytania ofertowego</w:t>
      </w:r>
    </w:p>
    <w:p w14:paraId="60AD90F9" w14:textId="77777777" w:rsidR="001512C8" w:rsidRPr="00161078" w:rsidRDefault="00443F1E">
      <w:pPr>
        <w:spacing w:after="40"/>
        <w:jc w:val="center"/>
        <w:rPr>
          <w:lang w:val="pl-PL"/>
        </w:rPr>
      </w:pPr>
      <w:r w:rsidRPr="00161078">
        <w:rPr>
          <w:b/>
          <w:sz w:val="24"/>
          <w:lang w:val="pl-PL"/>
        </w:rPr>
        <w:t>OŚWIADCZENIE WYKONAWCY</w:t>
      </w:r>
    </w:p>
    <w:p w14:paraId="7D9F823C" w14:textId="77777777" w:rsidR="001512C8" w:rsidRPr="00161078" w:rsidRDefault="00443F1E">
      <w:pPr>
        <w:spacing w:after="160"/>
        <w:jc w:val="center"/>
        <w:rPr>
          <w:lang w:val="pl-PL"/>
        </w:rPr>
      </w:pPr>
      <w:r w:rsidRPr="00161078">
        <w:rPr>
          <w:b/>
          <w:sz w:val="22"/>
          <w:lang w:val="pl-PL"/>
        </w:rPr>
        <w:t>w zakresie wypełnienia obowiązków informacyjnych przewidzianych w art. 13 lub art. 14 RODO</w:t>
      </w:r>
    </w:p>
    <w:p w14:paraId="6B543992" w14:textId="77777777" w:rsidR="001512C8" w:rsidRPr="00161078" w:rsidRDefault="00443F1E">
      <w:pPr>
        <w:spacing w:after="200"/>
        <w:rPr>
          <w:lang w:val="pl-PL"/>
        </w:rPr>
      </w:pPr>
      <w:r w:rsidRPr="00161078">
        <w:rPr>
          <w:lang w:val="pl-PL"/>
        </w:rPr>
        <w:t>Oświadczam, że wypełniłem obowiązki informacyjne przewidziane w art. 13 lub art. 14 RODO wobec osób fizycznych, od których dane osobowe bezpośrednio lub pośrednio pozyskałem w celu ubiegania się o udzielenie zamówienia w niniejszym postępowaniu.</w:t>
      </w:r>
    </w:p>
    <w:p w14:paraId="193186F5" w14:textId="77777777" w:rsidR="001512C8" w:rsidRPr="00161078" w:rsidRDefault="00443F1E">
      <w:pPr>
        <w:spacing w:after="0"/>
        <w:jc w:val="center"/>
        <w:rPr>
          <w:lang w:val="pl-PL"/>
        </w:rPr>
      </w:pPr>
      <w:permStart w:id="1996453058" w:edGrp="everyone"/>
      <w:r w:rsidRPr="00161078">
        <w:rPr>
          <w:lang w:val="pl-PL"/>
        </w:rPr>
        <w:t>...............................................          ..............................................</w:t>
      </w:r>
      <w:permEnd w:id="1996453058"/>
      <w:r w:rsidRPr="00161078">
        <w:rPr>
          <w:lang w:val="pl-PL"/>
        </w:rPr>
        <w:t>.</w:t>
      </w:r>
    </w:p>
    <w:p w14:paraId="1C1334A8" w14:textId="77777777" w:rsidR="001512C8" w:rsidRPr="00161078" w:rsidRDefault="00443F1E">
      <w:pPr>
        <w:spacing w:after="80"/>
        <w:jc w:val="center"/>
        <w:rPr>
          <w:lang w:val="pl-PL"/>
        </w:rPr>
      </w:pPr>
      <w:r w:rsidRPr="00161078">
        <w:rPr>
          <w:i/>
          <w:sz w:val="18"/>
          <w:lang w:val="pl-PL"/>
        </w:rPr>
        <w:t>(miejscowość, data)                                     (podpis Wykonawcy lub upełnomocnionego przedstawiciela)</w:t>
      </w:r>
    </w:p>
    <w:p w14:paraId="27D7C7BB"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1C161B57" w14:textId="77777777" w:rsidR="001512C8" w:rsidRPr="00161078" w:rsidRDefault="00443F1E">
      <w:pPr>
        <w:jc w:val="right"/>
        <w:rPr>
          <w:lang w:val="pl-PL"/>
        </w:rPr>
      </w:pPr>
      <w:r w:rsidRPr="00161078">
        <w:rPr>
          <w:b/>
          <w:lang w:val="pl-PL"/>
        </w:rPr>
        <w:lastRenderedPageBreak/>
        <w:t>Załącznik nr 4 do Zapytania ofertowego</w:t>
      </w:r>
    </w:p>
    <w:p w14:paraId="17239A3F" w14:textId="77777777" w:rsidR="001512C8" w:rsidRPr="00161078" w:rsidRDefault="00443F1E">
      <w:pPr>
        <w:spacing w:after="160"/>
        <w:jc w:val="center"/>
        <w:rPr>
          <w:lang w:val="pl-PL"/>
        </w:rPr>
      </w:pPr>
      <w:r w:rsidRPr="00161078">
        <w:rPr>
          <w:b/>
          <w:sz w:val="24"/>
          <w:lang w:val="pl-PL"/>
        </w:rPr>
        <w:t>ISTOTNE POSTANOWIENIA UMOWY</w:t>
      </w:r>
    </w:p>
    <w:p w14:paraId="4BE11ADC" w14:textId="77777777" w:rsidR="001512C8" w:rsidRPr="00161078" w:rsidRDefault="00443F1E">
      <w:pPr>
        <w:spacing w:after="40"/>
        <w:rPr>
          <w:lang w:val="pl-PL"/>
        </w:rPr>
      </w:pPr>
      <w:r w:rsidRPr="00161078">
        <w:rPr>
          <w:b/>
          <w:lang w:val="pl-PL"/>
        </w:rPr>
        <w:t>Przedmiot i okres umowy</w:t>
      </w:r>
    </w:p>
    <w:p w14:paraId="6FF59655" w14:textId="77777777" w:rsidR="001512C8" w:rsidRPr="00161078" w:rsidRDefault="00443F1E">
      <w:pPr>
        <w:spacing w:after="80"/>
        <w:ind w:left="340" w:hanging="227"/>
        <w:rPr>
          <w:lang w:val="pl-PL"/>
        </w:rPr>
      </w:pPr>
      <w:r w:rsidRPr="00161078">
        <w:rPr>
          <w:lang w:val="pl-PL"/>
        </w:rPr>
        <w:t>–  Przedmiotem umowy jest sukcesywna dostawa materiałów zużywalnych i odczynników laboratoryjnych – grupa 2, zgodnie z zapytaniem ofertowym i ofertą Wykonawcy. Umowa zostaje zawarta na okres 12 miesięcy od dnia jej zawarcia.</w:t>
      </w:r>
    </w:p>
    <w:p w14:paraId="3B951F95" w14:textId="610E0554" w:rsidR="001512C8" w:rsidRPr="00161078" w:rsidRDefault="00443F1E">
      <w:pPr>
        <w:spacing w:after="80"/>
        <w:ind w:left="340" w:hanging="227"/>
        <w:rPr>
          <w:lang w:val="pl-PL"/>
        </w:rPr>
      </w:pPr>
      <w:r w:rsidRPr="00161078">
        <w:rPr>
          <w:lang w:val="pl-PL"/>
        </w:rPr>
        <w:t xml:space="preserve">–  Dostawy realizowane są na podstawie zamówień składanych drogą elektroniczną, w terminie do </w:t>
      </w:r>
      <w:r w:rsidR="00A912C4">
        <w:rPr>
          <w:lang w:val="pl-PL"/>
        </w:rPr>
        <w:t>30</w:t>
      </w:r>
      <w:r w:rsidRPr="00161078">
        <w:rPr>
          <w:lang w:val="pl-PL"/>
        </w:rPr>
        <w:t xml:space="preserve"> dni roboczych od złożenia zamówienia, przy maksymalnie 4 dostawach w miesiącu.</w:t>
      </w:r>
    </w:p>
    <w:p w14:paraId="62E975C3" w14:textId="77777777" w:rsidR="001512C8" w:rsidRPr="00161078" w:rsidRDefault="00443F1E">
      <w:pPr>
        <w:spacing w:after="80"/>
        <w:ind w:left="340" w:hanging="227"/>
        <w:rPr>
          <w:lang w:val="pl-PL"/>
        </w:rPr>
      </w:pPr>
      <w:r w:rsidRPr="00161078">
        <w:rPr>
          <w:lang w:val="pl-PL"/>
        </w:rPr>
        <w:t>–  Ceny jednostkowe określone w ofercie są stałe przez cały okres obowiązywania umowy. Rozliczeniu podlegają wyłącznie faktycznie zamówione i dostarczone produkty. Zamawiającemu przysługuje prawo ograniczenia ilości lub rezygnacji z wybranych pozycji, bez roszczeń Wykonawcy z tego tytułu.</w:t>
      </w:r>
    </w:p>
    <w:p w14:paraId="3157A37D" w14:textId="77777777" w:rsidR="001512C8" w:rsidRPr="00161078" w:rsidRDefault="00443F1E">
      <w:pPr>
        <w:spacing w:before="80" w:after="40"/>
        <w:rPr>
          <w:lang w:val="pl-PL"/>
        </w:rPr>
      </w:pPr>
      <w:r w:rsidRPr="00161078">
        <w:rPr>
          <w:b/>
          <w:lang w:val="pl-PL"/>
        </w:rPr>
        <w:t>Odbiory i reklamacje</w:t>
      </w:r>
    </w:p>
    <w:p w14:paraId="0A27D099" w14:textId="77777777" w:rsidR="001512C8" w:rsidRPr="00161078" w:rsidRDefault="00443F1E">
      <w:pPr>
        <w:spacing w:after="80"/>
        <w:ind w:left="340" w:hanging="227"/>
        <w:rPr>
          <w:lang w:val="pl-PL"/>
        </w:rPr>
      </w:pPr>
      <w:r w:rsidRPr="00161078">
        <w:rPr>
          <w:lang w:val="pl-PL"/>
        </w:rPr>
        <w:t>–  Podstawą rozliczenia każdej dostawy jest dokument odbioru (protokół odbioru / dokument WZ) podpisany bez zastrzeżeń przez obie strony.</w:t>
      </w:r>
    </w:p>
    <w:p w14:paraId="347A3D6C" w14:textId="0BDD089D" w:rsidR="001512C8" w:rsidRPr="00161078" w:rsidRDefault="00443F1E">
      <w:pPr>
        <w:spacing w:after="80"/>
        <w:ind w:left="340" w:hanging="227"/>
        <w:rPr>
          <w:lang w:val="pl-PL"/>
        </w:rPr>
      </w:pPr>
      <w:r w:rsidRPr="00161078">
        <w:rPr>
          <w:lang w:val="pl-PL"/>
        </w:rPr>
        <w:t xml:space="preserve">–  W przypadku stwierdzenia wad lub niezgodności dostarczonych materiałów z zamówieniem Zamawiający zgłasza reklamację, a Wykonawca wymienia wadliwą partię na wolną od wad w terminie </w:t>
      </w:r>
      <w:r w:rsidR="0072607B" w:rsidRPr="00161078">
        <w:rPr>
          <w:lang w:val="pl-PL"/>
        </w:rPr>
        <w:t>14</w:t>
      </w:r>
      <w:r w:rsidRPr="00161078">
        <w:rPr>
          <w:lang w:val="pl-PL"/>
        </w:rPr>
        <w:t xml:space="preserve"> dni roboczych od zgłoszenia, na własny koszt.</w:t>
      </w:r>
    </w:p>
    <w:p w14:paraId="509328C8" w14:textId="77777777" w:rsidR="001512C8" w:rsidRPr="00161078" w:rsidRDefault="00443F1E">
      <w:pPr>
        <w:spacing w:before="80" w:after="40"/>
        <w:rPr>
          <w:lang w:val="pl-PL"/>
        </w:rPr>
      </w:pPr>
      <w:r w:rsidRPr="00161078">
        <w:rPr>
          <w:b/>
          <w:lang w:val="pl-PL"/>
        </w:rPr>
        <w:t>Kary umowne</w:t>
      </w:r>
    </w:p>
    <w:p w14:paraId="16709A5A" w14:textId="77777777" w:rsidR="001512C8" w:rsidRPr="00161078" w:rsidRDefault="00443F1E">
      <w:pPr>
        <w:spacing w:after="80"/>
        <w:ind w:left="340" w:hanging="227"/>
        <w:rPr>
          <w:lang w:val="pl-PL"/>
        </w:rPr>
      </w:pPr>
      <w:r w:rsidRPr="00161078">
        <w:rPr>
          <w:lang w:val="pl-PL"/>
        </w:rPr>
        <w:t>–  W przypadku zwłoki w realizacji pojedynczej dostawy Wykonawca zapłaci karę umowną w wysokości 0,5% wartości netto opóźnionej dostawy za każdy dzień zwłoki.</w:t>
      </w:r>
    </w:p>
    <w:p w14:paraId="78DE34D3" w14:textId="77777777" w:rsidR="001512C8" w:rsidRPr="00161078" w:rsidRDefault="00443F1E">
      <w:pPr>
        <w:spacing w:after="80"/>
        <w:ind w:left="340" w:hanging="227"/>
        <w:rPr>
          <w:lang w:val="pl-PL"/>
        </w:rPr>
      </w:pPr>
      <w:r w:rsidRPr="00161078">
        <w:rPr>
          <w:lang w:val="pl-PL"/>
        </w:rPr>
        <w:t>–  W przypadku zwłoki w wymianie wadliwej partii w ramach reklamacji Wykonawca zapłaci karę umowną w wysokości 0,2% wartości netto reklamowanej partii za każdy dzień zwłoki.</w:t>
      </w:r>
    </w:p>
    <w:p w14:paraId="7F9D8373" w14:textId="77777777" w:rsidR="001512C8" w:rsidRPr="00161078" w:rsidRDefault="00443F1E">
      <w:pPr>
        <w:spacing w:after="80"/>
        <w:ind w:left="340" w:hanging="227"/>
        <w:rPr>
          <w:lang w:val="pl-PL"/>
        </w:rPr>
      </w:pPr>
      <w:r w:rsidRPr="00161078">
        <w:rPr>
          <w:lang w:val="pl-PL"/>
        </w:rPr>
        <w:t>–  Łączna wysokość kar umownych nie może przekroczyć 15% łącznej wartości netto umowy. Zastrzeżenie kar umownych nie pozbawia Zamawiającego prawa dochodzenia odszkodowania przewyższającego ich wysokość na zasadach ogólnych.</w:t>
      </w:r>
    </w:p>
    <w:p w14:paraId="58C8DC45" w14:textId="77777777" w:rsidR="001512C8" w:rsidRPr="00161078" w:rsidRDefault="00443F1E">
      <w:pPr>
        <w:spacing w:before="80" w:after="40"/>
        <w:rPr>
          <w:lang w:val="pl-PL"/>
        </w:rPr>
      </w:pPr>
      <w:r w:rsidRPr="00161078">
        <w:rPr>
          <w:b/>
          <w:lang w:val="pl-PL"/>
        </w:rPr>
        <w:t>Płatności</w:t>
      </w:r>
    </w:p>
    <w:p w14:paraId="2CB728E5" w14:textId="77777777" w:rsidR="001512C8" w:rsidRPr="00161078" w:rsidRDefault="00443F1E">
      <w:pPr>
        <w:spacing w:after="80"/>
        <w:ind w:left="340" w:hanging="227"/>
        <w:rPr>
          <w:lang w:val="pl-PL"/>
        </w:rPr>
      </w:pPr>
      <w:r w:rsidRPr="00161078">
        <w:rPr>
          <w:lang w:val="pl-PL"/>
        </w:rPr>
        <w:t>–  Rozliczenie następuje po każdej zrealizowanej dostawie, na podstawie prawidłowo wystawionej faktury oraz podpisanego bez zastrzeżeń dokumentu odbioru. Termin płatności wynosi do 30 dni od dnia doręczenia prawidłowo wystawionej faktury. Płatność uważa się za zrealizowaną w dniu obciążenia rachunku Zamawiającego.</w:t>
      </w:r>
    </w:p>
    <w:p w14:paraId="09A8AD44" w14:textId="77777777" w:rsidR="001512C8" w:rsidRPr="00161078" w:rsidRDefault="00443F1E">
      <w:pPr>
        <w:spacing w:before="80" w:after="40"/>
        <w:rPr>
          <w:lang w:val="pl-PL"/>
        </w:rPr>
      </w:pPr>
      <w:r w:rsidRPr="00161078">
        <w:rPr>
          <w:b/>
          <w:lang w:val="pl-PL"/>
        </w:rPr>
        <w:t>Odstąpienie od umowy i zmiany umowy</w:t>
      </w:r>
    </w:p>
    <w:p w14:paraId="270BB58A" w14:textId="77777777" w:rsidR="001512C8" w:rsidRPr="00161078" w:rsidRDefault="00443F1E">
      <w:pPr>
        <w:spacing w:after="80"/>
        <w:ind w:left="340" w:hanging="227"/>
        <w:rPr>
          <w:lang w:val="pl-PL"/>
        </w:rPr>
      </w:pPr>
      <w:r w:rsidRPr="00161078">
        <w:rPr>
          <w:lang w:val="pl-PL"/>
        </w:rPr>
        <w:t>–  Zamawiający może odstąpić od umowy w całości lub w części, w szczególności gdy Wykonawca, mimo wezwania, pozostaje w zwłoce z realizacją dostaw lub dostarcza materiały wadliwe bądź niezgodne z umową i nie usuwa naruszeń w wyznaczonym dodatkowym terminie.</w:t>
      </w:r>
    </w:p>
    <w:p w14:paraId="07402C94" w14:textId="77777777" w:rsidR="001512C8" w:rsidRPr="00161078" w:rsidRDefault="00443F1E">
      <w:pPr>
        <w:spacing w:after="80"/>
        <w:ind w:left="340" w:hanging="227"/>
        <w:rPr>
          <w:lang w:val="pl-PL"/>
        </w:rPr>
      </w:pPr>
      <w:r w:rsidRPr="00161078">
        <w:rPr>
          <w:lang w:val="pl-PL"/>
        </w:rPr>
        <w:t>–  Dopuszczalne zmiany umowy określa część XII zapytania ofertowego. Zmiany umowy wymagają formy pisemnej pod rygorem nieważności.</w:t>
      </w:r>
    </w:p>
    <w:p w14:paraId="43FADB25" w14:textId="77777777" w:rsidR="001512C8" w:rsidRPr="00161078" w:rsidRDefault="00443F1E">
      <w:pPr>
        <w:spacing w:after="80"/>
        <w:ind w:left="340" w:hanging="227"/>
        <w:rPr>
          <w:lang w:val="pl-PL"/>
        </w:rPr>
      </w:pPr>
      <w:r w:rsidRPr="00161078">
        <w:rPr>
          <w:lang w:val="pl-PL"/>
        </w:rPr>
        <w:t>–  W sprawach nieuregulowanych stosuje się przepisy Kodeksu cywilnego oraz postanowienia Umowy o dofinansowanie i Regulaminu Konkursu TRANSMED I.</w:t>
      </w:r>
    </w:p>
    <w:sectPr w:rsidR="001512C8" w:rsidRPr="00161078" w:rsidSect="00034616">
      <w:pgSz w:w="11906" w:h="16838"/>
      <w:pgMar w:top="1020"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99F44" w14:textId="77777777" w:rsidR="000D24D4" w:rsidRDefault="000D24D4" w:rsidP="007A5F46">
      <w:pPr>
        <w:spacing w:after="0" w:line="240" w:lineRule="auto"/>
      </w:pPr>
      <w:r>
        <w:separator/>
      </w:r>
    </w:p>
  </w:endnote>
  <w:endnote w:type="continuationSeparator" w:id="0">
    <w:p w14:paraId="7D5F618D" w14:textId="77777777" w:rsidR="000D24D4" w:rsidRDefault="000D24D4" w:rsidP="007A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6FB68" w14:textId="77777777" w:rsidR="000D24D4" w:rsidRDefault="000D24D4" w:rsidP="007A5F46">
      <w:pPr>
        <w:spacing w:after="0" w:line="240" w:lineRule="auto"/>
      </w:pPr>
      <w:r>
        <w:separator/>
      </w:r>
    </w:p>
  </w:footnote>
  <w:footnote w:type="continuationSeparator" w:id="0">
    <w:p w14:paraId="2366129F" w14:textId="77777777" w:rsidR="000D24D4" w:rsidRDefault="000D24D4" w:rsidP="007A5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7D4D" w14:textId="7ABA7D84" w:rsidR="007A5F46" w:rsidRDefault="007A5F46">
    <w:pPr>
      <w:pStyle w:val="Nagwek"/>
    </w:pPr>
    <w:r>
      <w:rPr>
        <w:noProof/>
      </w:rPr>
      <w:drawing>
        <wp:inline distT="0" distB="0" distL="0" distR="0" wp14:anchorId="6C3CE474" wp14:editId="77151F30">
          <wp:extent cx="1438275" cy="5524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38275" cy="552450"/>
                  </a:xfrm>
                  <a:prstGeom prst="rect">
                    <a:avLst/>
                  </a:prstGeom>
                </pic:spPr>
              </pic:pic>
            </a:graphicData>
          </a:graphic>
        </wp:inline>
      </w:drawing>
    </w:r>
  </w:p>
  <w:p w14:paraId="327E61A4" w14:textId="77777777" w:rsidR="007A5F46" w:rsidRDefault="007A5F4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37EA5D08"/>
    <w:multiLevelType w:val="hybridMultilevel"/>
    <w:tmpl w:val="145A4246"/>
    <w:lvl w:ilvl="0" w:tplc="CE5C5BA4">
      <w:numFmt w:val="bullet"/>
      <w:lvlText w:val="–"/>
      <w:lvlJc w:val="left"/>
      <w:pPr>
        <w:ind w:left="360" w:hanging="360"/>
      </w:pPr>
      <w:rPr>
        <w:rFonts w:ascii="Calibri" w:eastAsiaTheme="minorEastAsia"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58A62B15"/>
    <w:multiLevelType w:val="hybridMultilevel"/>
    <w:tmpl w:val="7326DE82"/>
    <w:lvl w:ilvl="0" w:tplc="56DE1060">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abstractNum w:abstractNumId="11" w15:restartNumberingAfterBreak="0">
    <w:nsid w:val="5DB40058"/>
    <w:multiLevelType w:val="hybridMultilevel"/>
    <w:tmpl w:val="08200782"/>
    <w:lvl w:ilvl="0" w:tplc="CBE48A88">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num w:numId="1" w16cid:durableId="1349333123">
    <w:abstractNumId w:val="8"/>
  </w:num>
  <w:num w:numId="2" w16cid:durableId="1547764425">
    <w:abstractNumId w:val="6"/>
  </w:num>
  <w:num w:numId="3" w16cid:durableId="1305622338">
    <w:abstractNumId w:val="5"/>
  </w:num>
  <w:num w:numId="4" w16cid:durableId="672495058">
    <w:abstractNumId w:val="4"/>
  </w:num>
  <w:num w:numId="5" w16cid:durableId="537474410">
    <w:abstractNumId w:val="7"/>
  </w:num>
  <w:num w:numId="6" w16cid:durableId="2043289407">
    <w:abstractNumId w:val="3"/>
  </w:num>
  <w:num w:numId="7" w16cid:durableId="1948656890">
    <w:abstractNumId w:val="2"/>
  </w:num>
  <w:num w:numId="8" w16cid:durableId="882327628">
    <w:abstractNumId w:val="1"/>
  </w:num>
  <w:num w:numId="9" w16cid:durableId="415710463">
    <w:abstractNumId w:val="0"/>
  </w:num>
  <w:num w:numId="10" w16cid:durableId="449975911">
    <w:abstractNumId w:val="10"/>
  </w:num>
  <w:num w:numId="11" w16cid:durableId="1135369918">
    <w:abstractNumId w:val="9"/>
  </w:num>
  <w:num w:numId="12" w16cid:durableId="14479626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0zoqN599wm70Th77Ejtyierq+nZ6OnTL5JYpfgWOwnB4iudjsNXymyD8gxutYikeZTq7331h1/LvsLfxgTDImg==" w:salt="LGYkwvH2mY+OestxYuFRpA=="/>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75F"/>
    <w:rsid w:val="00034616"/>
    <w:rsid w:val="00056A14"/>
    <w:rsid w:val="0006063C"/>
    <w:rsid w:val="00081C05"/>
    <w:rsid w:val="00083635"/>
    <w:rsid w:val="000B2B28"/>
    <w:rsid w:val="000D24D4"/>
    <w:rsid w:val="000E6009"/>
    <w:rsid w:val="000E7672"/>
    <w:rsid w:val="0015074B"/>
    <w:rsid w:val="001512C8"/>
    <w:rsid w:val="00161078"/>
    <w:rsid w:val="0019327D"/>
    <w:rsid w:val="001B0B75"/>
    <w:rsid w:val="001D65B2"/>
    <w:rsid w:val="00211EA2"/>
    <w:rsid w:val="00235FF4"/>
    <w:rsid w:val="00255500"/>
    <w:rsid w:val="002747C6"/>
    <w:rsid w:val="00276335"/>
    <w:rsid w:val="0029639D"/>
    <w:rsid w:val="002B2018"/>
    <w:rsid w:val="003010EC"/>
    <w:rsid w:val="00307ED0"/>
    <w:rsid w:val="00326F90"/>
    <w:rsid w:val="003F7441"/>
    <w:rsid w:val="00413CED"/>
    <w:rsid w:val="00443F1E"/>
    <w:rsid w:val="004454D0"/>
    <w:rsid w:val="00446850"/>
    <w:rsid w:val="00471C1A"/>
    <w:rsid w:val="004E5ACF"/>
    <w:rsid w:val="005461C2"/>
    <w:rsid w:val="0056107E"/>
    <w:rsid w:val="00595ABB"/>
    <w:rsid w:val="005D5D9D"/>
    <w:rsid w:val="0062219F"/>
    <w:rsid w:val="00625CC2"/>
    <w:rsid w:val="0064032A"/>
    <w:rsid w:val="00690BB7"/>
    <w:rsid w:val="006E731A"/>
    <w:rsid w:val="006F66BD"/>
    <w:rsid w:val="00701730"/>
    <w:rsid w:val="0072607B"/>
    <w:rsid w:val="00751D27"/>
    <w:rsid w:val="00756F5B"/>
    <w:rsid w:val="00795294"/>
    <w:rsid w:val="007A5F46"/>
    <w:rsid w:val="007B582D"/>
    <w:rsid w:val="007D1D58"/>
    <w:rsid w:val="007F6AC1"/>
    <w:rsid w:val="00892D92"/>
    <w:rsid w:val="00896B8F"/>
    <w:rsid w:val="008A4801"/>
    <w:rsid w:val="008C78C8"/>
    <w:rsid w:val="00901B23"/>
    <w:rsid w:val="00990C14"/>
    <w:rsid w:val="0099136A"/>
    <w:rsid w:val="009D66A1"/>
    <w:rsid w:val="009D7794"/>
    <w:rsid w:val="009E6F09"/>
    <w:rsid w:val="00A06172"/>
    <w:rsid w:val="00A0693F"/>
    <w:rsid w:val="00A912C4"/>
    <w:rsid w:val="00AA1D8D"/>
    <w:rsid w:val="00AB387C"/>
    <w:rsid w:val="00B05E60"/>
    <w:rsid w:val="00B32199"/>
    <w:rsid w:val="00B47730"/>
    <w:rsid w:val="00B75CE2"/>
    <w:rsid w:val="00B971E9"/>
    <w:rsid w:val="00BB5AA7"/>
    <w:rsid w:val="00BE704B"/>
    <w:rsid w:val="00C057E6"/>
    <w:rsid w:val="00C649C2"/>
    <w:rsid w:val="00C853A3"/>
    <w:rsid w:val="00C86981"/>
    <w:rsid w:val="00C87D0C"/>
    <w:rsid w:val="00CB0664"/>
    <w:rsid w:val="00CE5DDD"/>
    <w:rsid w:val="00D11F9D"/>
    <w:rsid w:val="00D127E0"/>
    <w:rsid w:val="00D35310"/>
    <w:rsid w:val="00D65178"/>
    <w:rsid w:val="00D9726F"/>
    <w:rsid w:val="00DD1116"/>
    <w:rsid w:val="00E47DBB"/>
    <w:rsid w:val="00E935B9"/>
    <w:rsid w:val="00EE5DEC"/>
    <w:rsid w:val="00F34E44"/>
    <w:rsid w:val="00F628E2"/>
    <w:rsid w:val="00FC2C5E"/>
    <w:rsid w:val="00FC693F"/>
    <w:rsid w:val="00FF45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157E394C-A6FB-4FAF-82A1-A162AF076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jc w:val="both"/>
    </w:pPr>
    <w:rPr>
      <w:rFonts w:ascii="Calibri" w:hAnsi="Calibri" w:cs="Calibri"/>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kstkomentarza">
    <w:name w:val="annotation text"/>
    <w:basedOn w:val="Normalny"/>
    <w:link w:val="TekstkomentarzaZnak"/>
    <w:uiPriority w:val="99"/>
    <w:unhideWhenUsed/>
    <w:pPr>
      <w:spacing w:line="240" w:lineRule="auto"/>
    </w:pPr>
    <w:rPr>
      <w:szCs w:val="20"/>
    </w:rPr>
  </w:style>
  <w:style w:type="character" w:customStyle="1" w:styleId="TekstkomentarzaZnak">
    <w:name w:val="Tekst komentarza Znak"/>
    <w:basedOn w:val="Domylnaczcionkaakapitu"/>
    <w:link w:val="Tekstkomentarza"/>
    <w:uiPriority w:val="99"/>
    <w:rPr>
      <w:rFonts w:ascii="Calibri" w:hAnsi="Calibri" w:cs="Calibri"/>
      <w:sz w:val="20"/>
      <w:szCs w:val="20"/>
    </w:rPr>
  </w:style>
  <w:style w:type="character" w:styleId="Odwoaniedokomentarza">
    <w:name w:val="annotation reference"/>
    <w:basedOn w:val="Domylnaczcionkaakapitu"/>
    <w:uiPriority w:val="99"/>
    <w:semiHidden/>
    <w:unhideWhenUsed/>
    <w:rPr>
      <w:sz w:val="16"/>
      <w:szCs w:val="16"/>
    </w:rPr>
  </w:style>
  <w:style w:type="character" w:styleId="Hipercze">
    <w:name w:val="Hyperlink"/>
    <w:basedOn w:val="Domylnaczcionkaakapitu"/>
    <w:uiPriority w:val="99"/>
    <w:unhideWhenUsed/>
    <w:rsid w:val="003F7441"/>
    <w:rPr>
      <w:color w:val="0000FF" w:themeColor="hyperlink"/>
      <w:u w:val="single"/>
    </w:rPr>
  </w:style>
  <w:style w:type="character" w:styleId="Nierozpoznanawzmianka">
    <w:name w:val="Unresolved Mention"/>
    <w:basedOn w:val="Domylnaczcionkaakapitu"/>
    <w:uiPriority w:val="99"/>
    <w:semiHidden/>
    <w:unhideWhenUsed/>
    <w:rsid w:val="003F7441"/>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C057E6"/>
    <w:rPr>
      <w:b/>
      <w:bCs/>
    </w:rPr>
  </w:style>
  <w:style w:type="character" w:customStyle="1" w:styleId="TematkomentarzaZnak">
    <w:name w:val="Temat komentarza Znak"/>
    <w:basedOn w:val="TekstkomentarzaZnak"/>
    <w:link w:val="Tematkomentarza"/>
    <w:uiPriority w:val="99"/>
    <w:semiHidden/>
    <w:rsid w:val="00C057E6"/>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F81C2AD9FAB7448B446E0010D424427" ma:contentTypeVersion="15" ma:contentTypeDescription="Utwórz nowy dokument." ma:contentTypeScope="" ma:versionID="6af3f777f0b230424c79cdfdfec29432">
  <xsd:schema xmlns:xsd="http://www.w3.org/2001/XMLSchema" xmlns:xs="http://www.w3.org/2001/XMLSchema" xmlns:p="http://schemas.microsoft.com/office/2006/metadata/properties" xmlns:ns2="73ea32ad-fcf5-4333-98c7-01f9586d8a59" xmlns:ns3="f707e92d-56fd-4bd4-819e-521993d34c5c" targetNamespace="http://schemas.microsoft.com/office/2006/metadata/properties" ma:root="true" ma:fieldsID="69bb62441d90cd355cd1e7420cd592eb" ns2:_="" ns3:_="">
    <xsd:import namespace="73ea32ad-fcf5-4333-98c7-01f9586d8a59"/>
    <xsd:import namespace="f707e92d-56fd-4bd4-819e-521993d34c5c"/>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STATUSPODPIS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a32ad-fcf5-4333-98c7-01f9586d8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2a072f-caf8-4df1-9792-9a0f2bddd8e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TATUSPODPISU" ma:index="22" nillable="true" ma:displayName="STATUS PODPISU" ma:default="1" ma:format="Dropdown" ma:internalName="STATUSPODPISU">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707e92d-56fd-4bd4-819e-521993d34c5c"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PODPISU xmlns="73ea32ad-fcf5-4333-98c7-01f9586d8a59">true</STATUSPODPISU>
    <lcf76f155ced4ddcb4097134ff3c332f xmlns="73ea32ad-fcf5-4333-98c7-01f9586d8a5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953B68-C5B1-4546-BF94-3423E20C9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a32ad-fcf5-4333-98c7-01f9586d8a59"/>
    <ds:schemaRef ds:uri="f707e92d-56fd-4bd4-819e-521993d34c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090B15-F0E2-46A9-918F-CE0FE833DB32}">
  <ds:schemaRefs>
    <ds:schemaRef ds:uri="http://schemas.microsoft.com/office/2006/metadata/properties"/>
    <ds:schemaRef ds:uri="http://schemas.microsoft.com/office/infopath/2007/PartnerControls"/>
    <ds:schemaRef ds:uri="73ea32ad-fcf5-4333-98c7-01f9586d8a59"/>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AA3153CC-DED1-455F-8CFF-BB18402DA3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1724</Words>
  <Characters>10345</Characters>
  <Application>Microsoft Office Word</Application>
  <DocSecurity>8</DocSecurity>
  <Lines>86</Lines>
  <Paragraphs>24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12045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Alicja Zamerska</cp:lastModifiedBy>
  <cp:revision>5</cp:revision>
  <cp:lastPrinted>2026-10-09T08:11:00Z</cp:lastPrinted>
  <dcterms:created xsi:type="dcterms:W3CDTF">2026-10-09T08:13:00Z</dcterms:created>
  <dcterms:modified xsi:type="dcterms:W3CDTF">2026-10-09T08:25:00Z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0x0101003F81C2AD9FAB7448B446E0010D424427</vt:lpwstr>
  </property>
  <property fmtid="{D5CDD505-2E9C-101B-9397-08002B2CF9AE}" pid="3" name="MediaServiceImageTags">
    <vt:lpwstr/>
  </property>
  <property fmtid="{D5CDD505-2E9C-101B-9397-08002B2CF9AE}" pid="4" name="docLang">
    <vt:lpwstr>pl</vt:lpwstr>
  </property>
</Properties>
</file>