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769983475" w:edGrp="everyone"/>
      <w:r w:rsidRPr="00161078">
        <w:rPr>
          <w:lang w:val="pl-PL"/>
        </w:rPr>
        <w:t xml:space="preserve">...............................................................................................  </w:t>
      </w:r>
      <w:permEnd w:id="769983475"/>
      <w:r w:rsidRPr="00161078">
        <w:rPr>
          <w:lang w:val="pl-PL"/>
        </w:rPr>
        <w:t>(nazwa i adres)</w:t>
      </w:r>
    </w:p>
    <w:p w14:paraId="3EAC9A3E" w14:textId="77777777" w:rsidR="001512C8" w:rsidRPr="00161078" w:rsidRDefault="00443F1E">
      <w:pPr>
        <w:rPr>
          <w:lang w:val="pl-PL"/>
        </w:rPr>
      </w:pPr>
      <w:r w:rsidRPr="00161078">
        <w:rPr>
          <w:lang w:val="pl-PL"/>
        </w:rPr>
        <w:t xml:space="preserve">NIP: </w:t>
      </w:r>
      <w:permStart w:id="1793159845" w:edGrp="everyone"/>
      <w:r w:rsidRPr="00161078">
        <w:rPr>
          <w:lang w:val="pl-PL"/>
        </w:rPr>
        <w:t>.............................</w:t>
      </w:r>
      <w:permEnd w:id="1793159845"/>
      <w:r w:rsidRPr="00161078">
        <w:rPr>
          <w:lang w:val="pl-PL"/>
        </w:rPr>
        <w:t xml:space="preserve">   tel.: </w:t>
      </w:r>
      <w:permStart w:id="547845915" w:edGrp="everyone"/>
      <w:r w:rsidRPr="00161078">
        <w:rPr>
          <w:lang w:val="pl-PL"/>
        </w:rPr>
        <w:t>.............................</w:t>
      </w:r>
      <w:permEnd w:id="547845915"/>
      <w:r w:rsidRPr="00161078">
        <w:rPr>
          <w:lang w:val="pl-PL"/>
        </w:rPr>
        <w:t xml:space="preserve">   e-mail: </w:t>
      </w:r>
      <w:permStart w:id="1806984441" w:edGrp="everyone"/>
      <w:r w:rsidRPr="00161078">
        <w:rPr>
          <w:lang w:val="pl-PL"/>
        </w:rPr>
        <w:t>.............................</w:t>
      </w:r>
      <w:permEnd w:id="1806984441"/>
    </w:p>
    <w:p w14:paraId="7EA6031A" w14:textId="77777777" w:rsidR="001512C8" w:rsidRPr="00161078" w:rsidRDefault="00443F1E">
      <w:pPr>
        <w:rPr>
          <w:lang w:val="pl-PL"/>
        </w:rPr>
      </w:pPr>
      <w:r w:rsidRPr="00161078">
        <w:rPr>
          <w:lang w:val="pl-PL"/>
        </w:rPr>
        <w:t>W nawiązaniu do zapytania ofertowego na sukcesywną dostawę materiałów zużywalnych i odczynników laboratoryjnych – grupa 1, do aseptycznej obróbki i hodowli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2850"/>
        <w:gridCol w:w="1050"/>
        <w:gridCol w:w="640"/>
        <w:gridCol w:w="1260"/>
        <w:gridCol w:w="1250"/>
        <w:gridCol w:w="620"/>
        <w:gridCol w:w="1250"/>
        <w:gridCol w:w="1276"/>
        <w:gridCol w:w="74"/>
        <w:gridCol w:w="1343"/>
        <w:gridCol w:w="7"/>
      </w:tblGrid>
      <w:tr w:rsidR="006C2F0B" w:rsidRPr="00161078" w14:paraId="0C818EE2" w14:textId="77777777" w:rsidTr="00795294">
        <w:trPr>
          <w:tblHeader/>
          <w:jc w:val="center"/>
        </w:trPr>
        <w:tc>
          <w:tcPr>
            <w:tcW w:w="420" w:type="dxa"/>
            <w:shd w:val="clear" w:color="auto" w:fill="D9D9D9"/>
            <w:vAlign w:val="center"/>
          </w:tcPr>
          <w:p w14:paraId="41D200B2" w14:textId="77777777" w:rsidR="006C2F0B" w:rsidRPr="00161078" w:rsidRDefault="006C2F0B">
            <w:pPr>
              <w:spacing w:before="20" w:after="20"/>
              <w:jc w:val="center"/>
              <w:rPr>
                <w:lang w:val="pl-PL"/>
              </w:rPr>
            </w:pPr>
            <w:r w:rsidRPr="00161078">
              <w:rPr>
                <w:b/>
                <w:sz w:val="16"/>
                <w:lang w:val="pl-PL"/>
              </w:rPr>
              <w:t>Lp.</w:t>
            </w:r>
          </w:p>
        </w:tc>
        <w:tc>
          <w:tcPr>
            <w:tcW w:w="2850" w:type="dxa"/>
            <w:shd w:val="clear" w:color="auto" w:fill="D9D9D9"/>
            <w:vAlign w:val="center"/>
          </w:tcPr>
          <w:p w14:paraId="30717712" w14:textId="77777777" w:rsidR="006C2F0B" w:rsidRPr="00161078" w:rsidRDefault="006C2F0B">
            <w:pPr>
              <w:spacing w:before="20" w:after="20"/>
              <w:jc w:val="center"/>
              <w:rPr>
                <w:lang w:val="pl-PL"/>
              </w:rPr>
            </w:pPr>
            <w:r w:rsidRPr="00161078">
              <w:rPr>
                <w:b/>
                <w:sz w:val="16"/>
                <w:lang w:val="pl-PL"/>
              </w:rPr>
              <w:t>Nazwa asortymentu</w:t>
            </w:r>
          </w:p>
        </w:tc>
        <w:tc>
          <w:tcPr>
            <w:tcW w:w="1050" w:type="dxa"/>
            <w:shd w:val="clear" w:color="auto" w:fill="D9D9D9"/>
            <w:vAlign w:val="center"/>
          </w:tcPr>
          <w:p w14:paraId="0BF1AF2E" w14:textId="77777777" w:rsidR="006C2F0B" w:rsidRPr="00161078" w:rsidRDefault="006C2F0B">
            <w:pPr>
              <w:spacing w:before="20" w:after="20"/>
              <w:jc w:val="center"/>
              <w:rPr>
                <w:lang w:val="pl-PL"/>
              </w:rPr>
            </w:pPr>
            <w:r w:rsidRPr="00161078">
              <w:rPr>
                <w:b/>
                <w:sz w:val="16"/>
                <w:lang w:val="pl-PL"/>
              </w:rPr>
              <w:t>Wielkość opak.</w:t>
            </w:r>
          </w:p>
        </w:tc>
        <w:tc>
          <w:tcPr>
            <w:tcW w:w="640" w:type="dxa"/>
            <w:shd w:val="clear" w:color="auto" w:fill="D9D9D9"/>
            <w:vAlign w:val="center"/>
          </w:tcPr>
          <w:p w14:paraId="51DA2FAE" w14:textId="77777777" w:rsidR="006C2F0B" w:rsidRPr="00161078" w:rsidRDefault="006C2F0B">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6C2F0B" w:rsidRPr="00161078" w:rsidRDefault="006C2F0B">
            <w:pPr>
              <w:spacing w:before="20" w:after="20"/>
              <w:jc w:val="center"/>
              <w:rPr>
                <w:lang w:val="pl-PL"/>
              </w:rPr>
            </w:pPr>
            <w:r w:rsidRPr="00161078">
              <w:rPr>
                <w:b/>
                <w:sz w:val="16"/>
                <w:lang w:val="pl-PL"/>
              </w:rPr>
              <w:t>Ilość przewidywana.</w:t>
            </w:r>
          </w:p>
          <w:p w14:paraId="2D53B701" w14:textId="77777777" w:rsidR="006C2F0B" w:rsidRPr="00161078" w:rsidRDefault="006C2F0B">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5E425C73" w:rsidR="006C2F0B" w:rsidRPr="00161078" w:rsidRDefault="006C2F0B">
            <w:pPr>
              <w:spacing w:before="20" w:after="20"/>
              <w:jc w:val="center"/>
              <w:rPr>
                <w:lang w:val="pl-PL"/>
              </w:rPr>
            </w:pPr>
            <w:r w:rsidRPr="00161078">
              <w:rPr>
                <w:b/>
                <w:sz w:val="16"/>
                <w:lang w:val="pl-PL"/>
              </w:rPr>
              <w:t xml:space="preserve">Cena jedn. netto </w:t>
            </w:r>
            <w:r w:rsidR="0015630C">
              <w:rPr>
                <w:b/>
                <w:sz w:val="16"/>
                <w:lang w:val="pl-PL"/>
              </w:rPr>
              <w:t>z</w:t>
            </w:r>
          </w:p>
        </w:tc>
        <w:tc>
          <w:tcPr>
            <w:tcW w:w="620" w:type="dxa"/>
            <w:shd w:val="clear" w:color="auto" w:fill="D9D9D9"/>
            <w:vAlign w:val="center"/>
          </w:tcPr>
          <w:p w14:paraId="5EA4DEE7" w14:textId="77777777" w:rsidR="006C2F0B" w:rsidRPr="00161078" w:rsidRDefault="006C2F0B">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049DC99E" w:rsidR="006C2F0B" w:rsidRPr="00161078" w:rsidRDefault="006C2F0B">
            <w:pPr>
              <w:spacing w:before="20" w:after="20"/>
              <w:jc w:val="center"/>
              <w:rPr>
                <w:lang w:val="pl-PL"/>
              </w:rPr>
            </w:pPr>
            <w:r w:rsidRPr="00161078">
              <w:rPr>
                <w:b/>
                <w:sz w:val="16"/>
                <w:lang w:val="pl-PL"/>
              </w:rPr>
              <w:t xml:space="preserve">Cena jedn. brutto </w:t>
            </w:r>
          </w:p>
        </w:tc>
        <w:tc>
          <w:tcPr>
            <w:tcW w:w="1350" w:type="dxa"/>
            <w:gridSpan w:val="2"/>
            <w:shd w:val="clear" w:color="auto" w:fill="D9D9D9"/>
            <w:vAlign w:val="center"/>
          </w:tcPr>
          <w:p w14:paraId="321C799F" w14:textId="5006BE71" w:rsidR="006C2F0B" w:rsidRPr="00161078" w:rsidRDefault="006C2F0B">
            <w:pPr>
              <w:spacing w:before="20" w:after="20"/>
              <w:jc w:val="center"/>
              <w:rPr>
                <w:lang w:val="pl-PL"/>
              </w:rPr>
            </w:pPr>
            <w:r w:rsidRPr="00161078">
              <w:rPr>
                <w:b/>
                <w:sz w:val="16"/>
                <w:lang w:val="pl-PL"/>
              </w:rPr>
              <w:t xml:space="preserve">Wartość netto </w:t>
            </w:r>
            <w:r w:rsidR="00FE11C1">
              <w:rPr>
                <w:b/>
                <w:sz w:val="16"/>
                <w:lang w:val="pl-PL"/>
              </w:rPr>
              <w:t xml:space="preserve">z waluta </w:t>
            </w:r>
          </w:p>
        </w:tc>
        <w:tc>
          <w:tcPr>
            <w:tcW w:w="1350" w:type="dxa"/>
            <w:gridSpan w:val="2"/>
            <w:shd w:val="clear" w:color="auto" w:fill="D9D9D9"/>
            <w:vAlign w:val="center"/>
          </w:tcPr>
          <w:p w14:paraId="097299C3" w14:textId="6E053EF6" w:rsidR="006C2F0B" w:rsidRPr="00161078" w:rsidRDefault="006C2F0B">
            <w:pPr>
              <w:spacing w:before="20" w:after="20"/>
              <w:jc w:val="center"/>
              <w:rPr>
                <w:lang w:val="pl-PL"/>
              </w:rPr>
            </w:pPr>
            <w:r w:rsidRPr="00161078">
              <w:rPr>
                <w:b/>
                <w:sz w:val="16"/>
                <w:lang w:val="pl-PL"/>
              </w:rPr>
              <w:t xml:space="preserve">Wartość brutto </w:t>
            </w:r>
            <w:r w:rsidR="00FE11C1">
              <w:rPr>
                <w:b/>
                <w:sz w:val="16"/>
                <w:lang w:val="pl-PL"/>
              </w:rPr>
              <w:t>z waluta</w:t>
            </w:r>
          </w:p>
        </w:tc>
      </w:tr>
      <w:tr w:rsidR="006C2F0B" w:rsidRPr="00161078" w14:paraId="2200A52C" w14:textId="77777777" w:rsidTr="00795294">
        <w:trPr>
          <w:jc w:val="center"/>
        </w:trPr>
        <w:tc>
          <w:tcPr>
            <w:tcW w:w="420" w:type="dxa"/>
            <w:vAlign w:val="center"/>
          </w:tcPr>
          <w:p w14:paraId="61531AB0" w14:textId="77777777" w:rsidR="006C2F0B" w:rsidRPr="00161078" w:rsidRDefault="006C2F0B">
            <w:pPr>
              <w:spacing w:before="20" w:after="20"/>
              <w:jc w:val="center"/>
              <w:rPr>
                <w:lang w:val="pl-PL"/>
              </w:rPr>
            </w:pPr>
            <w:permStart w:id="1017720222" w:edGrp="everyone" w:colFirst="5" w:colLast="5"/>
            <w:permStart w:id="1767464091" w:edGrp="everyone" w:colFirst="6" w:colLast="6"/>
            <w:permStart w:id="1675835227" w:edGrp="everyone" w:colFirst="7" w:colLast="7"/>
            <w:permStart w:id="1281442825" w:edGrp="everyone" w:colFirst="8" w:colLast="8"/>
            <w:permStart w:id="1824551876" w:edGrp="everyone" w:colFirst="9" w:colLast="9"/>
            <w:r w:rsidRPr="00161078">
              <w:rPr>
                <w:sz w:val="16"/>
                <w:lang w:val="pl-PL"/>
              </w:rPr>
              <w:t>1</w:t>
            </w:r>
          </w:p>
        </w:tc>
        <w:tc>
          <w:tcPr>
            <w:tcW w:w="2850" w:type="dxa"/>
            <w:vAlign w:val="center"/>
          </w:tcPr>
          <w:p w14:paraId="4C33C0AE" w14:textId="77777777" w:rsidR="006C2F0B" w:rsidRPr="00161078" w:rsidRDefault="006C2F0B">
            <w:pPr>
              <w:spacing w:before="20" w:after="20"/>
              <w:jc w:val="left"/>
              <w:rPr>
                <w:lang w:val="pl-PL"/>
              </w:rPr>
            </w:pPr>
            <w:proofErr w:type="spellStart"/>
            <w:r w:rsidRPr="00161078">
              <w:rPr>
                <w:sz w:val="16"/>
                <w:lang w:val="pl-PL"/>
              </w:rPr>
              <w:t>CryoMACS</w:t>
            </w:r>
            <w:proofErr w:type="spellEnd"/>
            <w:r w:rsidRPr="00161078">
              <w:rPr>
                <w:sz w:val="16"/>
                <w:lang w:val="pl-PL"/>
              </w:rPr>
              <w:t xml:space="preserve">® DMSO 10 (EP; 24× 10 </w:t>
            </w:r>
            <w:proofErr w:type="spellStart"/>
            <w:r w:rsidRPr="00161078">
              <w:rPr>
                <w:sz w:val="16"/>
                <w:lang w:val="pl-PL"/>
              </w:rPr>
              <w:t>mL</w:t>
            </w:r>
            <w:proofErr w:type="spellEnd"/>
            <w:r w:rsidRPr="00161078">
              <w:rPr>
                <w:sz w:val="16"/>
                <w:lang w:val="pl-PL"/>
              </w:rPr>
              <w:t>)</w:t>
            </w:r>
          </w:p>
        </w:tc>
        <w:tc>
          <w:tcPr>
            <w:tcW w:w="1050" w:type="dxa"/>
            <w:vAlign w:val="center"/>
          </w:tcPr>
          <w:p w14:paraId="7873BEE1" w14:textId="77777777" w:rsidR="006C2F0B" w:rsidRPr="00161078" w:rsidRDefault="006C2F0B">
            <w:pPr>
              <w:spacing w:before="20" w:after="20"/>
              <w:jc w:val="center"/>
              <w:rPr>
                <w:lang w:val="pl-PL"/>
              </w:rPr>
            </w:pPr>
            <w:r w:rsidRPr="00161078">
              <w:rPr>
                <w:sz w:val="16"/>
                <w:lang w:val="pl-PL"/>
              </w:rPr>
              <w:t xml:space="preserve">24× 10 </w:t>
            </w:r>
            <w:proofErr w:type="spellStart"/>
            <w:r w:rsidRPr="00161078">
              <w:rPr>
                <w:sz w:val="16"/>
                <w:lang w:val="pl-PL"/>
              </w:rPr>
              <w:t>mL</w:t>
            </w:r>
            <w:proofErr w:type="spellEnd"/>
          </w:p>
        </w:tc>
        <w:tc>
          <w:tcPr>
            <w:tcW w:w="640" w:type="dxa"/>
            <w:vAlign w:val="center"/>
          </w:tcPr>
          <w:p w14:paraId="0B6EBE9E"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3293770F" w14:textId="1417A4B2" w:rsidR="006C2F0B" w:rsidRPr="00161078" w:rsidRDefault="006C2F0B">
            <w:pPr>
              <w:spacing w:before="20" w:after="20"/>
              <w:jc w:val="center"/>
              <w:rPr>
                <w:lang w:val="pl-PL"/>
              </w:rPr>
            </w:pPr>
            <w:r>
              <w:rPr>
                <w:sz w:val="16"/>
                <w:lang w:val="pl-PL"/>
              </w:rPr>
              <w:t>2</w:t>
            </w:r>
          </w:p>
        </w:tc>
        <w:tc>
          <w:tcPr>
            <w:tcW w:w="1250" w:type="dxa"/>
            <w:vAlign w:val="center"/>
          </w:tcPr>
          <w:p w14:paraId="0B0D0B23" w14:textId="77777777" w:rsidR="006C2F0B" w:rsidRPr="00161078" w:rsidRDefault="006C2F0B">
            <w:pPr>
              <w:spacing w:before="20" w:after="20"/>
              <w:jc w:val="center"/>
              <w:rPr>
                <w:lang w:val="pl-PL"/>
              </w:rPr>
            </w:pPr>
          </w:p>
        </w:tc>
        <w:tc>
          <w:tcPr>
            <w:tcW w:w="620" w:type="dxa"/>
            <w:vAlign w:val="center"/>
          </w:tcPr>
          <w:p w14:paraId="0E70E9C7" w14:textId="77777777" w:rsidR="006C2F0B" w:rsidRPr="00161078" w:rsidRDefault="006C2F0B">
            <w:pPr>
              <w:spacing w:before="20" w:after="20"/>
              <w:jc w:val="center"/>
              <w:rPr>
                <w:lang w:val="pl-PL"/>
              </w:rPr>
            </w:pPr>
          </w:p>
        </w:tc>
        <w:tc>
          <w:tcPr>
            <w:tcW w:w="1250" w:type="dxa"/>
            <w:vAlign w:val="center"/>
          </w:tcPr>
          <w:p w14:paraId="1CC52347" w14:textId="77777777" w:rsidR="006C2F0B" w:rsidRPr="00161078" w:rsidRDefault="006C2F0B">
            <w:pPr>
              <w:spacing w:before="20" w:after="20"/>
              <w:jc w:val="center"/>
              <w:rPr>
                <w:lang w:val="pl-PL"/>
              </w:rPr>
            </w:pPr>
          </w:p>
        </w:tc>
        <w:tc>
          <w:tcPr>
            <w:tcW w:w="1350" w:type="dxa"/>
            <w:gridSpan w:val="2"/>
            <w:vAlign w:val="center"/>
          </w:tcPr>
          <w:p w14:paraId="51E7262C" w14:textId="77777777" w:rsidR="006C2F0B" w:rsidRPr="00161078" w:rsidRDefault="006C2F0B">
            <w:pPr>
              <w:spacing w:before="20" w:after="20"/>
              <w:jc w:val="center"/>
              <w:rPr>
                <w:lang w:val="pl-PL"/>
              </w:rPr>
            </w:pPr>
          </w:p>
        </w:tc>
        <w:tc>
          <w:tcPr>
            <w:tcW w:w="1350" w:type="dxa"/>
            <w:gridSpan w:val="2"/>
            <w:vAlign w:val="center"/>
          </w:tcPr>
          <w:p w14:paraId="2BB0357C" w14:textId="77777777" w:rsidR="006C2F0B" w:rsidRPr="00161078" w:rsidRDefault="006C2F0B">
            <w:pPr>
              <w:spacing w:before="20" w:after="20"/>
              <w:jc w:val="center"/>
              <w:rPr>
                <w:lang w:val="pl-PL"/>
              </w:rPr>
            </w:pPr>
          </w:p>
        </w:tc>
      </w:tr>
      <w:tr w:rsidR="006C2F0B" w:rsidRPr="00161078" w14:paraId="4808DDF6" w14:textId="77777777" w:rsidTr="00795294">
        <w:trPr>
          <w:jc w:val="center"/>
        </w:trPr>
        <w:tc>
          <w:tcPr>
            <w:tcW w:w="420" w:type="dxa"/>
            <w:vAlign w:val="center"/>
          </w:tcPr>
          <w:p w14:paraId="51ADB12D" w14:textId="77777777" w:rsidR="006C2F0B" w:rsidRPr="00161078" w:rsidRDefault="006C2F0B">
            <w:pPr>
              <w:spacing w:before="20" w:after="20"/>
              <w:jc w:val="center"/>
              <w:rPr>
                <w:lang w:val="pl-PL"/>
              </w:rPr>
            </w:pPr>
            <w:permStart w:id="2112314043" w:edGrp="everyone" w:colFirst="5" w:colLast="5"/>
            <w:permStart w:id="885283737" w:edGrp="everyone" w:colFirst="6" w:colLast="6"/>
            <w:permStart w:id="937456652" w:edGrp="everyone" w:colFirst="7" w:colLast="7"/>
            <w:permStart w:id="1912818255" w:edGrp="everyone" w:colFirst="8" w:colLast="8"/>
            <w:permStart w:id="222178413" w:edGrp="everyone" w:colFirst="9" w:colLast="9"/>
            <w:permEnd w:id="1017720222"/>
            <w:permEnd w:id="1767464091"/>
            <w:permEnd w:id="1675835227"/>
            <w:permEnd w:id="1281442825"/>
            <w:permEnd w:id="1824551876"/>
            <w:r w:rsidRPr="00161078">
              <w:rPr>
                <w:sz w:val="16"/>
                <w:lang w:val="pl-PL"/>
              </w:rPr>
              <w:t>2</w:t>
            </w:r>
          </w:p>
        </w:tc>
        <w:tc>
          <w:tcPr>
            <w:tcW w:w="2850" w:type="dxa"/>
            <w:vAlign w:val="center"/>
          </w:tcPr>
          <w:p w14:paraId="0F72FE71" w14:textId="77777777" w:rsidR="006C2F0B" w:rsidRPr="002C693F" w:rsidRDefault="006C2F0B">
            <w:pPr>
              <w:spacing w:before="20" w:after="20"/>
              <w:jc w:val="left"/>
            </w:pPr>
            <w:r w:rsidRPr="002C693F">
              <w:rPr>
                <w:sz w:val="16"/>
              </w:rPr>
              <w:t xml:space="preserve">Biotin Antibody, </w:t>
            </w:r>
            <w:proofErr w:type="spellStart"/>
            <w:r w:rsidRPr="002C693F">
              <w:rPr>
                <w:sz w:val="16"/>
              </w:rPr>
              <w:t>REAfinity</w:t>
            </w:r>
            <w:proofErr w:type="spellEnd"/>
            <w:r w:rsidRPr="002C693F">
              <w:rPr>
                <w:sz w:val="16"/>
              </w:rPr>
              <w:t>™ (PE conjugate)</w:t>
            </w:r>
          </w:p>
        </w:tc>
        <w:tc>
          <w:tcPr>
            <w:tcW w:w="1050" w:type="dxa"/>
            <w:vAlign w:val="center"/>
          </w:tcPr>
          <w:p w14:paraId="4997E887" w14:textId="77777777" w:rsidR="006C2F0B" w:rsidRPr="00161078" w:rsidRDefault="006C2F0B">
            <w:pPr>
              <w:spacing w:before="20" w:after="20"/>
              <w:jc w:val="center"/>
              <w:rPr>
                <w:lang w:val="pl-PL"/>
              </w:rPr>
            </w:pPr>
            <w:r w:rsidRPr="00161078">
              <w:rPr>
                <w:sz w:val="16"/>
                <w:lang w:val="pl-PL"/>
              </w:rPr>
              <w:t>100 testów</w:t>
            </w:r>
          </w:p>
        </w:tc>
        <w:tc>
          <w:tcPr>
            <w:tcW w:w="640" w:type="dxa"/>
            <w:vAlign w:val="center"/>
          </w:tcPr>
          <w:p w14:paraId="63C054B7"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647EC9DE" w14:textId="77777777" w:rsidR="006C2F0B" w:rsidRPr="00161078" w:rsidRDefault="006C2F0B">
            <w:pPr>
              <w:spacing w:before="20" w:after="20"/>
              <w:jc w:val="center"/>
              <w:rPr>
                <w:lang w:val="pl-PL"/>
              </w:rPr>
            </w:pPr>
            <w:r>
              <w:rPr>
                <w:sz w:val="16"/>
                <w:lang w:val="pl-PL"/>
              </w:rPr>
              <w:t>3</w:t>
            </w:r>
          </w:p>
        </w:tc>
        <w:tc>
          <w:tcPr>
            <w:tcW w:w="1250" w:type="dxa"/>
            <w:vAlign w:val="center"/>
          </w:tcPr>
          <w:p w14:paraId="504775E9" w14:textId="77777777" w:rsidR="006C2F0B" w:rsidRPr="00161078" w:rsidRDefault="006C2F0B">
            <w:pPr>
              <w:spacing w:before="20" w:after="20"/>
              <w:jc w:val="center"/>
              <w:rPr>
                <w:lang w:val="pl-PL"/>
              </w:rPr>
            </w:pPr>
          </w:p>
        </w:tc>
        <w:tc>
          <w:tcPr>
            <w:tcW w:w="620" w:type="dxa"/>
            <w:vAlign w:val="center"/>
          </w:tcPr>
          <w:p w14:paraId="60835E0F" w14:textId="77777777" w:rsidR="006C2F0B" w:rsidRPr="00161078" w:rsidRDefault="006C2F0B">
            <w:pPr>
              <w:spacing w:before="20" w:after="20"/>
              <w:jc w:val="center"/>
              <w:rPr>
                <w:lang w:val="pl-PL"/>
              </w:rPr>
            </w:pPr>
          </w:p>
        </w:tc>
        <w:tc>
          <w:tcPr>
            <w:tcW w:w="1250" w:type="dxa"/>
            <w:vAlign w:val="center"/>
          </w:tcPr>
          <w:p w14:paraId="2ABC4D4D" w14:textId="77777777" w:rsidR="006C2F0B" w:rsidRPr="00161078" w:rsidRDefault="006C2F0B">
            <w:pPr>
              <w:spacing w:before="20" w:after="20"/>
              <w:jc w:val="center"/>
              <w:rPr>
                <w:lang w:val="pl-PL"/>
              </w:rPr>
            </w:pPr>
          </w:p>
        </w:tc>
        <w:tc>
          <w:tcPr>
            <w:tcW w:w="1350" w:type="dxa"/>
            <w:gridSpan w:val="2"/>
            <w:vAlign w:val="center"/>
          </w:tcPr>
          <w:p w14:paraId="14EE5360" w14:textId="77777777" w:rsidR="006C2F0B" w:rsidRPr="00161078" w:rsidRDefault="006C2F0B">
            <w:pPr>
              <w:spacing w:before="20" w:after="20"/>
              <w:jc w:val="center"/>
              <w:rPr>
                <w:lang w:val="pl-PL"/>
              </w:rPr>
            </w:pPr>
          </w:p>
        </w:tc>
        <w:tc>
          <w:tcPr>
            <w:tcW w:w="1350" w:type="dxa"/>
            <w:gridSpan w:val="2"/>
            <w:vAlign w:val="center"/>
          </w:tcPr>
          <w:p w14:paraId="16013988" w14:textId="77777777" w:rsidR="006C2F0B" w:rsidRPr="00161078" w:rsidRDefault="006C2F0B">
            <w:pPr>
              <w:spacing w:before="20" w:after="20"/>
              <w:jc w:val="center"/>
              <w:rPr>
                <w:lang w:val="pl-PL"/>
              </w:rPr>
            </w:pPr>
          </w:p>
        </w:tc>
      </w:tr>
      <w:tr w:rsidR="006C2F0B" w:rsidRPr="00161078" w14:paraId="784824D6" w14:textId="77777777" w:rsidTr="00795294">
        <w:trPr>
          <w:jc w:val="center"/>
        </w:trPr>
        <w:tc>
          <w:tcPr>
            <w:tcW w:w="420" w:type="dxa"/>
            <w:vAlign w:val="center"/>
          </w:tcPr>
          <w:p w14:paraId="1738121E" w14:textId="77777777" w:rsidR="006C2F0B" w:rsidRPr="00161078" w:rsidRDefault="006C2F0B">
            <w:pPr>
              <w:spacing w:before="20" w:after="20"/>
              <w:jc w:val="center"/>
              <w:rPr>
                <w:lang w:val="pl-PL"/>
              </w:rPr>
            </w:pPr>
            <w:permStart w:id="1194080614" w:edGrp="everyone" w:colFirst="5" w:colLast="5"/>
            <w:permStart w:id="706948656" w:edGrp="everyone" w:colFirst="6" w:colLast="6"/>
            <w:permStart w:id="1074997648" w:edGrp="everyone" w:colFirst="7" w:colLast="7"/>
            <w:permStart w:id="1541561458" w:edGrp="everyone" w:colFirst="8" w:colLast="8"/>
            <w:permStart w:id="1489977453" w:edGrp="everyone" w:colFirst="9" w:colLast="9"/>
            <w:permEnd w:id="2112314043"/>
            <w:permEnd w:id="885283737"/>
            <w:permEnd w:id="937456652"/>
            <w:permEnd w:id="1912818255"/>
            <w:permEnd w:id="222178413"/>
            <w:r w:rsidRPr="00161078">
              <w:rPr>
                <w:sz w:val="16"/>
                <w:lang w:val="pl-PL"/>
              </w:rPr>
              <w:t>3</w:t>
            </w:r>
          </w:p>
        </w:tc>
        <w:tc>
          <w:tcPr>
            <w:tcW w:w="2850" w:type="dxa"/>
            <w:vAlign w:val="center"/>
          </w:tcPr>
          <w:p w14:paraId="5D1BC404" w14:textId="77777777" w:rsidR="006C2F0B" w:rsidRPr="002C693F" w:rsidRDefault="006C2F0B">
            <w:pPr>
              <w:spacing w:before="20" w:after="20"/>
              <w:jc w:val="left"/>
            </w:pPr>
            <w:r w:rsidRPr="002C693F">
              <w:rPr>
                <w:sz w:val="16"/>
              </w:rPr>
              <w:t>B7-H3 CAR Detection Reagent, human</w:t>
            </w:r>
          </w:p>
        </w:tc>
        <w:tc>
          <w:tcPr>
            <w:tcW w:w="1050" w:type="dxa"/>
            <w:vAlign w:val="center"/>
          </w:tcPr>
          <w:p w14:paraId="0D3BB35C" w14:textId="77777777" w:rsidR="006C2F0B" w:rsidRPr="00161078" w:rsidRDefault="006C2F0B">
            <w:pPr>
              <w:spacing w:before="20" w:after="20"/>
              <w:jc w:val="center"/>
              <w:rPr>
                <w:lang w:val="pl-PL"/>
              </w:rPr>
            </w:pPr>
            <w:r w:rsidRPr="00161078">
              <w:rPr>
                <w:sz w:val="16"/>
                <w:lang w:val="pl-PL"/>
              </w:rPr>
              <w:t>30 testów</w:t>
            </w:r>
          </w:p>
        </w:tc>
        <w:tc>
          <w:tcPr>
            <w:tcW w:w="640" w:type="dxa"/>
            <w:vAlign w:val="center"/>
          </w:tcPr>
          <w:p w14:paraId="465C8519"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666ADE28" w14:textId="77777777" w:rsidR="006C2F0B" w:rsidRPr="00161078" w:rsidRDefault="006C2F0B">
            <w:pPr>
              <w:spacing w:before="20" w:after="20"/>
              <w:jc w:val="center"/>
              <w:rPr>
                <w:lang w:val="pl-PL"/>
              </w:rPr>
            </w:pPr>
            <w:r>
              <w:rPr>
                <w:sz w:val="16"/>
                <w:lang w:val="pl-PL"/>
              </w:rPr>
              <w:t>3</w:t>
            </w:r>
          </w:p>
        </w:tc>
        <w:tc>
          <w:tcPr>
            <w:tcW w:w="1250" w:type="dxa"/>
            <w:vAlign w:val="center"/>
          </w:tcPr>
          <w:p w14:paraId="305E8256" w14:textId="77777777" w:rsidR="006C2F0B" w:rsidRPr="00161078" w:rsidRDefault="006C2F0B">
            <w:pPr>
              <w:spacing w:before="20" w:after="20"/>
              <w:jc w:val="center"/>
              <w:rPr>
                <w:lang w:val="pl-PL"/>
              </w:rPr>
            </w:pPr>
          </w:p>
        </w:tc>
        <w:tc>
          <w:tcPr>
            <w:tcW w:w="620" w:type="dxa"/>
            <w:vAlign w:val="center"/>
          </w:tcPr>
          <w:p w14:paraId="34BAFD60" w14:textId="77777777" w:rsidR="006C2F0B" w:rsidRPr="00161078" w:rsidRDefault="006C2F0B">
            <w:pPr>
              <w:spacing w:before="20" w:after="20"/>
              <w:jc w:val="center"/>
              <w:rPr>
                <w:lang w:val="pl-PL"/>
              </w:rPr>
            </w:pPr>
          </w:p>
        </w:tc>
        <w:tc>
          <w:tcPr>
            <w:tcW w:w="1250" w:type="dxa"/>
            <w:vAlign w:val="center"/>
          </w:tcPr>
          <w:p w14:paraId="04972771" w14:textId="77777777" w:rsidR="006C2F0B" w:rsidRPr="00161078" w:rsidRDefault="006C2F0B">
            <w:pPr>
              <w:spacing w:before="20" w:after="20"/>
              <w:jc w:val="center"/>
              <w:rPr>
                <w:lang w:val="pl-PL"/>
              </w:rPr>
            </w:pPr>
          </w:p>
        </w:tc>
        <w:tc>
          <w:tcPr>
            <w:tcW w:w="1350" w:type="dxa"/>
            <w:gridSpan w:val="2"/>
            <w:vAlign w:val="center"/>
          </w:tcPr>
          <w:p w14:paraId="35D0CC2E" w14:textId="77777777" w:rsidR="006C2F0B" w:rsidRPr="00161078" w:rsidRDefault="006C2F0B">
            <w:pPr>
              <w:spacing w:before="20" w:after="20"/>
              <w:jc w:val="center"/>
              <w:rPr>
                <w:lang w:val="pl-PL"/>
              </w:rPr>
            </w:pPr>
          </w:p>
        </w:tc>
        <w:tc>
          <w:tcPr>
            <w:tcW w:w="1350" w:type="dxa"/>
            <w:gridSpan w:val="2"/>
            <w:vAlign w:val="center"/>
          </w:tcPr>
          <w:p w14:paraId="2635C80B" w14:textId="77777777" w:rsidR="006C2F0B" w:rsidRPr="00161078" w:rsidRDefault="006C2F0B">
            <w:pPr>
              <w:spacing w:before="20" w:after="20"/>
              <w:jc w:val="center"/>
              <w:rPr>
                <w:lang w:val="pl-PL"/>
              </w:rPr>
            </w:pPr>
          </w:p>
        </w:tc>
      </w:tr>
      <w:tr w:rsidR="006C2F0B" w:rsidRPr="00161078" w14:paraId="06DA589F" w14:textId="77777777" w:rsidTr="00795294">
        <w:trPr>
          <w:jc w:val="center"/>
        </w:trPr>
        <w:tc>
          <w:tcPr>
            <w:tcW w:w="420" w:type="dxa"/>
            <w:vAlign w:val="center"/>
          </w:tcPr>
          <w:p w14:paraId="02BA1397" w14:textId="77777777" w:rsidR="006C2F0B" w:rsidRPr="00161078" w:rsidRDefault="006C2F0B">
            <w:pPr>
              <w:spacing w:before="20" w:after="20"/>
              <w:jc w:val="center"/>
              <w:rPr>
                <w:lang w:val="pl-PL"/>
              </w:rPr>
            </w:pPr>
            <w:permStart w:id="1199851496" w:edGrp="everyone" w:colFirst="5" w:colLast="5"/>
            <w:permStart w:id="434001302" w:edGrp="everyone" w:colFirst="6" w:colLast="6"/>
            <w:permStart w:id="1078927449" w:edGrp="everyone" w:colFirst="7" w:colLast="7"/>
            <w:permStart w:id="1846298868" w:edGrp="everyone" w:colFirst="8" w:colLast="8"/>
            <w:permStart w:id="262080802" w:edGrp="everyone" w:colFirst="9" w:colLast="9"/>
            <w:permEnd w:id="1194080614"/>
            <w:permEnd w:id="706948656"/>
            <w:permEnd w:id="1074997648"/>
            <w:permEnd w:id="1541561458"/>
            <w:permEnd w:id="1489977453"/>
            <w:r w:rsidRPr="00161078">
              <w:rPr>
                <w:sz w:val="16"/>
                <w:lang w:val="pl-PL"/>
              </w:rPr>
              <w:t>4</w:t>
            </w:r>
          </w:p>
        </w:tc>
        <w:tc>
          <w:tcPr>
            <w:tcW w:w="2850" w:type="dxa"/>
            <w:vAlign w:val="center"/>
          </w:tcPr>
          <w:p w14:paraId="378E466C" w14:textId="77777777" w:rsidR="006C2F0B" w:rsidRPr="00161078" w:rsidRDefault="006C2F0B">
            <w:pPr>
              <w:spacing w:before="20" w:after="20"/>
              <w:jc w:val="left"/>
              <w:rPr>
                <w:lang w:val="pl-PL"/>
              </w:rPr>
            </w:pPr>
            <w:r w:rsidRPr="00161078">
              <w:rPr>
                <w:sz w:val="16"/>
                <w:lang w:val="pl-PL"/>
              </w:rPr>
              <w:t xml:space="preserve">CD14 </w:t>
            </w:r>
            <w:proofErr w:type="spellStart"/>
            <w:r w:rsidRPr="00161078">
              <w:rPr>
                <w:sz w:val="16"/>
                <w:lang w:val="pl-PL"/>
              </w:rPr>
              <w:t>MicroBeads</w:t>
            </w:r>
            <w:proofErr w:type="spellEnd"/>
            <w:r w:rsidRPr="00161078">
              <w:rPr>
                <w:sz w:val="16"/>
                <w:lang w:val="pl-PL"/>
              </w:rPr>
              <w:t xml:space="preserve">, </w:t>
            </w:r>
            <w:proofErr w:type="spellStart"/>
            <w:r w:rsidRPr="00161078">
              <w:rPr>
                <w:sz w:val="16"/>
                <w:lang w:val="pl-PL"/>
              </w:rPr>
              <w:t>human</w:t>
            </w:r>
            <w:proofErr w:type="spellEnd"/>
          </w:p>
        </w:tc>
        <w:tc>
          <w:tcPr>
            <w:tcW w:w="1050" w:type="dxa"/>
            <w:vAlign w:val="center"/>
          </w:tcPr>
          <w:p w14:paraId="68306A69" w14:textId="77777777" w:rsidR="006C2F0B" w:rsidRPr="00161078" w:rsidRDefault="006C2F0B">
            <w:pPr>
              <w:spacing w:before="20" w:after="20"/>
              <w:jc w:val="center"/>
              <w:rPr>
                <w:lang w:val="pl-PL"/>
              </w:rPr>
            </w:pPr>
            <w:r w:rsidRPr="00161078">
              <w:rPr>
                <w:sz w:val="16"/>
                <w:lang w:val="pl-PL"/>
              </w:rPr>
              <w:t>dla łącznie 1×10⁹ komórek</w:t>
            </w:r>
          </w:p>
        </w:tc>
        <w:tc>
          <w:tcPr>
            <w:tcW w:w="640" w:type="dxa"/>
            <w:vAlign w:val="center"/>
          </w:tcPr>
          <w:p w14:paraId="246F326F"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58EEA291" w14:textId="79F242D4" w:rsidR="006C2F0B" w:rsidRPr="00161078" w:rsidRDefault="002C693F">
            <w:pPr>
              <w:spacing w:before="20" w:after="20"/>
              <w:jc w:val="center"/>
              <w:rPr>
                <w:lang w:val="pl-PL"/>
              </w:rPr>
            </w:pPr>
            <w:r>
              <w:rPr>
                <w:sz w:val="16"/>
                <w:lang w:val="pl-PL"/>
              </w:rPr>
              <w:t>5</w:t>
            </w:r>
          </w:p>
        </w:tc>
        <w:tc>
          <w:tcPr>
            <w:tcW w:w="1250" w:type="dxa"/>
            <w:vAlign w:val="center"/>
          </w:tcPr>
          <w:p w14:paraId="78042B18" w14:textId="77777777" w:rsidR="006C2F0B" w:rsidRPr="00161078" w:rsidRDefault="006C2F0B">
            <w:pPr>
              <w:spacing w:before="20" w:after="20"/>
              <w:jc w:val="center"/>
              <w:rPr>
                <w:lang w:val="pl-PL"/>
              </w:rPr>
            </w:pPr>
          </w:p>
        </w:tc>
        <w:tc>
          <w:tcPr>
            <w:tcW w:w="620" w:type="dxa"/>
            <w:vAlign w:val="center"/>
          </w:tcPr>
          <w:p w14:paraId="52F640B0" w14:textId="77777777" w:rsidR="006C2F0B" w:rsidRPr="00161078" w:rsidRDefault="006C2F0B">
            <w:pPr>
              <w:spacing w:before="20" w:after="20"/>
              <w:jc w:val="center"/>
              <w:rPr>
                <w:lang w:val="pl-PL"/>
              </w:rPr>
            </w:pPr>
          </w:p>
        </w:tc>
        <w:tc>
          <w:tcPr>
            <w:tcW w:w="1250" w:type="dxa"/>
            <w:vAlign w:val="center"/>
          </w:tcPr>
          <w:p w14:paraId="4C1C7B46" w14:textId="77777777" w:rsidR="006C2F0B" w:rsidRPr="00161078" w:rsidRDefault="006C2F0B">
            <w:pPr>
              <w:spacing w:before="20" w:after="20"/>
              <w:jc w:val="center"/>
              <w:rPr>
                <w:lang w:val="pl-PL"/>
              </w:rPr>
            </w:pPr>
          </w:p>
        </w:tc>
        <w:tc>
          <w:tcPr>
            <w:tcW w:w="1350" w:type="dxa"/>
            <w:gridSpan w:val="2"/>
            <w:vAlign w:val="center"/>
          </w:tcPr>
          <w:p w14:paraId="7BB21660" w14:textId="77777777" w:rsidR="006C2F0B" w:rsidRPr="00161078" w:rsidRDefault="006C2F0B">
            <w:pPr>
              <w:spacing w:before="20" w:after="20"/>
              <w:jc w:val="center"/>
              <w:rPr>
                <w:lang w:val="pl-PL"/>
              </w:rPr>
            </w:pPr>
          </w:p>
        </w:tc>
        <w:tc>
          <w:tcPr>
            <w:tcW w:w="1350" w:type="dxa"/>
            <w:gridSpan w:val="2"/>
            <w:vAlign w:val="center"/>
          </w:tcPr>
          <w:p w14:paraId="7A115AEE" w14:textId="77777777" w:rsidR="006C2F0B" w:rsidRPr="00161078" w:rsidRDefault="006C2F0B">
            <w:pPr>
              <w:spacing w:before="20" w:after="20"/>
              <w:jc w:val="center"/>
              <w:rPr>
                <w:lang w:val="pl-PL"/>
              </w:rPr>
            </w:pPr>
          </w:p>
        </w:tc>
      </w:tr>
      <w:tr w:rsidR="006C2F0B" w:rsidRPr="00161078" w14:paraId="31122C6A" w14:textId="77777777" w:rsidTr="00795294">
        <w:trPr>
          <w:jc w:val="center"/>
        </w:trPr>
        <w:tc>
          <w:tcPr>
            <w:tcW w:w="420" w:type="dxa"/>
            <w:vAlign w:val="center"/>
          </w:tcPr>
          <w:p w14:paraId="01867E7E" w14:textId="77777777" w:rsidR="006C2F0B" w:rsidRPr="00161078" w:rsidRDefault="006C2F0B">
            <w:pPr>
              <w:spacing w:before="20" w:after="20"/>
              <w:jc w:val="center"/>
              <w:rPr>
                <w:lang w:val="pl-PL"/>
              </w:rPr>
            </w:pPr>
            <w:permStart w:id="1197895755" w:edGrp="everyone" w:colFirst="5" w:colLast="5"/>
            <w:permStart w:id="1203067547" w:edGrp="everyone" w:colFirst="6" w:colLast="6"/>
            <w:permStart w:id="759379725" w:edGrp="everyone" w:colFirst="7" w:colLast="7"/>
            <w:permStart w:id="1606824474" w:edGrp="everyone" w:colFirst="8" w:colLast="8"/>
            <w:permStart w:id="1041987977" w:edGrp="everyone" w:colFirst="9" w:colLast="9"/>
            <w:permEnd w:id="1199851496"/>
            <w:permEnd w:id="434001302"/>
            <w:permEnd w:id="1078927449"/>
            <w:permEnd w:id="1846298868"/>
            <w:permEnd w:id="262080802"/>
            <w:r w:rsidRPr="00161078">
              <w:rPr>
                <w:sz w:val="16"/>
                <w:lang w:val="pl-PL"/>
              </w:rPr>
              <w:t>5</w:t>
            </w:r>
          </w:p>
        </w:tc>
        <w:tc>
          <w:tcPr>
            <w:tcW w:w="2850" w:type="dxa"/>
            <w:vAlign w:val="center"/>
          </w:tcPr>
          <w:p w14:paraId="1FAF5A21" w14:textId="77777777" w:rsidR="006C2F0B" w:rsidRPr="00161078" w:rsidRDefault="006C2F0B">
            <w:pPr>
              <w:spacing w:before="20" w:after="20"/>
              <w:jc w:val="left"/>
              <w:rPr>
                <w:lang w:val="pl-PL"/>
              </w:rPr>
            </w:pPr>
            <w:r w:rsidRPr="00161078">
              <w:rPr>
                <w:sz w:val="16"/>
                <w:lang w:val="pl-PL"/>
              </w:rPr>
              <w:t xml:space="preserve">LS </w:t>
            </w:r>
            <w:proofErr w:type="spellStart"/>
            <w:r w:rsidRPr="00161078">
              <w:rPr>
                <w:sz w:val="16"/>
                <w:lang w:val="pl-PL"/>
              </w:rPr>
              <w:t>Columns</w:t>
            </w:r>
            <w:proofErr w:type="spellEnd"/>
          </w:p>
        </w:tc>
        <w:tc>
          <w:tcPr>
            <w:tcW w:w="1050" w:type="dxa"/>
            <w:vAlign w:val="center"/>
          </w:tcPr>
          <w:p w14:paraId="252159DD" w14:textId="77777777" w:rsidR="006C2F0B" w:rsidRPr="00161078" w:rsidRDefault="006C2F0B">
            <w:pPr>
              <w:spacing w:before="20" w:after="20"/>
              <w:jc w:val="center"/>
              <w:rPr>
                <w:lang w:val="pl-PL"/>
              </w:rPr>
            </w:pPr>
            <w:r w:rsidRPr="00161078">
              <w:rPr>
                <w:sz w:val="16"/>
                <w:lang w:val="pl-PL"/>
              </w:rPr>
              <w:t>25 kolumn</w:t>
            </w:r>
          </w:p>
        </w:tc>
        <w:tc>
          <w:tcPr>
            <w:tcW w:w="640" w:type="dxa"/>
            <w:vAlign w:val="center"/>
          </w:tcPr>
          <w:p w14:paraId="0B814945"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79E48CF4" w14:textId="5867D211" w:rsidR="006C2F0B" w:rsidRPr="00161078" w:rsidRDefault="002C693F">
            <w:pPr>
              <w:spacing w:before="20" w:after="20"/>
              <w:jc w:val="center"/>
              <w:rPr>
                <w:lang w:val="pl-PL"/>
              </w:rPr>
            </w:pPr>
            <w:r>
              <w:rPr>
                <w:sz w:val="16"/>
                <w:lang w:val="pl-PL"/>
              </w:rPr>
              <w:t>10</w:t>
            </w:r>
          </w:p>
        </w:tc>
        <w:tc>
          <w:tcPr>
            <w:tcW w:w="1250" w:type="dxa"/>
            <w:vAlign w:val="center"/>
          </w:tcPr>
          <w:p w14:paraId="3B7A9AD2" w14:textId="77777777" w:rsidR="006C2F0B" w:rsidRPr="00161078" w:rsidRDefault="006C2F0B">
            <w:pPr>
              <w:spacing w:before="20" w:after="20"/>
              <w:jc w:val="center"/>
              <w:rPr>
                <w:lang w:val="pl-PL"/>
              </w:rPr>
            </w:pPr>
          </w:p>
        </w:tc>
        <w:tc>
          <w:tcPr>
            <w:tcW w:w="620" w:type="dxa"/>
            <w:vAlign w:val="center"/>
          </w:tcPr>
          <w:p w14:paraId="69924241" w14:textId="77777777" w:rsidR="006C2F0B" w:rsidRPr="00161078" w:rsidRDefault="006C2F0B">
            <w:pPr>
              <w:spacing w:before="20" w:after="20"/>
              <w:jc w:val="center"/>
              <w:rPr>
                <w:lang w:val="pl-PL"/>
              </w:rPr>
            </w:pPr>
          </w:p>
        </w:tc>
        <w:tc>
          <w:tcPr>
            <w:tcW w:w="1250" w:type="dxa"/>
            <w:vAlign w:val="center"/>
          </w:tcPr>
          <w:p w14:paraId="2B049AE5" w14:textId="77777777" w:rsidR="006C2F0B" w:rsidRPr="00161078" w:rsidRDefault="006C2F0B">
            <w:pPr>
              <w:spacing w:before="20" w:after="20"/>
              <w:jc w:val="center"/>
              <w:rPr>
                <w:lang w:val="pl-PL"/>
              </w:rPr>
            </w:pPr>
          </w:p>
        </w:tc>
        <w:tc>
          <w:tcPr>
            <w:tcW w:w="1350" w:type="dxa"/>
            <w:gridSpan w:val="2"/>
            <w:vAlign w:val="center"/>
          </w:tcPr>
          <w:p w14:paraId="6AB71084" w14:textId="77777777" w:rsidR="006C2F0B" w:rsidRPr="00161078" w:rsidRDefault="006C2F0B">
            <w:pPr>
              <w:spacing w:before="20" w:after="20"/>
              <w:jc w:val="center"/>
              <w:rPr>
                <w:lang w:val="pl-PL"/>
              </w:rPr>
            </w:pPr>
          </w:p>
        </w:tc>
        <w:tc>
          <w:tcPr>
            <w:tcW w:w="1350" w:type="dxa"/>
            <w:gridSpan w:val="2"/>
            <w:vAlign w:val="center"/>
          </w:tcPr>
          <w:p w14:paraId="0C01832E" w14:textId="77777777" w:rsidR="006C2F0B" w:rsidRPr="00161078" w:rsidRDefault="006C2F0B">
            <w:pPr>
              <w:spacing w:before="20" w:after="20"/>
              <w:jc w:val="center"/>
              <w:rPr>
                <w:lang w:val="pl-PL"/>
              </w:rPr>
            </w:pPr>
          </w:p>
        </w:tc>
      </w:tr>
      <w:tr w:rsidR="006C2F0B" w:rsidRPr="00161078" w14:paraId="63C6F8B4" w14:textId="77777777" w:rsidTr="00795294">
        <w:trPr>
          <w:jc w:val="center"/>
        </w:trPr>
        <w:tc>
          <w:tcPr>
            <w:tcW w:w="420" w:type="dxa"/>
            <w:vAlign w:val="center"/>
          </w:tcPr>
          <w:p w14:paraId="213EBAE6" w14:textId="77777777" w:rsidR="006C2F0B" w:rsidRPr="00161078" w:rsidRDefault="006C2F0B">
            <w:pPr>
              <w:spacing w:before="20" w:after="20"/>
              <w:jc w:val="center"/>
              <w:rPr>
                <w:lang w:val="pl-PL"/>
              </w:rPr>
            </w:pPr>
            <w:permStart w:id="748115954" w:edGrp="everyone" w:colFirst="5" w:colLast="5"/>
            <w:permStart w:id="1682657070" w:edGrp="everyone" w:colFirst="6" w:colLast="6"/>
            <w:permStart w:id="1400138687" w:edGrp="everyone" w:colFirst="7" w:colLast="7"/>
            <w:permStart w:id="557535414" w:edGrp="everyone" w:colFirst="8" w:colLast="8"/>
            <w:permStart w:id="1420786251" w:edGrp="everyone" w:colFirst="9" w:colLast="9"/>
            <w:permEnd w:id="1197895755"/>
            <w:permEnd w:id="1203067547"/>
            <w:permEnd w:id="759379725"/>
            <w:permEnd w:id="1606824474"/>
            <w:permEnd w:id="1041987977"/>
            <w:r w:rsidRPr="00161078">
              <w:rPr>
                <w:sz w:val="16"/>
                <w:lang w:val="pl-PL"/>
              </w:rPr>
              <w:t>6</w:t>
            </w:r>
          </w:p>
        </w:tc>
        <w:tc>
          <w:tcPr>
            <w:tcW w:w="2850" w:type="dxa"/>
            <w:vAlign w:val="center"/>
          </w:tcPr>
          <w:p w14:paraId="7E94BB9A" w14:textId="77777777" w:rsidR="006C2F0B" w:rsidRPr="00161078" w:rsidRDefault="006C2F0B">
            <w:pPr>
              <w:spacing w:before="20" w:after="20"/>
              <w:jc w:val="left"/>
              <w:rPr>
                <w:lang w:val="pl-PL"/>
              </w:rPr>
            </w:pPr>
            <w:r w:rsidRPr="00161078">
              <w:rPr>
                <w:sz w:val="16"/>
                <w:lang w:val="pl-PL"/>
              </w:rPr>
              <w:t>MACS® BSA Stock Solution</w:t>
            </w:r>
          </w:p>
        </w:tc>
        <w:tc>
          <w:tcPr>
            <w:tcW w:w="1050" w:type="dxa"/>
            <w:vAlign w:val="center"/>
          </w:tcPr>
          <w:p w14:paraId="2AEE1009" w14:textId="77777777" w:rsidR="006C2F0B" w:rsidRPr="00161078" w:rsidRDefault="006C2F0B">
            <w:pPr>
              <w:spacing w:before="20" w:after="20"/>
              <w:jc w:val="center"/>
              <w:rPr>
                <w:lang w:val="pl-PL"/>
              </w:rPr>
            </w:pPr>
            <w:r w:rsidRPr="00161078">
              <w:rPr>
                <w:sz w:val="16"/>
                <w:lang w:val="pl-PL"/>
              </w:rPr>
              <w:t xml:space="preserve">6× 75 </w:t>
            </w:r>
            <w:proofErr w:type="spellStart"/>
            <w:r w:rsidRPr="00161078">
              <w:rPr>
                <w:sz w:val="16"/>
                <w:lang w:val="pl-PL"/>
              </w:rPr>
              <w:t>mL</w:t>
            </w:r>
            <w:proofErr w:type="spellEnd"/>
          </w:p>
        </w:tc>
        <w:tc>
          <w:tcPr>
            <w:tcW w:w="640" w:type="dxa"/>
            <w:vAlign w:val="center"/>
          </w:tcPr>
          <w:p w14:paraId="09EA0450"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71B418C6" w14:textId="76D5D56E" w:rsidR="006C2F0B" w:rsidRPr="00161078" w:rsidRDefault="002C693F">
            <w:pPr>
              <w:spacing w:before="20" w:after="20"/>
              <w:jc w:val="center"/>
              <w:rPr>
                <w:lang w:val="pl-PL"/>
              </w:rPr>
            </w:pPr>
            <w:r>
              <w:rPr>
                <w:sz w:val="16"/>
                <w:lang w:val="pl-PL"/>
              </w:rPr>
              <w:t>2</w:t>
            </w:r>
          </w:p>
        </w:tc>
        <w:tc>
          <w:tcPr>
            <w:tcW w:w="1250" w:type="dxa"/>
            <w:vAlign w:val="center"/>
          </w:tcPr>
          <w:p w14:paraId="6F062E77" w14:textId="77777777" w:rsidR="006C2F0B" w:rsidRPr="00161078" w:rsidRDefault="006C2F0B">
            <w:pPr>
              <w:spacing w:before="20" w:after="20"/>
              <w:jc w:val="center"/>
              <w:rPr>
                <w:lang w:val="pl-PL"/>
              </w:rPr>
            </w:pPr>
          </w:p>
        </w:tc>
        <w:tc>
          <w:tcPr>
            <w:tcW w:w="620" w:type="dxa"/>
            <w:vAlign w:val="center"/>
          </w:tcPr>
          <w:p w14:paraId="5B317255" w14:textId="77777777" w:rsidR="006C2F0B" w:rsidRPr="00161078" w:rsidRDefault="006C2F0B">
            <w:pPr>
              <w:spacing w:before="20" w:after="20"/>
              <w:jc w:val="center"/>
              <w:rPr>
                <w:lang w:val="pl-PL"/>
              </w:rPr>
            </w:pPr>
          </w:p>
        </w:tc>
        <w:tc>
          <w:tcPr>
            <w:tcW w:w="1250" w:type="dxa"/>
            <w:vAlign w:val="center"/>
          </w:tcPr>
          <w:p w14:paraId="12FBFE53" w14:textId="77777777" w:rsidR="006C2F0B" w:rsidRPr="00161078" w:rsidRDefault="006C2F0B">
            <w:pPr>
              <w:spacing w:before="20" w:after="20"/>
              <w:jc w:val="center"/>
              <w:rPr>
                <w:lang w:val="pl-PL"/>
              </w:rPr>
            </w:pPr>
          </w:p>
        </w:tc>
        <w:tc>
          <w:tcPr>
            <w:tcW w:w="1350" w:type="dxa"/>
            <w:gridSpan w:val="2"/>
            <w:vAlign w:val="center"/>
          </w:tcPr>
          <w:p w14:paraId="685868A7" w14:textId="77777777" w:rsidR="006C2F0B" w:rsidRPr="00161078" w:rsidRDefault="006C2F0B">
            <w:pPr>
              <w:spacing w:before="20" w:after="20"/>
              <w:jc w:val="center"/>
              <w:rPr>
                <w:lang w:val="pl-PL"/>
              </w:rPr>
            </w:pPr>
          </w:p>
        </w:tc>
        <w:tc>
          <w:tcPr>
            <w:tcW w:w="1350" w:type="dxa"/>
            <w:gridSpan w:val="2"/>
            <w:vAlign w:val="center"/>
          </w:tcPr>
          <w:p w14:paraId="22B3B8D8" w14:textId="77777777" w:rsidR="006C2F0B" w:rsidRPr="00161078" w:rsidRDefault="006C2F0B">
            <w:pPr>
              <w:spacing w:before="20" w:after="20"/>
              <w:jc w:val="center"/>
              <w:rPr>
                <w:lang w:val="pl-PL"/>
              </w:rPr>
            </w:pPr>
          </w:p>
        </w:tc>
      </w:tr>
      <w:tr w:rsidR="006C2F0B" w:rsidRPr="00161078" w14:paraId="2605CA56" w14:textId="77777777" w:rsidTr="00795294">
        <w:trPr>
          <w:jc w:val="center"/>
        </w:trPr>
        <w:tc>
          <w:tcPr>
            <w:tcW w:w="420" w:type="dxa"/>
            <w:vAlign w:val="center"/>
          </w:tcPr>
          <w:p w14:paraId="6340011B" w14:textId="77777777" w:rsidR="006C2F0B" w:rsidRPr="00161078" w:rsidRDefault="006C2F0B">
            <w:pPr>
              <w:spacing w:before="20" w:after="20"/>
              <w:jc w:val="center"/>
              <w:rPr>
                <w:lang w:val="pl-PL"/>
              </w:rPr>
            </w:pPr>
            <w:permStart w:id="1808144134" w:edGrp="everyone" w:colFirst="5" w:colLast="5"/>
            <w:permStart w:id="1660377679" w:edGrp="everyone" w:colFirst="6" w:colLast="6"/>
            <w:permStart w:id="1992062362" w:edGrp="everyone" w:colFirst="7" w:colLast="7"/>
            <w:permStart w:id="341593583" w:edGrp="everyone" w:colFirst="8" w:colLast="8"/>
            <w:permStart w:id="59782977" w:edGrp="everyone" w:colFirst="9" w:colLast="9"/>
            <w:permEnd w:id="748115954"/>
            <w:permEnd w:id="1682657070"/>
            <w:permEnd w:id="1400138687"/>
            <w:permEnd w:id="557535414"/>
            <w:permEnd w:id="1420786251"/>
            <w:r w:rsidRPr="00161078">
              <w:rPr>
                <w:sz w:val="16"/>
                <w:lang w:val="pl-PL"/>
              </w:rPr>
              <w:t>7</w:t>
            </w:r>
          </w:p>
        </w:tc>
        <w:tc>
          <w:tcPr>
            <w:tcW w:w="2850" w:type="dxa"/>
            <w:vAlign w:val="center"/>
          </w:tcPr>
          <w:p w14:paraId="29776258" w14:textId="77777777" w:rsidR="006C2F0B" w:rsidRPr="00161078" w:rsidRDefault="006C2F0B">
            <w:pPr>
              <w:spacing w:before="20" w:after="20"/>
              <w:jc w:val="left"/>
              <w:rPr>
                <w:lang w:val="pl-PL"/>
              </w:rPr>
            </w:pPr>
            <w:proofErr w:type="spellStart"/>
            <w:r w:rsidRPr="00161078">
              <w:rPr>
                <w:sz w:val="16"/>
                <w:lang w:val="pl-PL"/>
              </w:rPr>
              <w:t>QuadroMACS</w:t>
            </w:r>
            <w:proofErr w:type="spellEnd"/>
            <w:r w:rsidRPr="00161078">
              <w:rPr>
                <w:sz w:val="16"/>
                <w:lang w:val="pl-PL"/>
              </w:rPr>
              <w:t xml:space="preserve">™ </w:t>
            </w:r>
            <w:proofErr w:type="spellStart"/>
            <w:r w:rsidRPr="00161078">
              <w:rPr>
                <w:sz w:val="16"/>
                <w:lang w:val="pl-PL"/>
              </w:rPr>
              <w:t>Starting</w:t>
            </w:r>
            <w:proofErr w:type="spellEnd"/>
            <w:r w:rsidRPr="00161078">
              <w:rPr>
                <w:sz w:val="16"/>
                <w:lang w:val="pl-PL"/>
              </w:rPr>
              <w:t xml:space="preserve"> Kit (LS)</w:t>
            </w:r>
          </w:p>
        </w:tc>
        <w:tc>
          <w:tcPr>
            <w:tcW w:w="1050" w:type="dxa"/>
            <w:vAlign w:val="center"/>
          </w:tcPr>
          <w:p w14:paraId="64049545" w14:textId="77777777" w:rsidR="006C2F0B" w:rsidRPr="00161078" w:rsidRDefault="006C2F0B">
            <w:pPr>
              <w:spacing w:before="20" w:after="20"/>
              <w:jc w:val="center"/>
              <w:rPr>
                <w:lang w:val="pl-PL"/>
              </w:rPr>
            </w:pPr>
            <w:r w:rsidRPr="00161078">
              <w:rPr>
                <w:sz w:val="16"/>
                <w:lang w:val="pl-PL"/>
              </w:rPr>
              <w:t>umożliwia przeprowadzenie do czterech jednoczesnych separacji w połączeniu z kolumnami</w:t>
            </w:r>
          </w:p>
        </w:tc>
        <w:tc>
          <w:tcPr>
            <w:tcW w:w="640" w:type="dxa"/>
            <w:vAlign w:val="center"/>
          </w:tcPr>
          <w:p w14:paraId="1EDF66F6"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7B7DBE9C" w14:textId="77777777" w:rsidR="006C2F0B" w:rsidRPr="00161078" w:rsidRDefault="006C2F0B">
            <w:pPr>
              <w:spacing w:before="20" w:after="20"/>
              <w:jc w:val="center"/>
              <w:rPr>
                <w:lang w:val="pl-PL"/>
              </w:rPr>
            </w:pPr>
            <w:r>
              <w:rPr>
                <w:sz w:val="16"/>
                <w:lang w:val="pl-PL"/>
              </w:rPr>
              <w:t>2</w:t>
            </w:r>
          </w:p>
        </w:tc>
        <w:tc>
          <w:tcPr>
            <w:tcW w:w="1250" w:type="dxa"/>
            <w:vAlign w:val="center"/>
          </w:tcPr>
          <w:p w14:paraId="69831E42" w14:textId="77777777" w:rsidR="006C2F0B" w:rsidRPr="00161078" w:rsidRDefault="006C2F0B">
            <w:pPr>
              <w:spacing w:before="20" w:after="20"/>
              <w:jc w:val="center"/>
              <w:rPr>
                <w:lang w:val="pl-PL"/>
              </w:rPr>
            </w:pPr>
          </w:p>
        </w:tc>
        <w:tc>
          <w:tcPr>
            <w:tcW w:w="620" w:type="dxa"/>
            <w:vAlign w:val="center"/>
          </w:tcPr>
          <w:p w14:paraId="662CAB88" w14:textId="77777777" w:rsidR="006C2F0B" w:rsidRPr="00161078" w:rsidRDefault="006C2F0B">
            <w:pPr>
              <w:spacing w:before="20" w:after="20"/>
              <w:jc w:val="center"/>
              <w:rPr>
                <w:lang w:val="pl-PL"/>
              </w:rPr>
            </w:pPr>
          </w:p>
        </w:tc>
        <w:tc>
          <w:tcPr>
            <w:tcW w:w="1250" w:type="dxa"/>
            <w:vAlign w:val="center"/>
          </w:tcPr>
          <w:p w14:paraId="5ABD6D47" w14:textId="77777777" w:rsidR="006C2F0B" w:rsidRPr="00161078" w:rsidRDefault="006C2F0B">
            <w:pPr>
              <w:spacing w:before="20" w:after="20"/>
              <w:jc w:val="center"/>
              <w:rPr>
                <w:lang w:val="pl-PL"/>
              </w:rPr>
            </w:pPr>
          </w:p>
        </w:tc>
        <w:tc>
          <w:tcPr>
            <w:tcW w:w="1350" w:type="dxa"/>
            <w:gridSpan w:val="2"/>
            <w:vAlign w:val="center"/>
          </w:tcPr>
          <w:p w14:paraId="301613B6" w14:textId="77777777" w:rsidR="006C2F0B" w:rsidRPr="00161078" w:rsidRDefault="006C2F0B">
            <w:pPr>
              <w:spacing w:before="20" w:after="20"/>
              <w:jc w:val="center"/>
              <w:rPr>
                <w:lang w:val="pl-PL"/>
              </w:rPr>
            </w:pPr>
          </w:p>
        </w:tc>
        <w:tc>
          <w:tcPr>
            <w:tcW w:w="1350" w:type="dxa"/>
            <w:gridSpan w:val="2"/>
            <w:vAlign w:val="center"/>
          </w:tcPr>
          <w:p w14:paraId="59FEFB91" w14:textId="77777777" w:rsidR="006C2F0B" w:rsidRPr="00161078" w:rsidRDefault="006C2F0B">
            <w:pPr>
              <w:spacing w:before="20" w:after="20"/>
              <w:jc w:val="center"/>
              <w:rPr>
                <w:lang w:val="pl-PL"/>
              </w:rPr>
            </w:pPr>
          </w:p>
        </w:tc>
      </w:tr>
      <w:tr w:rsidR="006C2F0B" w:rsidRPr="00161078" w14:paraId="5D79E357" w14:textId="77777777" w:rsidTr="00795294">
        <w:trPr>
          <w:jc w:val="center"/>
        </w:trPr>
        <w:tc>
          <w:tcPr>
            <w:tcW w:w="420" w:type="dxa"/>
            <w:vAlign w:val="center"/>
          </w:tcPr>
          <w:p w14:paraId="473004DB" w14:textId="77777777" w:rsidR="006C2F0B" w:rsidRPr="00161078" w:rsidRDefault="006C2F0B">
            <w:pPr>
              <w:spacing w:before="20" w:after="20"/>
              <w:jc w:val="center"/>
              <w:rPr>
                <w:lang w:val="pl-PL"/>
              </w:rPr>
            </w:pPr>
            <w:permStart w:id="144463447" w:edGrp="everyone" w:colFirst="5" w:colLast="5"/>
            <w:permStart w:id="1950774616" w:edGrp="everyone" w:colFirst="6" w:colLast="6"/>
            <w:permStart w:id="406484109" w:edGrp="everyone" w:colFirst="7" w:colLast="7"/>
            <w:permStart w:id="443683791" w:edGrp="everyone" w:colFirst="8" w:colLast="8"/>
            <w:permStart w:id="1983394274" w:edGrp="everyone" w:colFirst="9" w:colLast="9"/>
            <w:permEnd w:id="1808144134"/>
            <w:permEnd w:id="1660377679"/>
            <w:permEnd w:id="1992062362"/>
            <w:permEnd w:id="341593583"/>
            <w:permEnd w:id="59782977"/>
            <w:r w:rsidRPr="00161078">
              <w:rPr>
                <w:sz w:val="16"/>
                <w:lang w:val="pl-PL"/>
              </w:rPr>
              <w:t>8</w:t>
            </w:r>
          </w:p>
        </w:tc>
        <w:tc>
          <w:tcPr>
            <w:tcW w:w="2850" w:type="dxa"/>
            <w:vAlign w:val="center"/>
          </w:tcPr>
          <w:p w14:paraId="18372791" w14:textId="77777777" w:rsidR="006C2F0B" w:rsidRPr="00161078" w:rsidRDefault="006C2F0B">
            <w:pPr>
              <w:spacing w:before="20" w:after="20"/>
              <w:jc w:val="left"/>
              <w:rPr>
                <w:lang w:val="pl-PL"/>
              </w:rPr>
            </w:pPr>
            <w:r w:rsidRPr="00161078">
              <w:rPr>
                <w:sz w:val="16"/>
                <w:lang w:val="pl-PL"/>
              </w:rPr>
              <w:t xml:space="preserve">MACS® </w:t>
            </w:r>
            <w:proofErr w:type="spellStart"/>
            <w:r w:rsidRPr="00161078">
              <w:rPr>
                <w:sz w:val="16"/>
                <w:lang w:val="pl-PL"/>
              </w:rPr>
              <w:t>MultiStand</w:t>
            </w:r>
            <w:proofErr w:type="spellEnd"/>
          </w:p>
        </w:tc>
        <w:tc>
          <w:tcPr>
            <w:tcW w:w="1050" w:type="dxa"/>
            <w:vAlign w:val="center"/>
          </w:tcPr>
          <w:p w14:paraId="16F5AFA2" w14:textId="77777777" w:rsidR="006C2F0B" w:rsidRPr="00161078" w:rsidRDefault="006C2F0B">
            <w:pPr>
              <w:spacing w:before="20" w:after="20"/>
              <w:jc w:val="center"/>
              <w:rPr>
                <w:lang w:val="pl-PL"/>
              </w:rPr>
            </w:pPr>
            <w:r w:rsidRPr="00161078">
              <w:rPr>
                <w:sz w:val="16"/>
                <w:lang w:val="pl-PL"/>
              </w:rPr>
              <w:t>statyw służący do montażu separatorów</w:t>
            </w:r>
          </w:p>
        </w:tc>
        <w:tc>
          <w:tcPr>
            <w:tcW w:w="640" w:type="dxa"/>
            <w:vAlign w:val="center"/>
          </w:tcPr>
          <w:p w14:paraId="6A5F980A"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7058AEB1" w14:textId="77777777" w:rsidR="006C2F0B" w:rsidRPr="00161078" w:rsidRDefault="006C2F0B">
            <w:pPr>
              <w:spacing w:before="20" w:after="20"/>
              <w:jc w:val="center"/>
              <w:rPr>
                <w:lang w:val="pl-PL"/>
              </w:rPr>
            </w:pPr>
            <w:r>
              <w:rPr>
                <w:sz w:val="16"/>
                <w:lang w:val="pl-PL"/>
              </w:rPr>
              <w:t>1</w:t>
            </w:r>
          </w:p>
        </w:tc>
        <w:tc>
          <w:tcPr>
            <w:tcW w:w="1250" w:type="dxa"/>
            <w:vAlign w:val="center"/>
          </w:tcPr>
          <w:p w14:paraId="54516B3C" w14:textId="77777777" w:rsidR="006C2F0B" w:rsidRPr="00161078" w:rsidRDefault="006C2F0B">
            <w:pPr>
              <w:spacing w:before="20" w:after="20"/>
              <w:jc w:val="center"/>
              <w:rPr>
                <w:lang w:val="pl-PL"/>
              </w:rPr>
            </w:pPr>
          </w:p>
        </w:tc>
        <w:tc>
          <w:tcPr>
            <w:tcW w:w="620" w:type="dxa"/>
            <w:vAlign w:val="center"/>
          </w:tcPr>
          <w:p w14:paraId="528BCA0B" w14:textId="77777777" w:rsidR="006C2F0B" w:rsidRPr="00161078" w:rsidRDefault="006C2F0B">
            <w:pPr>
              <w:spacing w:before="20" w:after="20"/>
              <w:jc w:val="center"/>
              <w:rPr>
                <w:lang w:val="pl-PL"/>
              </w:rPr>
            </w:pPr>
          </w:p>
        </w:tc>
        <w:tc>
          <w:tcPr>
            <w:tcW w:w="1250" w:type="dxa"/>
            <w:vAlign w:val="center"/>
          </w:tcPr>
          <w:p w14:paraId="57D2DB64" w14:textId="77777777" w:rsidR="006C2F0B" w:rsidRPr="00161078" w:rsidRDefault="006C2F0B">
            <w:pPr>
              <w:spacing w:before="20" w:after="20"/>
              <w:jc w:val="center"/>
              <w:rPr>
                <w:lang w:val="pl-PL"/>
              </w:rPr>
            </w:pPr>
          </w:p>
        </w:tc>
        <w:tc>
          <w:tcPr>
            <w:tcW w:w="1350" w:type="dxa"/>
            <w:gridSpan w:val="2"/>
            <w:vAlign w:val="center"/>
          </w:tcPr>
          <w:p w14:paraId="4F376B89" w14:textId="77777777" w:rsidR="006C2F0B" w:rsidRPr="00161078" w:rsidRDefault="006C2F0B">
            <w:pPr>
              <w:spacing w:before="20" w:after="20"/>
              <w:jc w:val="center"/>
              <w:rPr>
                <w:lang w:val="pl-PL"/>
              </w:rPr>
            </w:pPr>
          </w:p>
        </w:tc>
        <w:tc>
          <w:tcPr>
            <w:tcW w:w="1350" w:type="dxa"/>
            <w:gridSpan w:val="2"/>
            <w:vAlign w:val="center"/>
          </w:tcPr>
          <w:p w14:paraId="1C25494E" w14:textId="77777777" w:rsidR="006C2F0B" w:rsidRPr="00161078" w:rsidRDefault="006C2F0B">
            <w:pPr>
              <w:spacing w:before="20" w:after="20"/>
              <w:jc w:val="center"/>
              <w:rPr>
                <w:lang w:val="pl-PL"/>
              </w:rPr>
            </w:pPr>
          </w:p>
        </w:tc>
      </w:tr>
      <w:tr w:rsidR="006C2F0B" w:rsidRPr="00161078" w14:paraId="4F36A710" w14:textId="77777777" w:rsidTr="00795294">
        <w:trPr>
          <w:jc w:val="center"/>
        </w:trPr>
        <w:tc>
          <w:tcPr>
            <w:tcW w:w="420" w:type="dxa"/>
            <w:vAlign w:val="center"/>
          </w:tcPr>
          <w:p w14:paraId="28136EAD" w14:textId="77777777" w:rsidR="006C2F0B" w:rsidRPr="00161078" w:rsidRDefault="006C2F0B">
            <w:pPr>
              <w:spacing w:before="20" w:after="20"/>
              <w:jc w:val="center"/>
              <w:rPr>
                <w:lang w:val="pl-PL"/>
              </w:rPr>
            </w:pPr>
            <w:permStart w:id="1191969206" w:edGrp="everyone" w:colFirst="5" w:colLast="5"/>
            <w:permStart w:id="1702520714" w:edGrp="everyone" w:colFirst="6" w:colLast="6"/>
            <w:permStart w:id="1773354617" w:edGrp="everyone" w:colFirst="7" w:colLast="7"/>
            <w:permStart w:id="1492792185" w:edGrp="everyone" w:colFirst="8" w:colLast="8"/>
            <w:permStart w:id="1278558984" w:edGrp="everyone" w:colFirst="9" w:colLast="9"/>
            <w:permEnd w:id="144463447"/>
            <w:permEnd w:id="1950774616"/>
            <w:permEnd w:id="406484109"/>
            <w:permEnd w:id="443683791"/>
            <w:permEnd w:id="1983394274"/>
            <w:r w:rsidRPr="00161078">
              <w:rPr>
                <w:sz w:val="16"/>
                <w:lang w:val="pl-PL"/>
              </w:rPr>
              <w:t>9</w:t>
            </w:r>
          </w:p>
        </w:tc>
        <w:tc>
          <w:tcPr>
            <w:tcW w:w="2850" w:type="dxa"/>
            <w:vAlign w:val="center"/>
          </w:tcPr>
          <w:p w14:paraId="0C89B62C" w14:textId="77777777" w:rsidR="006C2F0B" w:rsidRPr="00161078" w:rsidRDefault="006C2F0B">
            <w:pPr>
              <w:spacing w:before="20" w:after="20"/>
              <w:jc w:val="left"/>
              <w:rPr>
                <w:lang w:val="pl-PL"/>
              </w:rPr>
            </w:pPr>
            <w:proofErr w:type="spellStart"/>
            <w:r w:rsidRPr="00161078">
              <w:rPr>
                <w:sz w:val="16"/>
                <w:lang w:val="pl-PL"/>
              </w:rPr>
              <w:t>Vectofusin</w:t>
            </w:r>
            <w:proofErr w:type="spellEnd"/>
            <w:r w:rsidRPr="00161078">
              <w:rPr>
                <w:sz w:val="16"/>
                <w:lang w:val="pl-PL"/>
              </w:rPr>
              <w:t>®-1</w:t>
            </w:r>
          </w:p>
        </w:tc>
        <w:tc>
          <w:tcPr>
            <w:tcW w:w="1050" w:type="dxa"/>
            <w:vAlign w:val="center"/>
          </w:tcPr>
          <w:p w14:paraId="1A1E68DD" w14:textId="77777777" w:rsidR="006C2F0B" w:rsidRPr="00161078" w:rsidRDefault="006C2F0B">
            <w:pPr>
              <w:spacing w:before="20" w:after="20"/>
              <w:jc w:val="center"/>
              <w:rPr>
                <w:lang w:val="pl-PL"/>
              </w:rPr>
            </w:pPr>
            <w:r w:rsidRPr="00161078">
              <w:rPr>
                <w:sz w:val="16"/>
                <w:lang w:val="pl-PL"/>
              </w:rPr>
              <w:t xml:space="preserve">1 </w:t>
            </w:r>
            <w:proofErr w:type="spellStart"/>
            <w:r w:rsidRPr="00161078">
              <w:rPr>
                <w:sz w:val="16"/>
                <w:lang w:val="pl-PL"/>
              </w:rPr>
              <w:t>mg</w:t>
            </w:r>
            <w:proofErr w:type="spellEnd"/>
          </w:p>
        </w:tc>
        <w:tc>
          <w:tcPr>
            <w:tcW w:w="640" w:type="dxa"/>
            <w:vAlign w:val="center"/>
          </w:tcPr>
          <w:p w14:paraId="1BA9A694"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56682965" w14:textId="77777777" w:rsidR="006C2F0B" w:rsidRPr="00161078" w:rsidRDefault="006C2F0B">
            <w:pPr>
              <w:spacing w:before="20" w:after="20"/>
              <w:jc w:val="center"/>
              <w:rPr>
                <w:lang w:val="pl-PL"/>
              </w:rPr>
            </w:pPr>
            <w:r>
              <w:rPr>
                <w:sz w:val="16"/>
                <w:lang w:val="pl-PL"/>
              </w:rPr>
              <w:t>2</w:t>
            </w:r>
          </w:p>
        </w:tc>
        <w:tc>
          <w:tcPr>
            <w:tcW w:w="1250" w:type="dxa"/>
            <w:vAlign w:val="center"/>
          </w:tcPr>
          <w:p w14:paraId="74502714" w14:textId="77777777" w:rsidR="006C2F0B" w:rsidRPr="00161078" w:rsidRDefault="006C2F0B">
            <w:pPr>
              <w:spacing w:before="20" w:after="20"/>
              <w:jc w:val="center"/>
              <w:rPr>
                <w:lang w:val="pl-PL"/>
              </w:rPr>
            </w:pPr>
          </w:p>
        </w:tc>
        <w:tc>
          <w:tcPr>
            <w:tcW w:w="620" w:type="dxa"/>
            <w:vAlign w:val="center"/>
          </w:tcPr>
          <w:p w14:paraId="41F82812" w14:textId="77777777" w:rsidR="006C2F0B" w:rsidRPr="00161078" w:rsidRDefault="006C2F0B">
            <w:pPr>
              <w:spacing w:before="20" w:after="20"/>
              <w:jc w:val="center"/>
              <w:rPr>
                <w:lang w:val="pl-PL"/>
              </w:rPr>
            </w:pPr>
          </w:p>
        </w:tc>
        <w:tc>
          <w:tcPr>
            <w:tcW w:w="1250" w:type="dxa"/>
            <w:vAlign w:val="center"/>
          </w:tcPr>
          <w:p w14:paraId="6826137A" w14:textId="77777777" w:rsidR="006C2F0B" w:rsidRPr="00161078" w:rsidRDefault="006C2F0B">
            <w:pPr>
              <w:spacing w:before="20" w:after="20"/>
              <w:jc w:val="center"/>
              <w:rPr>
                <w:lang w:val="pl-PL"/>
              </w:rPr>
            </w:pPr>
          </w:p>
        </w:tc>
        <w:tc>
          <w:tcPr>
            <w:tcW w:w="1350" w:type="dxa"/>
            <w:gridSpan w:val="2"/>
            <w:vAlign w:val="center"/>
          </w:tcPr>
          <w:p w14:paraId="17C62077" w14:textId="77777777" w:rsidR="006C2F0B" w:rsidRPr="00161078" w:rsidRDefault="006C2F0B">
            <w:pPr>
              <w:spacing w:before="20" w:after="20"/>
              <w:jc w:val="center"/>
              <w:rPr>
                <w:lang w:val="pl-PL"/>
              </w:rPr>
            </w:pPr>
          </w:p>
        </w:tc>
        <w:tc>
          <w:tcPr>
            <w:tcW w:w="1350" w:type="dxa"/>
            <w:gridSpan w:val="2"/>
            <w:vAlign w:val="center"/>
          </w:tcPr>
          <w:p w14:paraId="26D83359" w14:textId="77777777" w:rsidR="006C2F0B" w:rsidRPr="00161078" w:rsidRDefault="006C2F0B">
            <w:pPr>
              <w:spacing w:before="20" w:after="20"/>
              <w:jc w:val="center"/>
              <w:rPr>
                <w:lang w:val="pl-PL"/>
              </w:rPr>
            </w:pPr>
          </w:p>
        </w:tc>
      </w:tr>
      <w:tr w:rsidR="006C2F0B" w:rsidRPr="00161078" w14:paraId="0F5C184B" w14:textId="77777777" w:rsidTr="00795294">
        <w:trPr>
          <w:jc w:val="center"/>
        </w:trPr>
        <w:tc>
          <w:tcPr>
            <w:tcW w:w="420" w:type="dxa"/>
            <w:vAlign w:val="center"/>
          </w:tcPr>
          <w:p w14:paraId="7EB3E075" w14:textId="77777777" w:rsidR="006C2F0B" w:rsidRPr="00161078" w:rsidRDefault="006C2F0B">
            <w:pPr>
              <w:spacing w:before="20" w:after="20"/>
              <w:jc w:val="center"/>
              <w:rPr>
                <w:lang w:val="pl-PL"/>
              </w:rPr>
            </w:pPr>
            <w:permStart w:id="1356480411" w:edGrp="everyone" w:colFirst="5" w:colLast="5"/>
            <w:permStart w:id="403012259" w:edGrp="everyone" w:colFirst="6" w:colLast="6"/>
            <w:permStart w:id="508238593" w:edGrp="everyone" w:colFirst="7" w:colLast="7"/>
            <w:permStart w:id="39339906" w:edGrp="everyone" w:colFirst="8" w:colLast="8"/>
            <w:permStart w:id="1780684636" w:edGrp="everyone" w:colFirst="9" w:colLast="9"/>
            <w:permEnd w:id="1191969206"/>
            <w:permEnd w:id="1702520714"/>
            <w:permEnd w:id="1773354617"/>
            <w:permEnd w:id="1492792185"/>
            <w:permEnd w:id="1278558984"/>
            <w:r w:rsidRPr="00161078">
              <w:rPr>
                <w:sz w:val="16"/>
                <w:lang w:val="pl-PL"/>
              </w:rPr>
              <w:lastRenderedPageBreak/>
              <w:t>10</w:t>
            </w:r>
          </w:p>
        </w:tc>
        <w:tc>
          <w:tcPr>
            <w:tcW w:w="2850" w:type="dxa"/>
            <w:vAlign w:val="center"/>
          </w:tcPr>
          <w:p w14:paraId="55B6EBED" w14:textId="77777777" w:rsidR="006C2F0B" w:rsidRPr="00161078" w:rsidRDefault="006C2F0B">
            <w:pPr>
              <w:spacing w:before="20" w:after="20"/>
              <w:jc w:val="left"/>
              <w:rPr>
                <w:lang w:val="pl-PL"/>
              </w:rPr>
            </w:pPr>
            <w:r w:rsidRPr="00161078">
              <w:rPr>
                <w:sz w:val="16"/>
                <w:lang w:val="pl-PL"/>
              </w:rPr>
              <w:t xml:space="preserve">GMP </w:t>
            </w:r>
            <w:proofErr w:type="spellStart"/>
            <w:r w:rsidRPr="00161078">
              <w:rPr>
                <w:sz w:val="16"/>
                <w:lang w:val="pl-PL"/>
              </w:rPr>
              <w:t>Recombinant</w:t>
            </w:r>
            <w:proofErr w:type="spellEnd"/>
            <w:r w:rsidRPr="00161078">
              <w:rPr>
                <w:sz w:val="16"/>
                <w:lang w:val="pl-PL"/>
              </w:rPr>
              <w:t xml:space="preserve"> Human IL-2</w:t>
            </w:r>
          </w:p>
        </w:tc>
        <w:tc>
          <w:tcPr>
            <w:tcW w:w="1050" w:type="dxa"/>
            <w:vAlign w:val="center"/>
          </w:tcPr>
          <w:p w14:paraId="6585D403" w14:textId="77777777" w:rsidR="006C2F0B" w:rsidRPr="00161078" w:rsidRDefault="006C2F0B">
            <w:pPr>
              <w:spacing w:before="20" w:after="20"/>
              <w:jc w:val="center"/>
              <w:rPr>
                <w:lang w:val="pl-PL"/>
              </w:rPr>
            </w:pPr>
            <w:r w:rsidRPr="00161078">
              <w:rPr>
                <w:sz w:val="16"/>
                <w:lang w:val="pl-PL"/>
              </w:rPr>
              <w:t>100 µg</w:t>
            </w:r>
          </w:p>
        </w:tc>
        <w:tc>
          <w:tcPr>
            <w:tcW w:w="640" w:type="dxa"/>
            <w:vAlign w:val="center"/>
          </w:tcPr>
          <w:p w14:paraId="5A236D07"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1C1A7BA3" w14:textId="77777777" w:rsidR="006C2F0B" w:rsidRPr="00161078" w:rsidRDefault="006C2F0B">
            <w:pPr>
              <w:spacing w:before="20" w:after="20"/>
              <w:jc w:val="center"/>
              <w:rPr>
                <w:lang w:val="pl-PL"/>
              </w:rPr>
            </w:pPr>
            <w:r>
              <w:rPr>
                <w:sz w:val="16"/>
                <w:lang w:val="pl-PL"/>
              </w:rPr>
              <w:t>18</w:t>
            </w:r>
          </w:p>
        </w:tc>
        <w:tc>
          <w:tcPr>
            <w:tcW w:w="1250" w:type="dxa"/>
            <w:vAlign w:val="center"/>
          </w:tcPr>
          <w:p w14:paraId="610B3C49" w14:textId="77777777" w:rsidR="006C2F0B" w:rsidRPr="00161078" w:rsidRDefault="006C2F0B">
            <w:pPr>
              <w:spacing w:before="20" w:after="20"/>
              <w:jc w:val="center"/>
              <w:rPr>
                <w:lang w:val="pl-PL"/>
              </w:rPr>
            </w:pPr>
          </w:p>
        </w:tc>
        <w:tc>
          <w:tcPr>
            <w:tcW w:w="620" w:type="dxa"/>
            <w:vAlign w:val="center"/>
          </w:tcPr>
          <w:p w14:paraId="07149E61" w14:textId="77777777" w:rsidR="006C2F0B" w:rsidRPr="00161078" w:rsidRDefault="006C2F0B">
            <w:pPr>
              <w:spacing w:before="20" w:after="20"/>
              <w:jc w:val="center"/>
              <w:rPr>
                <w:lang w:val="pl-PL"/>
              </w:rPr>
            </w:pPr>
          </w:p>
        </w:tc>
        <w:tc>
          <w:tcPr>
            <w:tcW w:w="1250" w:type="dxa"/>
            <w:vAlign w:val="center"/>
          </w:tcPr>
          <w:p w14:paraId="3D0CAB42" w14:textId="77777777" w:rsidR="006C2F0B" w:rsidRPr="00161078" w:rsidRDefault="006C2F0B">
            <w:pPr>
              <w:spacing w:before="20" w:after="20"/>
              <w:jc w:val="center"/>
              <w:rPr>
                <w:lang w:val="pl-PL"/>
              </w:rPr>
            </w:pPr>
          </w:p>
        </w:tc>
        <w:tc>
          <w:tcPr>
            <w:tcW w:w="1350" w:type="dxa"/>
            <w:gridSpan w:val="2"/>
            <w:vAlign w:val="center"/>
          </w:tcPr>
          <w:p w14:paraId="2A12C969" w14:textId="77777777" w:rsidR="006C2F0B" w:rsidRPr="00161078" w:rsidRDefault="006C2F0B">
            <w:pPr>
              <w:spacing w:before="20" w:after="20"/>
              <w:jc w:val="center"/>
              <w:rPr>
                <w:lang w:val="pl-PL"/>
              </w:rPr>
            </w:pPr>
          </w:p>
        </w:tc>
        <w:tc>
          <w:tcPr>
            <w:tcW w:w="1350" w:type="dxa"/>
            <w:gridSpan w:val="2"/>
            <w:vAlign w:val="center"/>
          </w:tcPr>
          <w:p w14:paraId="2DC59118" w14:textId="77777777" w:rsidR="006C2F0B" w:rsidRPr="00161078" w:rsidRDefault="006C2F0B">
            <w:pPr>
              <w:spacing w:before="20" w:after="20"/>
              <w:jc w:val="center"/>
              <w:rPr>
                <w:lang w:val="pl-PL"/>
              </w:rPr>
            </w:pPr>
          </w:p>
        </w:tc>
      </w:tr>
      <w:tr w:rsidR="006C2F0B" w:rsidRPr="00161078" w14:paraId="5209F80B" w14:textId="77777777" w:rsidTr="00795294">
        <w:trPr>
          <w:jc w:val="center"/>
        </w:trPr>
        <w:tc>
          <w:tcPr>
            <w:tcW w:w="420" w:type="dxa"/>
            <w:vAlign w:val="center"/>
          </w:tcPr>
          <w:p w14:paraId="5B1CAF2A" w14:textId="77777777" w:rsidR="006C2F0B" w:rsidRPr="00161078" w:rsidRDefault="006C2F0B">
            <w:pPr>
              <w:spacing w:before="20" w:after="20"/>
              <w:jc w:val="center"/>
              <w:rPr>
                <w:lang w:val="pl-PL"/>
              </w:rPr>
            </w:pPr>
            <w:permStart w:id="2050754482" w:edGrp="everyone" w:colFirst="5" w:colLast="5"/>
            <w:permStart w:id="1874799301" w:edGrp="everyone" w:colFirst="6" w:colLast="6"/>
            <w:permStart w:id="1685008966" w:edGrp="everyone" w:colFirst="7" w:colLast="7"/>
            <w:permStart w:id="1528384969" w:edGrp="everyone" w:colFirst="8" w:colLast="8"/>
            <w:permStart w:id="287907731" w:edGrp="everyone" w:colFirst="9" w:colLast="9"/>
            <w:permEnd w:id="1356480411"/>
            <w:permEnd w:id="403012259"/>
            <w:permEnd w:id="508238593"/>
            <w:permEnd w:id="39339906"/>
            <w:permEnd w:id="1780684636"/>
            <w:r w:rsidRPr="00161078">
              <w:rPr>
                <w:sz w:val="16"/>
                <w:lang w:val="pl-PL"/>
              </w:rPr>
              <w:t>11</w:t>
            </w:r>
          </w:p>
        </w:tc>
        <w:tc>
          <w:tcPr>
            <w:tcW w:w="2850" w:type="dxa"/>
            <w:vAlign w:val="center"/>
          </w:tcPr>
          <w:p w14:paraId="7678C7C1" w14:textId="77777777" w:rsidR="006C2F0B" w:rsidRPr="002C693F" w:rsidRDefault="006C2F0B">
            <w:pPr>
              <w:spacing w:before="20" w:after="20"/>
              <w:jc w:val="left"/>
            </w:pPr>
            <w:r w:rsidRPr="002C693F">
              <w:rPr>
                <w:sz w:val="16"/>
              </w:rPr>
              <w:t>MACS® GMP Cell Differentiation Bag - 250</w:t>
            </w:r>
          </w:p>
        </w:tc>
        <w:tc>
          <w:tcPr>
            <w:tcW w:w="1050" w:type="dxa"/>
            <w:vAlign w:val="center"/>
          </w:tcPr>
          <w:p w14:paraId="12942DBA" w14:textId="77777777" w:rsidR="006C2F0B" w:rsidRPr="00161078" w:rsidRDefault="006C2F0B">
            <w:pPr>
              <w:spacing w:before="20" w:after="20"/>
              <w:jc w:val="center"/>
              <w:rPr>
                <w:lang w:val="pl-PL"/>
              </w:rPr>
            </w:pPr>
            <w:r w:rsidRPr="00161078">
              <w:rPr>
                <w:sz w:val="16"/>
                <w:lang w:val="pl-PL"/>
              </w:rPr>
              <w:t>dla objętości 250 ml, 5 worków</w:t>
            </w:r>
          </w:p>
        </w:tc>
        <w:tc>
          <w:tcPr>
            <w:tcW w:w="640" w:type="dxa"/>
            <w:vAlign w:val="center"/>
          </w:tcPr>
          <w:p w14:paraId="59AB00BA"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1047B657" w14:textId="77777777" w:rsidR="006C2F0B" w:rsidRPr="00161078" w:rsidRDefault="006C2F0B">
            <w:pPr>
              <w:spacing w:before="20" w:after="20"/>
              <w:jc w:val="center"/>
              <w:rPr>
                <w:lang w:val="pl-PL"/>
              </w:rPr>
            </w:pPr>
            <w:r>
              <w:rPr>
                <w:sz w:val="16"/>
                <w:lang w:val="pl-PL"/>
              </w:rPr>
              <w:t>5</w:t>
            </w:r>
          </w:p>
        </w:tc>
        <w:tc>
          <w:tcPr>
            <w:tcW w:w="1250" w:type="dxa"/>
            <w:vAlign w:val="center"/>
          </w:tcPr>
          <w:p w14:paraId="4B17AFCC" w14:textId="77777777" w:rsidR="006C2F0B" w:rsidRPr="00161078" w:rsidRDefault="006C2F0B">
            <w:pPr>
              <w:spacing w:before="20" w:after="20"/>
              <w:jc w:val="center"/>
              <w:rPr>
                <w:lang w:val="pl-PL"/>
              </w:rPr>
            </w:pPr>
          </w:p>
        </w:tc>
        <w:tc>
          <w:tcPr>
            <w:tcW w:w="620" w:type="dxa"/>
            <w:vAlign w:val="center"/>
          </w:tcPr>
          <w:p w14:paraId="66C00A56" w14:textId="77777777" w:rsidR="006C2F0B" w:rsidRPr="00161078" w:rsidRDefault="006C2F0B">
            <w:pPr>
              <w:spacing w:before="20" w:after="20"/>
              <w:jc w:val="center"/>
              <w:rPr>
                <w:lang w:val="pl-PL"/>
              </w:rPr>
            </w:pPr>
          </w:p>
        </w:tc>
        <w:tc>
          <w:tcPr>
            <w:tcW w:w="1250" w:type="dxa"/>
            <w:vAlign w:val="center"/>
          </w:tcPr>
          <w:p w14:paraId="70596E4A" w14:textId="77777777" w:rsidR="006C2F0B" w:rsidRPr="00161078" w:rsidRDefault="006C2F0B">
            <w:pPr>
              <w:spacing w:before="20" w:after="20"/>
              <w:jc w:val="center"/>
              <w:rPr>
                <w:lang w:val="pl-PL"/>
              </w:rPr>
            </w:pPr>
          </w:p>
        </w:tc>
        <w:tc>
          <w:tcPr>
            <w:tcW w:w="1350" w:type="dxa"/>
            <w:gridSpan w:val="2"/>
            <w:vAlign w:val="center"/>
          </w:tcPr>
          <w:p w14:paraId="31E9000C" w14:textId="77777777" w:rsidR="006C2F0B" w:rsidRPr="00161078" w:rsidRDefault="006C2F0B">
            <w:pPr>
              <w:spacing w:before="20" w:after="20"/>
              <w:jc w:val="center"/>
              <w:rPr>
                <w:lang w:val="pl-PL"/>
              </w:rPr>
            </w:pPr>
          </w:p>
        </w:tc>
        <w:tc>
          <w:tcPr>
            <w:tcW w:w="1350" w:type="dxa"/>
            <w:gridSpan w:val="2"/>
            <w:vAlign w:val="center"/>
          </w:tcPr>
          <w:p w14:paraId="52B3AD3E" w14:textId="77777777" w:rsidR="006C2F0B" w:rsidRPr="00161078" w:rsidRDefault="006C2F0B">
            <w:pPr>
              <w:spacing w:before="20" w:after="20"/>
              <w:jc w:val="center"/>
              <w:rPr>
                <w:lang w:val="pl-PL"/>
              </w:rPr>
            </w:pPr>
          </w:p>
        </w:tc>
      </w:tr>
      <w:tr w:rsidR="006C2F0B" w:rsidRPr="00161078" w14:paraId="5FBD7D83" w14:textId="77777777" w:rsidTr="00795294">
        <w:trPr>
          <w:jc w:val="center"/>
        </w:trPr>
        <w:tc>
          <w:tcPr>
            <w:tcW w:w="420" w:type="dxa"/>
            <w:vAlign w:val="center"/>
          </w:tcPr>
          <w:p w14:paraId="637D93A3" w14:textId="77777777" w:rsidR="006C2F0B" w:rsidRPr="00161078" w:rsidRDefault="006C2F0B">
            <w:pPr>
              <w:spacing w:before="20" w:after="20"/>
              <w:jc w:val="center"/>
              <w:rPr>
                <w:lang w:val="pl-PL"/>
              </w:rPr>
            </w:pPr>
            <w:permStart w:id="2068281701" w:edGrp="everyone" w:colFirst="5" w:colLast="5"/>
            <w:permStart w:id="770317548" w:edGrp="everyone" w:colFirst="6" w:colLast="6"/>
            <w:permStart w:id="1995842071" w:edGrp="everyone" w:colFirst="7" w:colLast="7"/>
            <w:permStart w:id="2118588230" w:edGrp="everyone" w:colFirst="8" w:colLast="8"/>
            <w:permStart w:id="1647853667" w:edGrp="everyone" w:colFirst="9" w:colLast="9"/>
            <w:permEnd w:id="2050754482"/>
            <w:permEnd w:id="1874799301"/>
            <w:permEnd w:id="1685008966"/>
            <w:permEnd w:id="1528384969"/>
            <w:permEnd w:id="287907731"/>
            <w:r w:rsidRPr="00161078">
              <w:rPr>
                <w:sz w:val="16"/>
                <w:lang w:val="pl-PL"/>
              </w:rPr>
              <w:t>12</w:t>
            </w:r>
          </w:p>
        </w:tc>
        <w:tc>
          <w:tcPr>
            <w:tcW w:w="2850" w:type="dxa"/>
            <w:vAlign w:val="center"/>
          </w:tcPr>
          <w:p w14:paraId="6395C5A8" w14:textId="77777777" w:rsidR="006C2F0B" w:rsidRPr="00161078" w:rsidRDefault="006C2F0B">
            <w:pPr>
              <w:spacing w:before="20" w:after="20"/>
              <w:jc w:val="left"/>
              <w:rPr>
                <w:lang w:val="pl-PL"/>
              </w:rPr>
            </w:pPr>
            <w:proofErr w:type="spellStart"/>
            <w:r w:rsidRPr="00161078">
              <w:rPr>
                <w:sz w:val="16"/>
                <w:lang w:val="pl-PL"/>
              </w:rPr>
              <w:t>Luer</w:t>
            </w:r>
            <w:proofErr w:type="spellEnd"/>
            <w:r w:rsidRPr="00161078">
              <w:rPr>
                <w:sz w:val="16"/>
                <w:lang w:val="pl-PL"/>
              </w:rPr>
              <w:t>/</w:t>
            </w:r>
            <w:proofErr w:type="spellStart"/>
            <w:r w:rsidRPr="00161078">
              <w:rPr>
                <w:sz w:val="16"/>
                <w:lang w:val="pl-PL"/>
              </w:rPr>
              <w:t>Spike</w:t>
            </w:r>
            <w:proofErr w:type="spellEnd"/>
            <w:r w:rsidRPr="00161078">
              <w:rPr>
                <w:sz w:val="16"/>
                <w:lang w:val="pl-PL"/>
              </w:rPr>
              <w:t xml:space="preserve"> </w:t>
            </w:r>
            <w:proofErr w:type="spellStart"/>
            <w:r w:rsidRPr="00161078">
              <w:rPr>
                <w:sz w:val="16"/>
                <w:lang w:val="pl-PL"/>
              </w:rPr>
              <w:t>Interconnector</w:t>
            </w:r>
            <w:proofErr w:type="spellEnd"/>
            <w:r w:rsidRPr="00161078">
              <w:rPr>
                <w:sz w:val="16"/>
                <w:lang w:val="pl-PL"/>
              </w:rPr>
              <w:t>, CE</w:t>
            </w:r>
          </w:p>
        </w:tc>
        <w:tc>
          <w:tcPr>
            <w:tcW w:w="1050" w:type="dxa"/>
            <w:vAlign w:val="center"/>
          </w:tcPr>
          <w:p w14:paraId="03CC9806" w14:textId="77777777" w:rsidR="006C2F0B" w:rsidRPr="00161078" w:rsidRDefault="006C2F0B">
            <w:pPr>
              <w:spacing w:before="20" w:after="20"/>
              <w:jc w:val="center"/>
              <w:rPr>
                <w:lang w:val="pl-PL"/>
              </w:rPr>
            </w:pPr>
            <w:r w:rsidRPr="00161078">
              <w:rPr>
                <w:sz w:val="16"/>
                <w:lang w:val="pl-PL"/>
              </w:rPr>
              <w:t>5 sztuk</w:t>
            </w:r>
          </w:p>
        </w:tc>
        <w:tc>
          <w:tcPr>
            <w:tcW w:w="640" w:type="dxa"/>
            <w:vAlign w:val="center"/>
          </w:tcPr>
          <w:p w14:paraId="5AF0D76C"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648541BE" w14:textId="0ADDC27C" w:rsidR="006C2F0B" w:rsidRPr="00161078" w:rsidRDefault="002C693F">
            <w:pPr>
              <w:spacing w:before="20" w:after="20"/>
              <w:jc w:val="center"/>
              <w:rPr>
                <w:lang w:val="pl-PL"/>
              </w:rPr>
            </w:pPr>
            <w:r>
              <w:rPr>
                <w:sz w:val="16"/>
                <w:lang w:val="pl-PL"/>
              </w:rPr>
              <w:t>10</w:t>
            </w:r>
          </w:p>
        </w:tc>
        <w:tc>
          <w:tcPr>
            <w:tcW w:w="1250" w:type="dxa"/>
            <w:vAlign w:val="center"/>
          </w:tcPr>
          <w:p w14:paraId="6C18B37E" w14:textId="77777777" w:rsidR="006C2F0B" w:rsidRPr="00161078" w:rsidRDefault="006C2F0B">
            <w:pPr>
              <w:spacing w:before="20" w:after="20"/>
              <w:jc w:val="center"/>
              <w:rPr>
                <w:lang w:val="pl-PL"/>
              </w:rPr>
            </w:pPr>
          </w:p>
        </w:tc>
        <w:tc>
          <w:tcPr>
            <w:tcW w:w="620" w:type="dxa"/>
            <w:vAlign w:val="center"/>
          </w:tcPr>
          <w:p w14:paraId="0AAAD845" w14:textId="77777777" w:rsidR="006C2F0B" w:rsidRPr="00161078" w:rsidRDefault="006C2F0B">
            <w:pPr>
              <w:spacing w:before="20" w:after="20"/>
              <w:jc w:val="center"/>
              <w:rPr>
                <w:lang w:val="pl-PL"/>
              </w:rPr>
            </w:pPr>
          </w:p>
        </w:tc>
        <w:tc>
          <w:tcPr>
            <w:tcW w:w="1250" w:type="dxa"/>
            <w:vAlign w:val="center"/>
          </w:tcPr>
          <w:p w14:paraId="57378D55" w14:textId="77777777" w:rsidR="006C2F0B" w:rsidRPr="00161078" w:rsidRDefault="006C2F0B">
            <w:pPr>
              <w:spacing w:before="20" w:after="20"/>
              <w:jc w:val="center"/>
              <w:rPr>
                <w:lang w:val="pl-PL"/>
              </w:rPr>
            </w:pPr>
          </w:p>
        </w:tc>
        <w:tc>
          <w:tcPr>
            <w:tcW w:w="1350" w:type="dxa"/>
            <w:gridSpan w:val="2"/>
            <w:vAlign w:val="center"/>
          </w:tcPr>
          <w:p w14:paraId="0935CD8C" w14:textId="77777777" w:rsidR="006C2F0B" w:rsidRPr="00161078" w:rsidRDefault="006C2F0B">
            <w:pPr>
              <w:spacing w:before="20" w:after="20"/>
              <w:jc w:val="center"/>
              <w:rPr>
                <w:lang w:val="pl-PL"/>
              </w:rPr>
            </w:pPr>
          </w:p>
        </w:tc>
        <w:tc>
          <w:tcPr>
            <w:tcW w:w="1350" w:type="dxa"/>
            <w:gridSpan w:val="2"/>
            <w:vAlign w:val="center"/>
          </w:tcPr>
          <w:p w14:paraId="701B3B43" w14:textId="77777777" w:rsidR="006C2F0B" w:rsidRPr="00161078" w:rsidRDefault="006C2F0B">
            <w:pPr>
              <w:spacing w:before="20" w:after="20"/>
              <w:jc w:val="center"/>
              <w:rPr>
                <w:lang w:val="pl-PL"/>
              </w:rPr>
            </w:pPr>
          </w:p>
        </w:tc>
      </w:tr>
      <w:tr w:rsidR="006C2F0B" w:rsidRPr="00161078" w14:paraId="20557883" w14:textId="77777777" w:rsidTr="00795294">
        <w:trPr>
          <w:jc w:val="center"/>
        </w:trPr>
        <w:tc>
          <w:tcPr>
            <w:tcW w:w="420" w:type="dxa"/>
            <w:vAlign w:val="center"/>
          </w:tcPr>
          <w:p w14:paraId="0384F451" w14:textId="77777777" w:rsidR="006C2F0B" w:rsidRPr="00161078" w:rsidRDefault="006C2F0B">
            <w:pPr>
              <w:spacing w:before="20" w:after="20"/>
              <w:jc w:val="center"/>
              <w:rPr>
                <w:lang w:val="pl-PL"/>
              </w:rPr>
            </w:pPr>
            <w:permStart w:id="1059215810" w:edGrp="everyone" w:colFirst="5" w:colLast="5"/>
            <w:permStart w:id="767964304" w:edGrp="everyone" w:colFirst="6" w:colLast="6"/>
            <w:permStart w:id="1595818524" w:edGrp="everyone" w:colFirst="7" w:colLast="7"/>
            <w:permStart w:id="1316243645" w:edGrp="everyone" w:colFirst="8" w:colLast="8"/>
            <w:permStart w:id="358972057" w:edGrp="everyone" w:colFirst="9" w:colLast="9"/>
            <w:permEnd w:id="2068281701"/>
            <w:permEnd w:id="770317548"/>
            <w:permEnd w:id="1995842071"/>
            <w:permEnd w:id="2118588230"/>
            <w:permEnd w:id="1647853667"/>
            <w:r w:rsidRPr="00161078">
              <w:rPr>
                <w:sz w:val="16"/>
                <w:lang w:val="pl-PL"/>
              </w:rPr>
              <w:t>13</w:t>
            </w:r>
          </w:p>
        </w:tc>
        <w:tc>
          <w:tcPr>
            <w:tcW w:w="2850" w:type="dxa"/>
            <w:vAlign w:val="center"/>
          </w:tcPr>
          <w:p w14:paraId="1E9D8638" w14:textId="77777777" w:rsidR="006C2F0B" w:rsidRPr="00161078" w:rsidRDefault="006C2F0B">
            <w:pPr>
              <w:spacing w:before="20" w:after="20"/>
              <w:jc w:val="left"/>
              <w:rPr>
                <w:lang w:val="pl-PL"/>
              </w:rPr>
            </w:pPr>
            <w:r w:rsidRPr="00161078">
              <w:rPr>
                <w:sz w:val="16"/>
                <w:lang w:val="pl-PL"/>
              </w:rPr>
              <w:t xml:space="preserve">GMP Cell </w:t>
            </w:r>
            <w:proofErr w:type="spellStart"/>
            <w:r w:rsidRPr="00161078">
              <w:rPr>
                <w:sz w:val="16"/>
                <w:lang w:val="pl-PL"/>
              </w:rPr>
              <w:t>Differentiation</w:t>
            </w:r>
            <w:proofErr w:type="spellEnd"/>
            <w:r w:rsidRPr="00161078">
              <w:rPr>
                <w:sz w:val="16"/>
                <w:lang w:val="pl-PL"/>
              </w:rPr>
              <w:t xml:space="preserve"> </w:t>
            </w:r>
            <w:proofErr w:type="spellStart"/>
            <w:r w:rsidRPr="00161078">
              <w:rPr>
                <w:sz w:val="16"/>
                <w:lang w:val="pl-PL"/>
              </w:rPr>
              <w:t>Bag</w:t>
            </w:r>
            <w:proofErr w:type="spellEnd"/>
            <w:r w:rsidRPr="00161078">
              <w:rPr>
                <w:sz w:val="16"/>
                <w:lang w:val="pl-PL"/>
              </w:rPr>
              <w:t xml:space="preserve"> - 500</w:t>
            </w:r>
          </w:p>
        </w:tc>
        <w:tc>
          <w:tcPr>
            <w:tcW w:w="1050" w:type="dxa"/>
            <w:vAlign w:val="center"/>
          </w:tcPr>
          <w:p w14:paraId="1C32CE10" w14:textId="77777777" w:rsidR="006C2F0B" w:rsidRPr="00161078" w:rsidRDefault="006C2F0B">
            <w:pPr>
              <w:spacing w:before="20" w:after="20"/>
              <w:jc w:val="center"/>
              <w:rPr>
                <w:lang w:val="pl-PL"/>
              </w:rPr>
            </w:pPr>
            <w:r w:rsidRPr="00161078">
              <w:rPr>
                <w:sz w:val="16"/>
                <w:lang w:val="pl-PL"/>
              </w:rPr>
              <w:t>dla objętości 500 ml, 5 worków</w:t>
            </w:r>
          </w:p>
        </w:tc>
        <w:tc>
          <w:tcPr>
            <w:tcW w:w="640" w:type="dxa"/>
            <w:vAlign w:val="center"/>
          </w:tcPr>
          <w:p w14:paraId="64180CBC"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09AD68BC" w14:textId="1A7C80B7" w:rsidR="006C2F0B" w:rsidRPr="00161078" w:rsidRDefault="002C693F">
            <w:pPr>
              <w:spacing w:before="20" w:after="20"/>
              <w:jc w:val="center"/>
              <w:rPr>
                <w:lang w:val="pl-PL"/>
              </w:rPr>
            </w:pPr>
            <w:r>
              <w:rPr>
                <w:sz w:val="16"/>
                <w:lang w:val="pl-PL"/>
              </w:rPr>
              <w:t>7</w:t>
            </w:r>
          </w:p>
        </w:tc>
        <w:tc>
          <w:tcPr>
            <w:tcW w:w="1250" w:type="dxa"/>
            <w:vAlign w:val="center"/>
          </w:tcPr>
          <w:p w14:paraId="3FBBD7BC" w14:textId="77777777" w:rsidR="006C2F0B" w:rsidRPr="00161078" w:rsidRDefault="006C2F0B">
            <w:pPr>
              <w:spacing w:before="20" w:after="20"/>
              <w:jc w:val="center"/>
              <w:rPr>
                <w:lang w:val="pl-PL"/>
              </w:rPr>
            </w:pPr>
          </w:p>
        </w:tc>
        <w:tc>
          <w:tcPr>
            <w:tcW w:w="620" w:type="dxa"/>
            <w:vAlign w:val="center"/>
          </w:tcPr>
          <w:p w14:paraId="24501021" w14:textId="77777777" w:rsidR="006C2F0B" w:rsidRPr="00161078" w:rsidRDefault="006C2F0B">
            <w:pPr>
              <w:spacing w:before="20" w:after="20"/>
              <w:jc w:val="center"/>
              <w:rPr>
                <w:lang w:val="pl-PL"/>
              </w:rPr>
            </w:pPr>
          </w:p>
        </w:tc>
        <w:tc>
          <w:tcPr>
            <w:tcW w:w="1250" w:type="dxa"/>
            <w:vAlign w:val="center"/>
          </w:tcPr>
          <w:p w14:paraId="2E878ABF" w14:textId="77777777" w:rsidR="006C2F0B" w:rsidRPr="00161078" w:rsidRDefault="006C2F0B">
            <w:pPr>
              <w:spacing w:before="20" w:after="20"/>
              <w:jc w:val="center"/>
              <w:rPr>
                <w:lang w:val="pl-PL"/>
              </w:rPr>
            </w:pPr>
          </w:p>
        </w:tc>
        <w:tc>
          <w:tcPr>
            <w:tcW w:w="1350" w:type="dxa"/>
            <w:gridSpan w:val="2"/>
            <w:vAlign w:val="center"/>
          </w:tcPr>
          <w:p w14:paraId="20E2832D" w14:textId="77777777" w:rsidR="006C2F0B" w:rsidRPr="00161078" w:rsidRDefault="006C2F0B">
            <w:pPr>
              <w:spacing w:before="20" w:after="20"/>
              <w:jc w:val="center"/>
              <w:rPr>
                <w:lang w:val="pl-PL"/>
              </w:rPr>
            </w:pPr>
          </w:p>
        </w:tc>
        <w:tc>
          <w:tcPr>
            <w:tcW w:w="1350" w:type="dxa"/>
            <w:gridSpan w:val="2"/>
            <w:vAlign w:val="center"/>
          </w:tcPr>
          <w:p w14:paraId="2CCF1B42" w14:textId="77777777" w:rsidR="006C2F0B" w:rsidRPr="00161078" w:rsidRDefault="006C2F0B">
            <w:pPr>
              <w:spacing w:before="20" w:after="20"/>
              <w:jc w:val="center"/>
              <w:rPr>
                <w:lang w:val="pl-PL"/>
              </w:rPr>
            </w:pPr>
          </w:p>
        </w:tc>
      </w:tr>
      <w:tr w:rsidR="006C2F0B" w:rsidRPr="00161078" w14:paraId="6B2C3A89" w14:textId="77777777" w:rsidTr="00795294">
        <w:trPr>
          <w:jc w:val="center"/>
        </w:trPr>
        <w:tc>
          <w:tcPr>
            <w:tcW w:w="420" w:type="dxa"/>
            <w:vAlign w:val="center"/>
          </w:tcPr>
          <w:p w14:paraId="09FD02A6" w14:textId="77777777" w:rsidR="006C2F0B" w:rsidRPr="00161078" w:rsidRDefault="006C2F0B">
            <w:pPr>
              <w:spacing w:before="20" w:after="20"/>
              <w:jc w:val="center"/>
              <w:rPr>
                <w:lang w:val="pl-PL"/>
              </w:rPr>
            </w:pPr>
            <w:permStart w:id="479750261" w:edGrp="everyone" w:colFirst="5" w:colLast="5"/>
            <w:permStart w:id="418129285" w:edGrp="everyone" w:colFirst="6" w:colLast="6"/>
            <w:permStart w:id="1249200214" w:edGrp="everyone" w:colFirst="7" w:colLast="7"/>
            <w:permStart w:id="1364341751" w:edGrp="everyone" w:colFirst="8" w:colLast="8"/>
            <w:permStart w:id="1308195883" w:edGrp="everyone" w:colFirst="9" w:colLast="9"/>
            <w:permEnd w:id="1059215810"/>
            <w:permEnd w:id="767964304"/>
            <w:permEnd w:id="1595818524"/>
            <w:permEnd w:id="1316243645"/>
            <w:permEnd w:id="358972057"/>
            <w:r w:rsidRPr="00161078">
              <w:rPr>
                <w:sz w:val="16"/>
                <w:lang w:val="pl-PL"/>
              </w:rPr>
              <w:t>14</w:t>
            </w:r>
          </w:p>
        </w:tc>
        <w:tc>
          <w:tcPr>
            <w:tcW w:w="2850" w:type="dxa"/>
            <w:vAlign w:val="center"/>
          </w:tcPr>
          <w:p w14:paraId="4A5B519A" w14:textId="77777777" w:rsidR="006C2F0B" w:rsidRPr="00161078" w:rsidRDefault="006C2F0B">
            <w:pPr>
              <w:spacing w:before="20" w:after="20"/>
              <w:jc w:val="left"/>
              <w:rPr>
                <w:lang w:val="pl-PL"/>
              </w:rPr>
            </w:pPr>
            <w:r w:rsidRPr="00161078">
              <w:rPr>
                <w:sz w:val="16"/>
                <w:lang w:val="pl-PL"/>
              </w:rPr>
              <w:t xml:space="preserve">MS </w:t>
            </w:r>
            <w:proofErr w:type="spellStart"/>
            <w:r w:rsidRPr="00161078">
              <w:rPr>
                <w:sz w:val="16"/>
                <w:lang w:val="pl-PL"/>
              </w:rPr>
              <w:t>Columns</w:t>
            </w:r>
            <w:proofErr w:type="spellEnd"/>
          </w:p>
        </w:tc>
        <w:tc>
          <w:tcPr>
            <w:tcW w:w="1050" w:type="dxa"/>
            <w:vAlign w:val="center"/>
          </w:tcPr>
          <w:p w14:paraId="2C565CBC" w14:textId="77777777" w:rsidR="006C2F0B" w:rsidRPr="00161078" w:rsidRDefault="006C2F0B">
            <w:pPr>
              <w:spacing w:before="20" w:after="20"/>
              <w:jc w:val="center"/>
              <w:rPr>
                <w:lang w:val="pl-PL"/>
              </w:rPr>
            </w:pPr>
            <w:r w:rsidRPr="00161078">
              <w:rPr>
                <w:sz w:val="16"/>
                <w:lang w:val="pl-PL"/>
              </w:rPr>
              <w:t>25 kolumn</w:t>
            </w:r>
          </w:p>
        </w:tc>
        <w:tc>
          <w:tcPr>
            <w:tcW w:w="640" w:type="dxa"/>
            <w:vAlign w:val="center"/>
          </w:tcPr>
          <w:p w14:paraId="08305F55"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42C5FAD9" w14:textId="26D566B1" w:rsidR="006C2F0B" w:rsidRPr="00161078" w:rsidRDefault="002C693F">
            <w:pPr>
              <w:spacing w:before="20" w:after="20"/>
              <w:jc w:val="center"/>
              <w:rPr>
                <w:lang w:val="pl-PL"/>
              </w:rPr>
            </w:pPr>
            <w:r>
              <w:rPr>
                <w:sz w:val="16"/>
                <w:lang w:val="pl-PL"/>
              </w:rPr>
              <w:t>3</w:t>
            </w:r>
          </w:p>
        </w:tc>
        <w:tc>
          <w:tcPr>
            <w:tcW w:w="1250" w:type="dxa"/>
            <w:vAlign w:val="center"/>
          </w:tcPr>
          <w:p w14:paraId="53512B63" w14:textId="77777777" w:rsidR="006C2F0B" w:rsidRPr="00161078" w:rsidRDefault="006C2F0B">
            <w:pPr>
              <w:spacing w:before="20" w:after="20"/>
              <w:jc w:val="center"/>
              <w:rPr>
                <w:lang w:val="pl-PL"/>
              </w:rPr>
            </w:pPr>
          </w:p>
        </w:tc>
        <w:tc>
          <w:tcPr>
            <w:tcW w:w="620" w:type="dxa"/>
            <w:vAlign w:val="center"/>
          </w:tcPr>
          <w:p w14:paraId="6BFA68A7" w14:textId="77777777" w:rsidR="006C2F0B" w:rsidRPr="00161078" w:rsidRDefault="006C2F0B">
            <w:pPr>
              <w:spacing w:before="20" w:after="20"/>
              <w:jc w:val="center"/>
              <w:rPr>
                <w:lang w:val="pl-PL"/>
              </w:rPr>
            </w:pPr>
          </w:p>
        </w:tc>
        <w:tc>
          <w:tcPr>
            <w:tcW w:w="1250" w:type="dxa"/>
            <w:vAlign w:val="center"/>
          </w:tcPr>
          <w:p w14:paraId="008DB9E5" w14:textId="77777777" w:rsidR="006C2F0B" w:rsidRPr="00161078" w:rsidRDefault="006C2F0B">
            <w:pPr>
              <w:spacing w:before="20" w:after="20"/>
              <w:jc w:val="center"/>
              <w:rPr>
                <w:lang w:val="pl-PL"/>
              </w:rPr>
            </w:pPr>
          </w:p>
        </w:tc>
        <w:tc>
          <w:tcPr>
            <w:tcW w:w="1350" w:type="dxa"/>
            <w:gridSpan w:val="2"/>
            <w:vAlign w:val="center"/>
          </w:tcPr>
          <w:p w14:paraId="582136F8" w14:textId="77777777" w:rsidR="006C2F0B" w:rsidRPr="00161078" w:rsidRDefault="006C2F0B">
            <w:pPr>
              <w:spacing w:before="20" w:after="20"/>
              <w:jc w:val="center"/>
              <w:rPr>
                <w:lang w:val="pl-PL"/>
              </w:rPr>
            </w:pPr>
          </w:p>
        </w:tc>
        <w:tc>
          <w:tcPr>
            <w:tcW w:w="1350" w:type="dxa"/>
            <w:gridSpan w:val="2"/>
            <w:vAlign w:val="center"/>
          </w:tcPr>
          <w:p w14:paraId="0D46AB74" w14:textId="77777777" w:rsidR="006C2F0B" w:rsidRPr="00161078" w:rsidRDefault="006C2F0B">
            <w:pPr>
              <w:spacing w:before="20" w:after="20"/>
              <w:jc w:val="center"/>
              <w:rPr>
                <w:lang w:val="pl-PL"/>
              </w:rPr>
            </w:pPr>
          </w:p>
        </w:tc>
      </w:tr>
      <w:tr w:rsidR="006C2F0B" w:rsidRPr="00161078" w14:paraId="60ED721C" w14:textId="77777777" w:rsidTr="00795294">
        <w:trPr>
          <w:jc w:val="center"/>
        </w:trPr>
        <w:tc>
          <w:tcPr>
            <w:tcW w:w="420" w:type="dxa"/>
            <w:vAlign w:val="center"/>
          </w:tcPr>
          <w:p w14:paraId="1ACE78DB" w14:textId="77777777" w:rsidR="006C2F0B" w:rsidRPr="00161078" w:rsidRDefault="006C2F0B">
            <w:pPr>
              <w:spacing w:before="20" w:after="20"/>
              <w:jc w:val="center"/>
              <w:rPr>
                <w:lang w:val="pl-PL"/>
              </w:rPr>
            </w:pPr>
            <w:permStart w:id="139267562" w:edGrp="everyone" w:colFirst="5" w:colLast="5"/>
            <w:permStart w:id="1373581950" w:edGrp="everyone" w:colFirst="6" w:colLast="6"/>
            <w:permStart w:id="1364729929" w:edGrp="everyone" w:colFirst="7" w:colLast="7"/>
            <w:permStart w:id="1294622948" w:edGrp="everyone" w:colFirst="8" w:colLast="8"/>
            <w:permStart w:id="611522838" w:edGrp="everyone" w:colFirst="9" w:colLast="9"/>
            <w:permEnd w:id="479750261"/>
            <w:permEnd w:id="418129285"/>
            <w:permEnd w:id="1249200214"/>
            <w:permEnd w:id="1364341751"/>
            <w:permEnd w:id="1308195883"/>
            <w:r w:rsidRPr="00161078">
              <w:rPr>
                <w:sz w:val="16"/>
                <w:lang w:val="pl-PL"/>
              </w:rPr>
              <w:t>15</w:t>
            </w:r>
          </w:p>
        </w:tc>
        <w:tc>
          <w:tcPr>
            <w:tcW w:w="2850" w:type="dxa"/>
            <w:vAlign w:val="center"/>
          </w:tcPr>
          <w:p w14:paraId="7DFF305D" w14:textId="77777777" w:rsidR="006C2F0B" w:rsidRPr="002C693F" w:rsidRDefault="006C2F0B">
            <w:pPr>
              <w:spacing w:before="20" w:after="20"/>
              <w:jc w:val="left"/>
            </w:pPr>
            <w:r w:rsidRPr="002C693F">
              <w:rPr>
                <w:sz w:val="16"/>
              </w:rPr>
              <w:t>CD4+ T Cell Isolation Kit, human</w:t>
            </w:r>
          </w:p>
        </w:tc>
        <w:tc>
          <w:tcPr>
            <w:tcW w:w="1050" w:type="dxa"/>
            <w:vAlign w:val="center"/>
          </w:tcPr>
          <w:p w14:paraId="41EF5293" w14:textId="77777777" w:rsidR="006C2F0B" w:rsidRPr="00161078" w:rsidRDefault="006C2F0B">
            <w:pPr>
              <w:spacing w:before="20" w:after="20"/>
              <w:jc w:val="center"/>
              <w:rPr>
                <w:lang w:val="pl-PL"/>
              </w:rPr>
            </w:pPr>
            <w:r w:rsidRPr="00161078">
              <w:rPr>
                <w:sz w:val="16"/>
                <w:lang w:val="pl-PL"/>
              </w:rPr>
              <w:t>dla łącznie 1×10⁹ komórek</w:t>
            </w:r>
          </w:p>
        </w:tc>
        <w:tc>
          <w:tcPr>
            <w:tcW w:w="640" w:type="dxa"/>
            <w:vAlign w:val="center"/>
          </w:tcPr>
          <w:p w14:paraId="153FB5BC"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482BA917" w14:textId="77777777" w:rsidR="006C2F0B" w:rsidRPr="00161078" w:rsidRDefault="006C2F0B">
            <w:pPr>
              <w:spacing w:before="20" w:after="20"/>
              <w:jc w:val="center"/>
              <w:rPr>
                <w:lang w:val="pl-PL"/>
              </w:rPr>
            </w:pPr>
            <w:r>
              <w:rPr>
                <w:sz w:val="16"/>
                <w:lang w:val="pl-PL"/>
              </w:rPr>
              <w:t>4</w:t>
            </w:r>
          </w:p>
        </w:tc>
        <w:tc>
          <w:tcPr>
            <w:tcW w:w="1250" w:type="dxa"/>
            <w:vAlign w:val="center"/>
          </w:tcPr>
          <w:p w14:paraId="5809E032" w14:textId="77777777" w:rsidR="006C2F0B" w:rsidRPr="00161078" w:rsidRDefault="006C2F0B">
            <w:pPr>
              <w:spacing w:before="20" w:after="20"/>
              <w:jc w:val="center"/>
              <w:rPr>
                <w:lang w:val="pl-PL"/>
              </w:rPr>
            </w:pPr>
          </w:p>
        </w:tc>
        <w:tc>
          <w:tcPr>
            <w:tcW w:w="620" w:type="dxa"/>
            <w:vAlign w:val="center"/>
          </w:tcPr>
          <w:p w14:paraId="0DEAD5FA" w14:textId="77777777" w:rsidR="006C2F0B" w:rsidRPr="00161078" w:rsidRDefault="006C2F0B">
            <w:pPr>
              <w:spacing w:before="20" w:after="20"/>
              <w:jc w:val="center"/>
              <w:rPr>
                <w:lang w:val="pl-PL"/>
              </w:rPr>
            </w:pPr>
          </w:p>
        </w:tc>
        <w:tc>
          <w:tcPr>
            <w:tcW w:w="1250" w:type="dxa"/>
            <w:vAlign w:val="center"/>
          </w:tcPr>
          <w:p w14:paraId="051F9C4F" w14:textId="77777777" w:rsidR="006C2F0B" w:rsidRPr="00161078" w:rsidRDefault="006C2F0B">
            <w:pPr>
              <w:spacing w:before="20" w:after="20"/>
              <w:jc w:val="center"/>
              <w:rPr>
                <w:lang w:val="pl-PL"/>
              </w:rPr>
            </w:pPr>
          </w:p>
        </w:tc>
        <w:tc>
          <w:tcPr>
            <w:tcW w:w="1350" w:type="dxa"/>
            <w:gridSpan w:val="2"/>
            <w:vAlign w:val="center"/>
          </w:tcPr>
          <w:p w14:paraId="28BC36ED" w14:textId="77777777" w:rsidR="006C2F0B" w:rsidRPr="00161078" w:rsidRDefault="006C2F0B">
            <w:pPr>
              <w:spacing w:before="20" w:after="20"/>
              <w:jc w:val="center"/>
              <w:rPr>
                <w:lang w:val="pl-PL"/>
              </w:rPr>
            </w:pPr>
          </w:p>
        </w:tc>
        <w:tc>
          <w:tcPr>
            <w:tcW w:w="1350" w:type="dxa"/>
            <w:gridSpan w:val="2"/>
            <w:vAlign w:val="center"/>
          </w:tcPr>
          <w:p w14:paraId="5793ECBA" w14:textId="77777777" w:rsidR="006C2F0B" w:rsidRPr="00161078" w:rsidRDefault="006C2F0B">
            <w:pPr>
              <w:spacing w:before="20" w:after="20"/>
              <w:jc w:val="center"/>
              <w:rPr>
                <w:lang w:val="pl-PL"/>
              </w:rPr>
            </w:pPr>
          </w:p>
        </w:tc>
      </w:tr>
      <w:tr w:rsidR="006C2F0B" w:rsidRPr="00161078" w14:paraId="532D57F8" w14:textId="77777777" w:rsidTr="00795294">
        <w:trPr>
          <w:jc w:val="center"/>
        </w:trPr>
        <w:tc>
          <w:tcPr>
            <w:tcW w:w="420" w:type="dxa"/>
            <w:vAlign w:val="center"/>
          </w:tcPr>
          <w:p w14:paraId="103F9483" w14:textId="77777777" w:rsidR="006C2F0B" w:rsidRPr="00161078" w:rsidRDefault="006C2F0B">
            <w:pPr>
              <w:spacing w:before="20" w:after="20"/>
              <w:jc w:val="center"/>
              <w:rPr>
                <w:lang w:val="pl-PL"/>
              </w:rPr>
            </w:pPr>
            <w:permStart w:id="1968444659" w:edGrp="everyone" w:colFirst="5" w:colLast="5"/>
            <w:permStart w:id="514878251" w:edGrp="everyone" w:colFirst="6" w:colLast="6"/>
            <w:permStart w:id="900954561" w:edGrp="everyone" w:colFirst="7" w:colLast="7"/>
            <w:permStart w:id="476405156" w:edGrp="everyone" w:colFirst="8" w:colLast="8"/>
            <w:permStart w:id="781975692" w:edGrp="everyone" w:colFirst="9" w:colLast="9"/>
            <w:permEnd w:id="139267562"/>
            <w:permEnd w:id="1373581950"/>
            <w:permEnd w:id="1364729929"/>
            <w:permEnd w:id="1294622948"/>
            <w:permEnd w:id="611522838"/>
            <w:r w:rsidRPr="00161078">
              <w:rPr>
                <w:sz w:val="16"/>
                <w:lang w:val="pl-PL"/>
              </w:rPr>
              <w:t>16</w:t>
            </w:r>
          </w:p>
        </w:tc>
        <w:tc>
          <w:tcPr>
            <w:tcW w:w="2850" w:type="dxa"/>
            <w:vAlign w:val="center"/>
          </w:tcPr>
          <w:p w14:paraId="72310E20" w14:textId="77777777" w:rsidR="006C2F0B" w:rsidRPr="002C693F" w:rsidRDefault="006C2F0B">
            <w:pPr>
              <w:spacing w:before="20" w:after="20"/>
              <w:jc w:val="left"/>
            </w:pPr>
            <w:r w:rsidRPr="002C693F">
              <w:rPr>
                <w:sz w:val="16"/>
              </w:rPr>
              <w:t>CD8+ T Cell Isolation Kit, human</w:t>
            </w:r>
          </w:p>
        </w:tc>
        <w:tc>
          <w:tcPr>
            <w:tcW w:w="1050" w:type="dxa"/>
            <w:vAlign w:val="center"/>
          </w:tcPr>
          <w:p w14:paraId="5EF7C5BA" w14:textId="77777777" w:rsidR="006C2F0B" w:rsidRPr="00161078" w:rsidRDefault="006C2F0B">
            <w:pPr>
              <w:spacing w:before="20" w:after="20"/>
              <w:jc w:val="center"/>
              <w:rPr>
                <w:lang w:val="pl-PL"/>
              </w:rPr>
            </w:pPr>
            <w:r w:rsidRPr="00161078">
              <w:rPr>
                <w:sz w:val="16"/>
                <w:lang w:val="pl-PL"/>
              </w:rPr>
              <w:t>dla łącznie 1×10⁹ komórek</w:t>
            </w:r>
          </w:p>
        </w:tc>
        <w:tc>
          <w:tcPr>
            <w:tcW w:w="640" w:type="dxa"/>
            <w:vAlign w:val="center"/>
          </w:tcPr>
          <w:p w14:paraId="6269642F"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00354355" w14:textId="77777777" w:rsidR="006C2F0B" w:rsidRPr="00161078" w:rsidRDefault="006C2F0B">
            <w:pPr>
              <w:spacing w:before="20" w:after="20"/>
              <w:jc w:val="center"/>
              <w:rPr>
                <w:lang w:val="pl-PL"/>
              </w:rPr>
            </w:pPr>
            <w:r>
              <w:rPr>
                <w:sz w:val="16"/>
                <w:lang w:val="pl-PL"/>
              </w:rPr>
              <w:t>4</w:t>
            </w:r>
          </w:p>
        </w:tc>
        <w:tc>
          <w:tcPr>
            <w:tcW w:w="1250" w:type="dxa"/>
            <w:vAlign w:val="center"/>
          </w:tcPr>
          <w:p w14:paraId="33747D68" w14:textId="77777777" w:rsidR="006C2F0B" w:rsidRPr="00161078" w:rsidRDefault="006C2F0B">
            <w:pPr>
              <w:spacing w:before="20" w:after="20"/>
              <w:jc w:val="center"/>
              <w:rPr>
                <w:lang w:val="pl-PL"/>
              </w:rPr>
            </w:pPr>
          </w:p>
        </w:tc>
        <w:tc>
          <w:tcPr>
            <w:tcW w:w="620" w:type="dxa"/>
            <w:vAlign w:val="center"/>
          </w:tcPr>
          <w:p w14:paraId="16FBC2BA" w14:textId="77777777" w:rsidR="006C2F0B" w:rsidRPr="00161078" w:rsidRDefault="006C2F0B">
            <w:pPr>
              <w:spacing w:before="20" w:after="20"/>
              <w:jc w:val="center"/>
              <w:rPr>
                <w:lang w:val="pl-PL"/>
              </w:rPr>
            </w:pPr>
          </w:p>
        </w:tc>
        <w:tc>
          <w:tcPr>
            <w:tcW w:w="1250" w:type="dxa"/>
            <w:vAlign w:val="center"/>
          </w:tcPr>
          <w:p w14:paraId="536A0B3F" w14:textId="77777777" w:rsidR="006C2F0B" w:rsidRPr="00161078" w:rsidRDefault="006C2F0B">
            <w:pPr>
              <w:spacing w:before="20" w:after="20"/>
              <w:jc w:val="center"/>
              <w:rPr>
                <w:lang w:val="pl-PL"/>
              </w:rPr>
            </w:pPr>
          </w:p>
        </w:tc>
        <w:tc>
          <w:tcPr>
            <w:tcW w:w="1350" w:type="dxa"/>
            <w:gridSpan w:val="2"/>
            <w:vAlign w:val="center"/>
          </w:tcPr>
          <w:p w14:paraId="263E5A23" w14:textId="77777777" w:rsidR="006C2F0B" w:rsidRPr="00161078" w:rsidRDefault="006C2F0B">
            <w:pPr>
              <w:spacing w:before="20" w:after="20"/>
              <w:jc w:val="center"/>
              <w:rPr>
                <w:lang w:val="pl-PL"/>
              </w:rPr>
            </w:pPr>
          </w:p>
        </w:tc>
        <w:tc>
          <w:tcPr>
            <w:tcW w:w="1350" w:type="dxa"/>
            <w:gridSpan w:val="2"/>
            <w:vAlign w:val="center"/>
          </w:tcPr>
          <w:p w14:paraId="4114B9EC" w14:textId="77777777" w:rsidR="006C2F0B" w:rsidRPr="00161078" w:rsidRDefault="006C2F0B">
            <w:pPr>
              <w:spacing w:before="20" w:after="20"/>
              <w:jc w:val="center"/>
              <w:rPr>
                <w:lang w:val="pl-PL"/>
              </w:rPr>
            </w:pPr>
          </w:p>
        </w:tc>
      </w:tr>
      <w:tr w:rsidR="006C2F0B" w:rsidRPr="00161078" w14:paraId="65935422" w14:textId="77777777" w:rsidTr="00795294">
        <w:trPr>
          <w:jc w:val="center"/>
        </w:trPr>
        <w:tc>
          <w:tcPr>
            <w:tcW w:w="420" w:type="dxa"/>
            <w:vAlign w:val="center"/>
          </w:tcPr>
          <w:p w14:paraId="0D9498A4" w14:textId="77777777" w:rsidR="006C2F0B" w:rsidRPr="00161078" w:rsidRDefault="006C2F0B">
            <w:pPr>
              <w:spacing w:before="20" w:after="20"/>
              <w:jc w:val="center"/>
              <w:rPr>
                <w:lang w:val="pl-PL"/>
              </w:rPr>
            </w:pPr>
            <w:permStart w:id="2065580215" w:edGrp="everyone" w:colFirst="5" w:colLast="5"/>
            <w:permStart w:id="2033085960" w:edGrp="everyone" w:colFirst="6" w:colLast="6"/>
            <w:permStart w:id="708523706" w:edGrp="everyone" w:colFirst="7" w:colLast="7"/>
            <w:permStart w:id="1561090166" w:edGrp="everyone" w:colFirst="8" w:colLast="8"/>
            <w:permStart w:id="503077534" w:edGrp="everyone" w:colFirst="9" w:colLast="9"/>
            <w:permEnd w:id="1968444659"/>
            <w:permEnd w:id="514878251"/>
            <w:permEnd w:id="900954561"/>
            <w:permEnd w:id="476405156"/>
            <w:permEnd w:id="781975692"/>
            <w:r w:rsidRPr="00161078">
              <w:rPr>
                <w:sz w:val="16"/>
                <w:lang w:val="pl-PL"/>
              </w:rPr>
              <w:t>17</w:t>
            </w:r>
          </w:p>
        </w:tc>
        <w:tc>
          <w:tcPr>
            <w:tcW w:w="2850" w:type="dxa"/>
            <w:vAlign w:val="center"/>
          </w:tcPr>
          <w:p w14:paraId="18B0935D" w14:textId="77777777" w:rsidR="006C2F0B" w:rsidRPr="002C693F" w:rsidRDefault="006C2F0B">
            <w:pPr>
              <w:spacing w:before="20" w:after="20"/>
              <w:jc w:val="left"/>
            </w:pPr>
            <w:r w:rsidRPr="002C693F">
              <w:rPr>
                <w:sz w:val="16"/>
              </w:rPr>
              <w:t>CD3+ T Cell Isolation Kit, human</w:t>
            </w:r>
          </w:p>
        </w:tc>
        <w:tc>
          <w:tcPr>
            <w:tcW w:w="1050" w:type="dxa"/>
            <w:vAlign w:val="center"/>
          </w:tcPr>
          <w:p w14:paraId="49120AB6" w14:textId="77777777" w:rsidR="006C2F0B" w:rsidRPr="00161078" w:rsidRDefault="006C2F0B">
            <w:pPr>
              <w:spacing w:before="20" w:after="20"/>
              <w:jc w:val="center"/>
              <w:rPr>
                <w:lang w:val="pl-PL"/>
              </w:rPr>
            </w:pPr>
            <w:r w:rsidRPr="00161078">
              <w:rPr>
                <w:sz w:val="16"/>
                <w:lang w:val="pl-PL"/>
              </w:rPr>
              <w:t>dla łącznie 1×10⁹ komórek</w:t>
            </w:r>
          </w:p>
        </w:tc>
        <w:tc>
          <w:tcPr>
            <w:tcW w:w="640" w:type="dxa"/>
            <w:vAlign w:val="center"/>
          </w:tcPr>
          <w:p w14:paraId="5431BD3C"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13358DD4" w14:textId="77777777" w:rsidR="006C2F0B" w:rsidRPr="00161078" w:rsidRDefault="006C2F0B">
            <w:pPr>
              <w:spacing w:before="20" w:after="20"/>
              <w:jc w:val="center"/>
              <w:rPr>
                <w:lang w:val="pl-PL"/>
              </w:rPr>
            </w:pPr>
            <w:r>
              <w:rPr>
                <w:sz w:val="16"/>
                <w:lang w:val="pl-PL"/>
              </w:rPr>
              <w:t>4</w:t>
            </w:r>
          </w:p>
        </w:tc>
        <w:tc>
          <w:tcPr>
            <w:tcW w:w="1250" w:type="dxa"/>
            <w:vAlign w:val="center"/>
          </w:tcPr>
          <w:p w14:paraId="63D4B09C" w14:textId="77777777" w:rsidR="006C2F0B" w:rsidRPr="00161078" w:rsidRDefault="006C2F0B">
            <w:pPr>
              <w:spacing w:before="20" w:after="20"/>
              <w:jc w:val="center"/>
              <w:rPr>
                <w:lang w:val="pl-PL"/>
              </w:rPr>
            </w:pPr>
          </w:p>
        </w:tc>
        <w:tc>
          <w:tcPr>
            <w:tcW w:w="620" w:type="dxa"/>
            <w:vAlign w:val="center"/>
          </w:tcPr>
          <w:p w14:paraId="71883A78" w14:textId="77777777" w:rsidR="006C2F0B" w:rsidRPr="00161078" w:rsidRDefault="006C2F0B">
            <w:pPr>
              <w:spacing w:before="20" w:after="20"/>
              <w:jc w:val="center"/>
              <w:rPr>
                <w:lang w:val="pl-PL"/>
              </w:rPr>
            </w:pPr>
          </w:p>
        </w:tc>
        <w:tc>
          <w:tcPr>
            <w:tcW w:w="1250" w:type="dxa"/>
            <w:vAlign w:val="center"/>
          </w:tcPr>
          <w:p w14:paraId="1237F9B8" w14:textId="77777777" w:rsidR="006C2F0B" w:rsidRPr="00161078" w:rsidRDefault="006C2F0B">
            <w:pPr>
              <w:spacing w:before="20" w:after="20"/>
              <w:jc w:val="center"/>
              <w:rPr>
                <w:lang w:val="pl-PL"/>
              </w:rPr>
            </w:pPr>
          </w:p>
        </w:tc>
        <w:tc>
          <w:tcPr>
            <w:tcW w:w="1350" w:type="dxa"/>
            <w:gridSpan w:val="2"/>
            <w:vAlign w:val="center"/>
          </w:tcPr>
          <w:p w14:paraId="0873BF85" w14:textId="77777777" w:rsidR="006C2F0B" w:rsidRPr="00161078" w:rsidRDefault="006C2F0B">
            <w:pPr>
              <w:spacing w:before="20" w:after="20"/>
              <w:jc w:val="center"/>
              <w:rPr>
                <w:lang w:val="pl-PL"/>
              </w:rPr>
            </w:pPr>
          </w:p>
        </w:tc>
        <w:tc>
          <w:tcPr>
            <w:tcW w:w="1350" w:type="dxa"/>
            <w:gridSpan w:val="2"/>
            <w:vAlign w:val="center"/>
          </w:tcPr>
          <w:p w14:paraId="5B870338" w14:textId="77777777" w:rsidR="006C2F0B" w:rsidRPr="00161078" w:rsidRDefault="006C2F0B">
            <w:pPr>
              <w:spacing w:before="20" w:after="20"/>
              <w:jc w:val="center"/>
              <w:rPr>
                <w:lang w:val="pl-PL"/>
              </w:rPr>
            </w:pPr>
          </w:p>
        </w:tc>
      </w:tr>
      <w:tr w:rsidR="006C2F0B" w:rsidRPr="00161078" w14:paraId="64C1B312" w14:textId="77777777" w:rsidTr="00795294">
        <w:trPr>
          <w:jc w:val="center"/>
        </w:trPr>
        <w:tc>
          <w:tcPr>
            <w:tcW w:w="420" w:type="dxa"/>
            <w:vAlign w:val="center"/>
          </w:tcPr>
          <w:p w14:paraId="600F7F8E" w14:textId="77777777" w:rsidR="006C2F0B" w:rsidRPr="00161078" w:rsidRDefault="006C2F0B">
            <w:pPr>
              <w:spacing w:before="20" w:after="20"/>
              <w:jc w:val="center"/>
              <w:rPr>
                <w:lang w:val="pl-PL"/>
              </w:rPr>
            </w:pPr>
            <w:permStart w:id="158169893" w:edGrp="everyone" w:colFirst="5" w:colLast="5"/>
            <w:permStart w:id="1383554252" w:edGrp="everyone" w:colFirst="6" w:colLast="6"/>
            <w:permStart w:id="726888045" w:edGrp="everyone" w:colFirst="7" w:colLast="7"/>
            <w:permStart w:id="271145132" w:edGrp="everyone" w:colFirst="8" w:colLast="8"/>
            <w:permStart w:id="750000176" w:edGrp="everyone" w:colFirst="9" w:colLast="9"/>
            <w:permEnd w:id="2065580215"/>
            <w:permEnd w:id="2033085960"/>
            <w:permEnd w:id="708523706"/>
            <w:permEnd w:id="1561090166"/>
            <w:permEnd w:id="503077534"/>
            <w:r w:rsidRPr="00161078">
              <w:rPr>
                <w:sz w:val="16"/>
                <w:lang w:val="pl-PL"/>
              </w:rPr>
              <w:t>18</w:t>
            </w:r>
          </w:p>
        </w:tc>
        <w:tc>
          <w:tcPr>
            <w:tcW w:w="2850" w:type="dxa"/>
            <w:vAlign w:val="center"/>
          </w:tcPr>
          <w:p w14:paraId="4D9D574E" w14:textId="77777777" w:rsidR="006C2F0B" w:rsidRPr="002C693F" w:rsidRDefault="006C2F0B">
            <w:pPr>
              <w:spacing w:before="20" w:after="20"/>
              <w:jc w:val="left"/>
            </w:pPr>
            <w:r w:rsidRPr="002C693F">
              <w:rPr>
                <w:sz w:val="16"/>
              </w:rPr>
              <w:t xml:space="preserve">T Cell </w:t>
            </w:r>
            <w:proofErr w:type="spellStart"/>
            <w:r w:rsidRPr="002C693F">
              <w:rPr>
                <w:sz w:val="16"/>
              </w:rPr>
              <w:t>TransAct</w:t>
            </w:r>
            <w:proofErr w:type="spellEnd"/>
            <w:r w:rsidRPr="002C693F">
              <w:rPr>
                <w:sz w:val="16"/>
              </w:rPr>
              <w:t>™, human 2×2 mL</w:t>
            </w:r>
          </w:p>
        </w:tc>
        <w:tc>
          <w:tcPr>
            <w:tcW w:w="1050" w:type="dxa"/>
            <w:vAlign w:val="center"/>
          </w:tcPr>
          <w:p w14:paraId="282B3AAE" w14:textId="77777777" w:rsidR="006C2F0B" w:rsidRPr="00161078" w:rsidRDefault="006C2F0B">
            <w:pPr>
              <w:spacing w:before="20" w:after="20"/>
              <w:jc w:val="center"/>
              <w:rPr>
                <w:lang w:val="pl-PL"/>
              </w:rPr>
            </w:pPr>
            <w:r w:rsidRPr="00161078">
              <w:rPr>
                <w:sz w:val="16"/>
                <w:lang w:val="pl-PL"/>
              </w:rPr>
              <w:t xml:space="preserve">2× 2 </w:t>
            </w:r>
            <w:proofErr w:type="spellStart"/>
            <w:r w:rsidRPr="00161078">
              <w:rPr>
                <w:sz w:val="16"/>
                <w:lang w:val="pl-PL"/>
              </w:rPr>
              <w:t>mL</w:t>
            </w:r>
            <w:proofErr w:type="spellEnd"/>
          </w:p>
        </w:tc>
        <w:tc>
          <w:tcPr>
            <w:tcW w:w="640" w:type="dxa"/>
            <w:vAlign w:val="center"/>
          </w:tcPr>
          <w:p w14:paraId="1D76FBE8" w14:textId="77777777" w:rsidR="006C2F0B" w:rsidRPr="00161078" w:rsidRDefault="006C2F0B">
            <w:pPr>
              <w:spacing w:before="20" w:after="20"/>
              <w:jc w:val="center"/>
              <w:rPr>
                <w:lang w:val="pl-PL"/>
              </w:rPr>
            </w:pPr>
            <w:r w:rsidRPr="00161078">
              <w:rPr>
                <w:sz w:val="16"/>
                <w:lang w:val="pl-PL"/>
              </w:rPr>
              <w:t>opakowanie</w:t>
            </w:r>
          </w:p>
        </w:tc>
        <w:tc>
          <w:tcPr>
            <w:tcW w:w="1260" w:type="dxa"/>
            <w:vAlign w:val="center"/>
          </w:tcPr>
          <w:p w14:paraId="78AAACD3" w14:textId="70425D60" w:rsidR="006C2F0B" w:rsidRPr="00161078" w:rsidRDefault="002C693F">
            <w:pPr>
              <w:spacing w:before="20" w:after="20"/>
              <w:jc w:val="center"/>
              <w:rPr>
                <w:lang w:val="pl-PL"/>
              </w:rPr>
            </w:pPr>
            <w:r>
              <w:rPr>
                <w:sz w:val="16"/>
                <w:lang w:val="pl-PL"/>
              </w:rPr>
              <w:t>6</w:t>
            </w:r>
          </w:p>
        </w:tc>
        <w:tc>
          <w:tcPr>
            <w:tcW w:w="1250" w:type="dxa"/>
            <w:vAlign w:val="center"/>
          </w:tcPr>
          <w:p w14:paraId="29F4366A" w14:textId="77777777" w:rsidR="006C2F0B" w:rsidRPr="00161078" w:rsidRDefault="006C2F0B">
            <w:pPr>
              <w:spacing w:before="20" w:after="20"/>
              <w:jc w:val="center"/>
              <w:rPr>
                <w:lang w:val="pl-PL"/>
              </w:rPr>
            </w:pPr>
          </w:p>
        </w:tc>
        <w:tc>
          <w:tcPr>
            <w:tcW w:w="620" w:type="dxa"/>
            <w:vAlign w:val="center"/>
          </w:tcPr>
          <w:p w14:paraId="18D84DB0" w14:textId="77777777" w:rsidR="006C2F0B" w:rsidRPr="00161078" w:rsidRDefault="006C2F0B">
            <w:pPr>
              <w:spacing w:before="20" w:after="20"/>
              <w:jc w:val="center"/>
              <w:rPr>
                <w:lang w:val="pl-PL"/>
              </w:rPr>
            </w:pPr>
          </w:p>
        </w:tc>
        <w:tc>
          <w:tcPr>
            <w:tcW w:w="1250" w:type="dxa"/>
            <w:vAlign w:val="center"/>
          </w:tcPr>
          <w:p w14:paraId="3D290FDC" w14:textId="77777777" w:rsidR="006C2F0B" w:rsidRPr="00161078" w:rsidRDefault="006C2F0B">
            <w:pPr>
              <w:spacing w:before="20" w:after="20"/>
              <w:jc w:val="center"/>
              <w:rPr>
                <w:lang w:val="pl-PL"/>
              </w:rPr>
            </w:pPr>
          </w:p>
        </w:tc>
        <w:tc>
          <w:tcPr>
            <w:tcW w:w="1350" w:type="dxa"/>
            <w:gridSpan w:val="2"/>
            <w:vAlign w:val="center"/>
          </w:tcPr>
          <w:p w14:paraId="6B524A3A" w14:textId="77777777" w:rsidR="006C2F0B" w:rsidRPr="00161078" w:rsidRDefault="006C2F0B">
            <w:pPr>
              <w:spacing w:before="20" w:after="20"/>
              <w:jc w:val="center"/>
              <w:rPr>
                <w:lang w:val="pl-PL"/>
              </w:rPr>
            </w:pPr>
          </w:p>
        </w:tc>
        <w:tc>
          <w:tcPr>
            <w:tcW w:w="1350" w:type="dxa"/>
            <w:gridSpan w:val="2"/>
            <w:vAlign w:val="center"/>
          </w:tcPr>
          <w:p w14:paraId="4EF69512" w14:textId="77777777" w:rsidR="006C2F0B" w:rsidRPr="00161078" w:rsidRDefault="006C2F0B">
            <w:pPr>
              <w:spacing w:before="20" w:after="20"/>
              <w:jc w:val="center"/>
              <w:rPr>
                <w:lang w:val="pl-PL"/>
              </w:rPr>
            </w:pPr>
          </w:p>
        </w:tc>
      </w:tr>
      <w:tr w:rsidR="001512C8" w:rsidRPr="00161078" w14:paraId="46DE9A80" w14:textId="77777777" w:rsidTr="006C2F0B">
        <w:trPr>
          <w:gridAfter w:val="1"/>
          <w:wAfter w:w="7" w:type="dxa"/>
          <w:jc w:val="center"/>
        </w:trPr>
        <w:tc>
          <w:tcPr>
            <w:tcW w:w="9340" w:type="dxa"/>
            <w:gridSpan w:val="8"/>
            <w:shd w:val="clear" w:color="auto" w:fill="D9D9D9"/>
            <w:vAlign w:val="center"/>
          </w:tcPr>
          <w:p w14:paraId="4D429D66" w14:textId="77777777" w:rsidR="001512C8" w:rsidRPr="00161078" w:rsidRDefault="00443F1E">
            <w:pPr>
              <w:spacing w:before="20" w:after="20"/>
              <w:jc w:val="right"/>
              <w:rPr>
                <w:lang w:val="pl-PL"/>
              </w:rPr>
            </w:pPr>
            <w:permStart w:id="1075265177" w:edGrp="everyone" w:colFirst="1" w:colLast="1"/>
            <w:permStart w:id="268858572" w:edGrp="everyone" w:colFirst="2" w:colLast="2"/>
            <w:permEnd w:id="158169893"/>
            <w:permEnd w:id="1383554252"/>
            <w:permEnd w:id="726888045"/>
            <w:permEnd w:id="271145132"/>
            <w:permEnd w:id="750000176"/>
            <w:r w:rsidRPr="00161078">
              <w:rPr>
                <w:b/>
                <w:sz w:val="18"/>
                <w:lang w:val="pl-PL"/>
              </w:rPr>
              <w:t>RAZEM (wartość oferty):</w:t>
            </w:r>
          </w:p>
        </w:tc>
        <w:tc>
          <w:tcPr>
            <w:tcW w:w="1276" w:type="dxa"/>
            <w:shd w:val="clear" w:color="auto" w:fill="D9D9D9"/>
            <w:vAlign w:val="center"/>
          </w:tcPr>
          <w:p w14:paraId="0F9D2946" w14:textId="77777777" w:rsidR="001512C8" w:rsidRPr="00161078" w:rsidRDefault="001512C8">
            <w:pPr>
              <w:spacing w:before="20" w:after="20"/>
              <w:jc w:val="center"/>
              <w:rPr>
                <w:lang w:val="pl-PL"/>
              </w:rPr>
            </w:pPr>
          </w:p>
        </w:tc>
        <w:tc>
          <w:tcPr>
            <w:tcW w:w="1417" w:type="dxa"/>
            <w:gridSpan w:val="2"/>
            <w:shd w:val="clear" w:color="auto" w:fill="D9D9D9"/>
            <w:vAlign w:val="center"/>
          </w:tcPr>
          <w:p w14:paraId="1B452664" w14:textId="77777777" w:rsidR="001512C8" w:rsidRPr="00161078" w:rsidRDefault="001512C8">
            <w:pPr>
              <w:spacing w:before="20" w:after="20"/>
              <w:jc w:val="center"/>
              <w:rPr>
                <w:lang w:val="pl-PL"/>
              </w:rPr>
            </w:pPr>
          </w:p>
        </w:tc>
      </w:tr>
      <w:permEnd w:id="1075265177"/>
      <w:permEnd w:id="268858572"/>
    </w:tbl>
    <w:p w14:paraId="64DA07F9" w14:textId="77777777" w:rsidR="001512C8" w:rsidRPr="00161078" w:rsidRDefault="001512C8">
      <w:pPr>
        <w:spacing w:after="40"/>
        <w:rPr>
          <w:lang w:val="pl-PL"/>
        </w:rPr>
      </w:pPr>
    </w:p>
    <w:p w14:paraId="1B70D5BE" w14:textId="4B0167F6"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lastRenderedPageBreak/>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463824936" w:edGrp="everyone"/>
      <w:r w:rsidRPr="00161078">
        <w:rPr>
          <w:lang w:val="pl-PL"/>
        </w:rPr>
        <w:t>...............................................</w:t>
      </w:r>
    </w:p>
    <w:permEnd w:id="463824936"/>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77777777" w:rsidR="001512C8" w:rsidRPr="00161078" w:rsidRDefault="00443F1E">
      <w:pPr>
        <w:spacing w:after="80"/>
        <w:rPr>
          <w:lang w:val="pl-PL"/>
        </w:rPr>
      </w:pPr>
      <w:r w:rsidRPr="00161078">
        <w:rPr>
          <w:lang w:val="pl-PL"/>
        </w:rPr>
        <w:t>Składając ofertę do zapytania ofertowego na sukcesywną dostawę materiałów zużywalnych i odczynników laboratoryjnych – grupa 1, do aseptycznej obróbki i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
    <w:p w14:paraId="598FAA95" w14:textId="77777777" w:rsidR="001512C8" w:rsidRPr="00161078" w:rsidRDefault="00443F1E">
      <w:pPr>
        <w:spacing w:after="0"/>
        <w:jc w:val="center"/>
        <w:rPr>
          <w:lang w:val="pl-PL"/>
        </w:rPr>
      </w:pPr>
      <w:permStart w:id="1968716879" w:edGrp="everyone"/>
      <w:r w:rsidRPr="00161078">
        <w:rPr>
          <w:lang w:val="pl-PL"/>
        </w:rPr>
        <w:t>...............................................          ...............................................</w:t>
      </w:r>
    </w:p>
    <w:permEnd w:id="1968716879"/>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203387888" w:edGrp="everyone"/>
      <w:r w:rsidRPr="00161078">
        <w:rPr>
          <w:lang w:val="pl-PL"/>
        </w:rPr>
        <w:t>...............................................          ...............................................</w:t>
      </w:r>
    </w:p>
    <w:permEnd w:id="203387888"/>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77777777" w:rsidR="001512C8" w:rsidRPr="00161078" w:rsidRDefault="00443F1E">
      <w:pPr>
        <w:spacing w:after="80"/>
        <w:ind w:left="340" w:hanging="227"/>
        <w:rPr>
          <w:lang w:val="pl-PL"/>
        </w:rPr>
      </w:pPr>
      <w:r w:rsidRPr="00161078">
        <w:rPr>
          <w:lang w:val="pl-PL"/>
        </w:rPr>
        <w:t>–  Przedmiotem umowy jest sukcesywna dostawa materiałów zużywalnych i odczynników laboratoryjnych – grupa 1,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1275E" w14:textId="77777777" w:rsidR="00893861" w:rsidRDefault="00893861" w:rsidP="007A5F46">
      <w:pPr>
        <w:spacing w:after="0" w:line="240" w:lineRule="auto"/>
      </w:pPr>
      <w:r>
        <w:separator/>
      </w:r>
    </w:p>
  </w:endnote>
  <w:endnote w:type="continuationSeparator" w:id="0">
    <w:p w14:paraId="1B33A0D7" w14:textId="77777777" w:rsidR="00893861" w:rsidRDefault="00893861"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F1FC3" w14:textId="77777777" w:rsidR="00893861" w:rsidRDefault="00893861" w:rsidP="007A5F46">
      <w:pPr>
        <w:spacing w:after="0" w:line="240" w:lineRule="auto"/>
      </w:pPr>
      <w:r>
        <w:separator/>
      </w:r>
    </w:p>
  </w:footnote>
  <w:footnote w:type="continuationSeparator" w:id="0">
    <w:p w14:paraId="1AF2107D" w14:textId="77777777" w:rsidR="00893861" w:rsidRDefault="00893861"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kMonSXFDqxlhohSekDelkDDvv77J0d0tBKJzXDwZloFBzE2njbUPR2fY9F7jAidZ7TpbtDAATzdtTPz1AwQtCA==" w:salt="aYlZJzeiNrDSN6Ilnhz8Vg=="/>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56A14"/>
    <w:rsid w:val="0005738F"/>
    <w:rsid w:val="0006041D"/>
    <w:rsid w:val="0006063C"/>
    <w:rsid w:val="00081C05"/>
    <w:rsid w:val="000F5D0F"/>
    <w:rsid w:val="0015074B"/>
    <w:rsid w:val="001512C8"/>
    <w:rsid w:val="0015630C"/>
    <w:rsid w:val="00161078"/>
    <w:rsid w:val="0019327D"/>
    <w:rsid w:val="001B0B75"/>
    <w:rsid w:val="001D65B2"/>
    <w:rsid w:val="00206E0D"/>
    <w:rsid w:val="00211EA2"/>
    <w:rsid w:val="002124C9"/>
    <w:rsid w:val="00235FF4"/>
    <w:rsid w:val="002747C6"/>
    <w:rsid w:val="0029639D"/>
    <w:rsid w:val="002B2018"/>
    <w:rsid w:val="002C693F"/>
    <w:rsid w:val="003010EC"/>
    <w:rsid w:val="00307ED0"/>
    <w:rsid w:val="00326F90"/>
    <w:rsid w:val="00354ECF"/>
    <w:rsid w:val="003F7441"/>
    <w:rsid w:val="00413CED"/>
    <w:rsid w:val="00443F1E"/>
    <w:rsid w:val="004454D0"/>
    <w:rsid w:val="00446850"/>
    <w:rsid w:val="00461A8D"/>
    <w:rsid w:val="00471C1A"/>
    <w:rsid w:val="004E5ACF"/>
    <w:rsid w:val="00590FD3"/>
    <w:rsid w:val="00595ABB"/>
    <w:rsid w:val="005D5D9D"/>
    <w:rsid w:val="005E4FBA"/>
    <w:rsid w:val="006124A0"/>
    <w:rsid w:val="0062219F"/>
    <w:rsid w:val="00625CC2"/>
    <w:rsid w:val="0064032A"/>
    <w:rsid w:val="00690BB7"/>
    <w:rsid w:val="006C2F0B"/>
    <w:rsid w:val="006E11B4"/>
    <w:rsid w:val="006F66BD"/>
    <w:rsid w:val="0072607B"/>
    <w:rsid w:val="00751D27"/>
    <w:rsid w:val="00756F5B"/>
    <w:rsid w:val="00795294"/>
    <w:rsid w:val="007A5F46"/>
    <w:rsid w:val="007B582D"/>
    <w:rsid w:val="007D1D58"/>
    <w:rsid w:val="007F6AC1"/>
    <w:rsid w:val="00892D92"/>
    <w:rsid w:val="00893861"/>
    <w:rsid w:val="0089776F"/>
    <w:rsid w:val="008C78C8"/>
    <w:rsid w:val="00901B23"/>
    <w:rsid w:val="0097458F"/>
    <w:rsid w:val="00990C14"/>
    <w:rsid w:val="0099136A"/>
    <w:rsid w:val="009A43B2"/>
    <w:rsid w:val="009D66A1"/>
    <w:rsid w:val="009E6F09"/>
    <w:rsid w:val="00A0693F"/>
    <w:rsid w:val="00A912C4"/>
    <w:rsid w:val="00AA1D8D"/>
    <w:rsid w:val="00AB387C"/>
    <w:rsid w:val="00B05E60"/>
    <w:rsid w:val="00B32199"/>
    <w:rsid w:val="00B47730"/>
    <w:rsid w:val="00B75CE2"/>
    <w:rsid w:val="00B971E9"/>
    <w:rsid w:val="00BB5AA7"/>
    <w:rsid w:val="00BD0314"/>
    <w:rsid w:val="00C057E6"/>
    <w:rsid w:val="00C419D7"/>
    <w:rsid w:val="00C649C2"/>
    <w:rsid w:val="00C853A3"/>
    <w:rsid w:val="00C86981"/>
    <w:rsid w:val="00CB0664"/>
    <w:rsid w:val="00CE5DDD"/>
    <w:rsid w:val="00D11F9D"/>
    <w:rsid w:val="00D2507D"/>
    <w:rsid w:val="00D35310"/>
    <w:rsid w:val="00D65178"/>
    <w:rsid w:val="00D9726F"/>
    <w:rsid w:val="00DE0D9B"/>
    <w:rsid w:val="00E47DBB"/>
    <w:rsid w:val="00E81C05"/>
    <w:rsid w:val="00EA1B02"/>
    <w:rsid w:val="00EE5DEC"/>
    <w:rsid w:val="00F628E2"/>
    <w:rsid w:val="00FC2C5E"/>
    <w:rsid w:val="00FC693F"/>
    <w:rsid w:val="00FE11C1"/>
    <w:rsid w:val="00FE6C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2.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153CC-DED1-455F-8CFF-BB18402DA374}">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1267</Words>
  <Characters>7604</Characters>
  <Application>Microsoft Office Word</Application>
  <DocSecurity>8</DocSecurity>
  <Lines>63</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5</cp:revision>
  <cp:lastPrinted>2026-10-09T08:00:00Z</cp:lastPrinted>
  <dcterms:created xsi:type="dcterms:W3CDTF">2026-10-09T08:00:00Z</dcterms:created>
  <dcterms:modified xsi:type="dcterms:W3CDTF">2026-10-09T08:17:00Z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