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9F930" w14:textId="77777777" w:rsidR="001512C8" w:rsidRPr="00161078" w:rsidRDefault="001512C8">
      <w:pPr>
        <w:rPr>
          <w:lang w:val="pl-PL"/>
        </w:rPr>
        <w:sectPr w:rsidR="001512C8" w:rsidRPr="00161078">
          <w:headerReference w:type="default" r:id="rId11"/>
          <w:pgSz w:w="11906" w:h="16838"/>
          <w:pgMar w:top="1020" w:right="1020" w:bottom="1020" w:left="1020" w:header="720" w:footer="720" w:gutter="0"/>
          <w:cols w:space="720"/>
          <w:docGrid w:linePitch="360"/>
        </w:sectPr>
      </w:pPr>
    </w:p>
    <w:p w14:paraId="38E97C4E" w14:textId="77777777" w:rsidR="001512C8" w:rsidRPr="00161078" w:rsidRDefault="00443F1E" w:rsidP="003F3471">
      <w:pPr>
        <w:rPr>
          <w:lang w:val="pl-PL"/>
        </w:rPr>
      </w:pPr>
      <w:r w:rsidRPr="00161078">
        <w:rPr>
          <w:b/>
          <w:lang w:val="pl-PL"/>
        </w:rPr>
        <w:lastRenderedPageBreak/>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 xml:space="preserve">Dane Wykonawcy: </w:t>
      </w:r>
      <w:permStart w:id="330056691" w:edGrp="everyone"/>
      <w:r w:rsidRPr="00161078">
        <w:rPr>
          <w:lang w:val="pl-PL"/>
        </w:rPr>
        <w:t>...............................................................................................</w:t>
      </w:r>
      <w:permEnd w:id="330056691"/>
      <w:r w:rsidRPr="00161078">
        <w:rPr>
          <w:lang w:val="pl-PL"/>
        </w:rPr>
        <w:t xml:space="preserve">  (nazwa i adres)</w:t>
      </w:r>
    </w:p>
    <w:p w14:paraId="3EAC9A3E" w14:textId="77777777" w:rsidR="001512C8" w:rsidRPr="00161078" w:rsidRDefault="00443F1E">
      <w:pPr>
        <w:rPr>
          <w:lang w:val="pl-PL"/>
        </w:rPr>
      </w:pPr>
      <w:r w:rsidRPr="00161078">
        <w:rPr>
          <w:lang w:val="pl-PL"/>
        </w:rPr>
        <w:t xml:space="preserve">NIP: </w:t>
      </w:r>
      <w:permStart w:id="15953873" w:edGrp="everyone"/>
      <w:r w:rsidRPr="00161078">
        <w:rPr>
          <w:lang w:val="pl-PL"/>
        </w:rPr>
        <w:t xml:space="preserve">.............................  </w:t>
      </w:r>
      <w:permEnd w:id="15953873"/>
      <w:r w:rsidRPr="00161078">
        <w:rPr>
          <w:lang w:val="pl-PL"/>
        </w:rPr>
        <w:t xml:space="preserve"> tel.: </w:t>
      </w:r>
      <w:permStart w:id="1052251855" w:edGrp="everyone"/>
      <w:r w:rsidRPr="00161078">
        <w:rPr>
          <w:lang w:val="pl-PL"/>
        </w:rPr>
        <w:t xml:space="preserve">.............................  </w:t>
      </w:r>
      <w:permEnd w:id="1052251855"/>
      <w:r w:rsidRPr="00161078">
        <w:rPr>
          <w:lang w:val="pl-PL"/>
        </w:rPr>
        <w:t xml:space="preserve"> e-mail</w:t>
      </w:r>
      <w:permStart w:id="1356031651" w:edGrp="everyone"/>
      <w:r w:rsidRPr="00161078">
        <w:rPr>
          <w:lang w:val="pl-PL"/>
        </w:rPr>
        <w:t>: .............................</w:t>
      </w:r>
      <w:permEnd w:id="1356031651"/>
    </w:p>
    <w:p w14:paraId="7EA6031A" w14:textId="77777777" w:rsidR="001512C8" w:rsidRPr="00161078" w:rsidRDefault="00443F1E">
      <w:pPr>
        <w:rPr>
          <w:lang w:val="pl-PL"/>
        </w:rPr>
      </w:pPr>
      <w:r w:rsidRPr="00161078">
        <w:rPr>
          <w:lang w:val="pl-PL"/>
        </w:rPr>
        <w:t>W nawiązaniu do zapytania ofertowego na sukcesywną dostawę jednorazowych materiałów zużywalnych (wyrobów z tworzyw sztucznych) do aseptycznej obróbki komórek 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2850"/>
        <w:gridCol w:w="1050"/>
        <w:gridCol w:w="640"/>
        <w:gridCol w:w="1260"/>
        <w:gridCol w:w="1250"/>
        <w:gridCol w:w="620"/>
        <w:gridCol w:w="1250"/>
        <w:gridCol w:w="1276"/>
        <w:gridCol w:w="74"/>
        <w:gridCol w:w="1343"/>
        <w:gridCol w:w="7"/>
      </w:tblGrid>
      <w:tr w:rsidR="00A61407" w:rsidRPr="00161078" w14:paraId="0C818EE2" w14:textId="77777777" w:rsidTr="00795294">
        <w:trPr>
          <w:tblHeader/>
          <w:jc w:val="center"/>
        </w:trPr>
        <w:tc>
          <w:tcPr>
            <w:tcW w:w="420" w:type="dxa"/>
            <w:shd w:val="clear" w:color="auto" w:fill="D9D9D9"/>
            <w:vAlign w:val="center"/>
          </w:tcPr>
          <w:p w14:paraId="41D200B2" w14:textId="77777777" w:rsidR="00A61407" w:rsidRPr="00161078" w:rsidRDefault="00A61407">
            <w:pPr>
              <w:spacing w:before="20" w:after="20"/>
              <w:jc w:val="center"/>
              <w:rPr>
                <w:lang w:val="pl-PL"/>
              </w:rPr>
            </w:pPr>
            <w:r w:rsidRPr="00161078">
              <w:rPr>
                <w:b/>
                <w:sz w:val="16"/>
                <w:lang w:val="pl-PL"/>
              </w:rPr>
              <w:t>Lp.</w:t>
            </w:r>
          </w:p>
        </w:tc>
        <w:tc>
          <w:tcPr>
            <w:tcW w:w="2850" w:type="dxa"/>
            <w:shd w:val="clear" w:color="auto" w:fill="D9D9D9"/>
            <w:vAlign w:val="center"/>
          </w:tcPr>
          <w:p w14:paraId="30717712" w14:textId="77777777" w:rsidR="00A61407" w:rsidRPr="00161078" w:rsidRDefault="00A61407">
            <w:pPr>
              <w:spacing w:before="20" w:after="20"/>
              <w:jc w:val="center"/>
              <w:rPr>
                <w:lang w:val="pl-PL"/>
              </w:rPr>
            </w:pPr>
            <w:r w:rsidRPr="00161078">
              <w:rPr>
                <w:b/>
                <w:sz w:val="16"/>
                <w:lang w:val="pl-PL"/>
              </w:rPr>
              <w:t>Nazwa asortymentu</w:t>
            </w:r>
          </w:p>
        </w:tc>
        <w:tc>
          <w:tcPr>
            <w:tcW w:w="1050" w:type="dxa"/>
            <w:shd w:val="clear" w:color="auto" w:fill="D9D9D9"/>
            <w:vAlign w:val="center"/>
          </w:tcPr>
          <w:p w14:paraId="0BF1AF2E" w14:textId="77777777" w:rsidR="00A61407" w:rsidRPr="00161078" w:rsidRDefault="00A61407">
            <w:pPr>
              <w:spacing w:before="20" w:after="20"/>
              <w:jc w:val="center"/>
              <w:rPr>
                <w:lang w:val="pl-PL"/>
              </w:rPr>
            </w:pPr>
            <w:r w:rsidRPr="00161078">
              <w:rPr>
                <w:b/>
                <w:sz w:val="16"/>
                <w:lang w:val="pl-PL"/>
              </w:rPr>
              <w:t>Wielkość opak.</w:t>
            </w:r>
          </w:p>
        </w:tc>
        <w:tc>
          <w:tcPr>
            <w:tcW w:w="640" w:type="dxa"/>
            <w:shd w:val="clear" w:color="auto" w:fill="D9D9D9"/>
            <w:vAlign w:val="center"/>
          </w:tcPr>
          <w:p w14:paraId="51DA2FAE" w14:textId="77777777" w:rsidR="00A61407" w:rsidRPr="00161078" w:rsidRDefault="00A61407">
            <w:pPr>
              <w:spacing w:before="20" w:after="20"/>
              <w:jc w:val="center"/>
              <w:rPr>
                <w:lang w:val="pl-PL"/>
              </w:rPr>
            </w:pPr>
            <w:r w:rsidRPr="00161078">
              <w:rPr>
                <w:b/>
                <w:sz w:val="16"/>
                <w:lang w:val="pl-PL"/>
              </w:rPr>
              <w:t>Jedn.</w:t>
            </w:r>
          </w:p>
        </w:tc>
        <w:tc>
          <w:tcPr>
            <w:tcW w:w="1260" w:type="dxa"/>
            <w:shd w:val="clear" w:color="auto" w:fill="D9D9D9"/>
            <w:vAlign w:val="center"/>
          </w:tcPr>
          <w:p w14:paraId="3A641A5A" w14:textId="74E1EC05" w:rsidR="00A61407" w:rsidRPr="00161078" w:rsidRDefault="00A61407">
            <w:pPr>
              <w:spacing w:before="20" w:after="20"/>
              <w:jc w:val="center"/>
              <w:rPr>
                <w:lang w:val="pl-PL"/>
              </w:rPr>
            </w:pPr>
            <w:r w:rsidRPr="00161078">
              <w:rPr>
                <w:b/>
                <w:sz w:val="16"/>
                <w:lang w:val="pl-PL"/>
              </w:rPr>
              <w:t>Ilość przewidywana.</w:t>
            </w:r>
          </w:p>
          <w:p w14:paraId="2D53B701" w14:textId="77777777" w:rsidR="00A61407" w:rsidRPr="00161078" w:rsidRDefault="00A61407">
            <w:pPr>
              <w:spacing w:before="20" w:after="20"/>
              <w:jc w:val="center"/>
              <w:rPr>
                <w:lang w:val="pl-PL"/>
              </w:rPr>
            </w:pPr>
            <w:r w:rsidRPr="00161078">
              <w:rPr>
                <w:b/>
                <w:sz w:val="16"/>
                <w:lang w:val="pl-PL"/>
              </w:rPr>
              <w:t>(12 m-</w:t>
            </w:r>
            <w:proofErr w:type="spellStart"/>
            <w:r w:rsidRPr="00161078">
              <w:rPr>
                <w:b/>
                <w:sz w:val="16"/>
                <w:lang w:val="pl-PL"/>
              </w:rPr>
              <w:t>cy</w:t>
            </w:r>
            <w:proofErr w:type="spellEnd"/>
            <w:r w:rsidRPr="00161078">
              <w:rPr>
                <w:b/>
                <w:sz w:val="16"/>
                <w:lang w:val="pl-PL"/>
              </w:rPr>
              <w:t>)</w:t>
            </w:r>
          </w:p>
        </w:tc>
        <w:tc>
          <w:tcPr>
            <w:tcW w:w="1250" w:type="dxa"/>
            <w:shd w:val="clear" w:color="auto" w:fill="D9D9D9"/>
            <w:vAlign w:val="center"/>
          </w:tcPr>
          <w:p w14:paraId="46845B06" w14:textId="421C6D2E" w:rsidR="00A61407" w:rsidRPr="00161078" w:rsidRDefault="00A61407">
            <w:pPr>
              <w:spacing w:before="20" w:after="20"/>
              <w:jc w:val="center"/>
              <w:rPr>
                <w:lang w:val="pl-PL"/>
              </w:rPr>
            </w:pPr>
            <w:r w:rsidRPr="00161078">
              <w:rPr>
                <w:b/>
                <w:sz w:val="16"/>
                <w:lang w:val="pl-PL"/>
              </w:rPr>
              <w:t>Cena jedn. netto</w:t>
            </w:r>
          </w:p>
        </w:tc>
        <w:tc>
          <w:tcPr>
            <w:tcW w:w="620" w:type="dxa"/>
            <w:shd w:val="clear" w:color="auto" w:fill="D9D9D9"/>
            <w:vAlign w:val="center"/>
          </w:tcPr>
          <w:p w14:paraId="5EA4DEE7" w14:textId="77777777" w:rsidR="00A61407" w:rsidRPr="00161078" w:rsidRDefault="00A61407">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64C505D1" w:rsidR="00A61407" w:rsidRPr="00161078" w:rsidRDefault="00A61407">
            <w:pPr>
              <w:spacing w:before="20" w:after="20"/>
              <w:jc w:val="center"/>
              <w:rPr>
                <w:lang w:val="pl-PL"/>
              </w:rPr>
            </w:pPr>
            <w:r w:rsidRPr="00161078">
              <w:rPr>
                <w:b/>
                <w:sz w:val="16"/>
                <w:lang w:val="pl-PL"/>
              </w:rPr>
              <w:t>Cena jedn. brutto</w:t>
            </w:r>
          </w:p>
        </w:tc>
        <w:tc>
          <w:tcPr>
            <w:tcW w:w="1350" w:type="dxa"/>
            <w:gridSpan w:val="2"/>
            <w:shd w:val="clear" w:color="auto" w:fill="D9D9D9"/>
            <w:vAlign w:val="center"/>
          </w:tcPr>
          <w:p w14:paraId="321C799F" w14:textId="5B2CF873" w:rsidR="00A61407" w:rsidRPr="00161078" w:rsidRDefault="00A61407">
            <w:pPr>
              <w:spacing w:before="20" w:after="20"/>
              <w:jc w:val="center"/>
              <w:rPr>
                <w:lang w:val="pl-PL"/>
              </w:rPr>
            </w:pPr>
            <w:r w:rsidRPr="00161078">
              <w:rPr>
                <w:b/>
                <w:sz w:val="16"/>
                <w:lang w:val="pl-PL"/>
              </w:rPr>
              <w:t>Wartość netto</w:t>
            </w:r>
            <w:r>
              <w:rPr>
                <w:b/>
                <w:sz w:val="16"/>
                <w:lang w:val="pl-PL"/>
              </w:rPr>
              <w:t xml:space="preserve"> z walutą </w:t>
            </w:r>
            <w:r w:rsidRPr="00161078">
              <w:rPr>
                <w:b/>
                <w:sz w:val="16"/>
                <w:lang w:val="pl-PL"/>
              </w:rPr>
              <w:t xml:space="preserve"> </w:t>
            </w:r>
          </w:p>
        </w:tc>
        <w:tc>
          <w:tcPr>
            <w:tcW w:w="1350" w:type="dxa"/>
            <w:gridSpan w:val="2"/>
            <w:shd w:val="clear" w:color="auto" w:fill="D9D9D9"/>
            <w:vAlign w:val="center"/>
          </w:tcPr>
          <w:p w14:paraId="097299C3" w14:textId="1213D598" w:rsidR="00A61407" w:rsidRPr="00161078" w:rsidRDefault="00A61407">
            <w:pPr>
              <w:spacing w:before="20" w:after="20"/>
              <w:jc w:val="center"/>
              <w:rPr>
                <w:lang w:val="pl-PL"/>
              </w:rPr>
            </w:pPr>
            <w:r w:rsidRPr="00161078">
              <w:rPr>
                <w:b/>
                <w:sz w:val="16"/>
                <w:lang w:val="pl-PL"/>
              </w:rPr>
              <w:t>Wartość brutto</w:t>
            </w:r>
            <w:r>
              <w:rPr>
                <w:b/>
                <w:sz w:val="16"/>
                <w:lang w:val="pl-PL"/>
              </w:rPr>
              <w:t xml:space="preserve"> z walutą</w:t>
            </w:r>
            <w:r w:rsidRPr="00161078">
              <w:rPr>
                <w:b/>
                <w:sz w:val="16"/>
                <w:lang w:val="pl-PL"/>
              </w:rPr>
              <w:t xml:space="preserve"> </w:t>
            </w:r>
          </w:p>
        </w:tc>
      </w:tr>
      <w:tr w:rsidR="00A61407" w:rsidRPr="00161078" w14:paraId="2200A52C" w14:textId="77777777" w:rsidTr="00795294">
        <w:trPr>
          <w:jc w:val="center"/>
        </w:trPr>
        <w:tc>
          <w:tcPr>
            <w:tcW w:w="420" w:type="dxa"/>
            <w:vAlign w:val="center"/>
          </w:tcPr>
          <w:p w14:paraId="61531AB0" w14:textId="77777777" w:rsidR="00A61407" w:rsidRPr="00161078" w:rsidRDefault="00A61407">
            <w:pPr>
              <w:spacing w:before="20" w:after="20"/>
              <w:jc w:val="center"/>
              <w:rPr>
                <w:lang w:val="pl-PL"/>
              </w:rPr>
            </w:pPr>
            <w:permStart w:id="1901559278" w:edGrp="everyone" w:colFirst="5" w:colLast="5"/>
            <w:permStart w:id="2019449314" w:edGrp="everyone" w:colFirst="6" w:colLast="6"/>
            <w:permStart w:id="1691030174" w:edGrp="everyone" w:colFirst="7" w:colLast="7"/>
            <w:permStart w:id="979504603" w:edGrp="everyone" w:colFirst="8" w:colLast="8"/>
            <w:permStart w:id="894504761" w:edGrp="everyone" w:colFirst="9" w:colLast="9"/>
            <w:r w:rsidRPr="00161078">
              <w:rPr>
                <w:sz w:val="16"/>
                <w:lang w:val="pl-PL"/>
              </w:rPr>
              <w:t>1</w:t>
            </w:r>
          </w:p>
        </w:tc>
        <w:tc>
          <w:tcPr>
            <w:tcW w:w="2850" w:type="dxa"/>
            <w:vAlign w:val="center"/>
          </w:tcPr>
          <w:p w14:paraId="4C33C0AE" w14:textId="77777777" w:rsidR="00A61407" w:rsidRPr="00161078" w:rsidRDefault="00A61407">
            <w:pPr>
              <w:spacing w:before="20" w:after="20"/>
              <w:jc w:val="left"/>
              <w:rPr>
                <w:lang w:val="pl-PL"/>
              </w:rPr>
            </w:pPr>
            <w:r w:rsidRPr="00161078">
              <w:rPr>
                <w:sz w:val="16"/>
                <w:lang w:val="pl-PL"/>
              </w:rPr>
              <w:t>Pipety serologiczne 5 ml</w:t>
            </w:r>
          </w:p>
        </w:tc>
        <w:tc>
          <w:tcPr>
            <w:tcW w:w="1050" w:type="dxa"/>
            <w:vAlign w:val="center"/>
          </w:tcPr>
          <w:p w14:paraId="7873BEE1" w14:textId="77777777" w:rsidR="00A61407" w:rsidRPr="00161078" w:rsidRDefault="00A61407">
            <w:pPr>
              <w:spacing w:before="20" w:after="20"/>
              <w:jc w:val="center"/>
              <w:rPr>
                <w:lang w:val="pl-PL"/>
              </w:rPr>
            </w:pPr>
            <w:r w:rsidRPr="00161078">
              <w:rPr>
                <w:sz w:val="16"/>
                <w:lang w:val="pl-PL"/>
              </w:rPr>
              <w:t>200 szt.</w:t>
            </w:r>
          </w:p>
        </w:tc>
        <w:tc>
          <w:tcPr>
            <w:tcW w:w="640" w:type="dxa"/>
            <w:vAlign w:val="center"/>
          </w:tcPr>
          <w:p w14:paraId="0B6EBE9E"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3293770F" w14:textId="1417A4B2" w:rsidR="00A61407" w:rsidRPr="00161078" w:rsidRDefault="00A61407">
            <w:pPr>
              <w:spacing w:before="20" w:after="20"/>
              <w:jc w:val="center"/>
              <w:rPr>
                <w:lang w:val="pl-PL"/>
              </w:rPr>
            </w:pPr>
            <w:r>
              <w:rPr>
                <w:sz w:val="16"/>
                <w:lang w:val="pl-PL"/>
              </w:rPr>
              <w:t>100</w:t>
            </w:r>
          </w:p>
        </w:tc>
        <w:tc>
          <w:tcPr>
            <w:tcW w:w="1250" w:type="dxa"/>
            <w:vAlign w:val="center"/>
          </w:tcPr>
          <w:p w14:paraId="0B0D0B23" w14:textId="77777777" w:rsidR="00A61407" w:rsidRPr="00161078" w:rsidRDefault="00A61407">
            <w:pPr>
              <w:spacing w:before="20" w:after="20"/>
              <w:jc w:val="center"/>
              <w:rPr>
                <w:lang w:val="pl-PL"/>
              </w:rPr>
            </w:pPr>
          </w:p>
        </w:tc>
        <w:tc>
          <w:tcPr>
            <w:tcW w:w="620" w:type="dxa"/>
            <w:vAlign w:val="center"/>
          </w:tcPr>
          <w:p w14:paraId="0E70E9C7" w14:textId="77777777" w:rsidR="00A61407" w:rsidRPr="00161078" w:rsidRDefault="00A61407">
            <w:pPr>
              <w:spacing w:before="20" w:after="20"/>
              <w:jc w:val="center"/>
              <w:rPr>
                <w:lang w:val="pl-PL"/>
              </w:rPr>
            </w:pPr>
          </w:p>
        </w:tc>
        <w:tc>
          <w:tcPr>
            <w:tcW w:w="1250" w:type="dxa"/>
            <w:vAlign w:val="center"/>
          </w:tcPr>
          <w:p w14:paraId="1CC52347" w14:textId="77777777" w:rsidR="00A61407" w:rsidRPr="00161078" w:rsidRDefault="00A61407">
            <w:pPr>
              <w:spacing w:before="20" w:after="20"/>
              <w:jc w:val="center"/>
              <w:rPr>
                <w:lang w:val="pl-PL"/>
              </w:rPr>
            </w:pPr>
          </w:p>
        </w:tc>
        <w:tc>
          <w:tcPr>
            <w:tcW w:w="1350" w:type="dxa"/>
            <w:gridSpan w:val="2"/>
            <w:vAlign w:val="center"/>
          </w:tcPr>
          <w:p w14:paraId="51E7262C" w14:textId="77777777" w:rsidR="00A61407" w:rsidRPr="00161078" w:rsidRDefault="00A61407">
            <w:pPr>
              <w:spacing w:before="20" w:after="20"/>
              <w:jc w:val="center"/>
              <w:rPr>
                <w:lang w:val="pl-PL"/>
              </w:rPr>
            </w:pPr>
          </w:p>
        </w:tc>
        <w:tc>
          <w:tcPr>
            <w:tcW w:w="1350" w:type="dxa"/>
            <w:gridSpan w:val="2"/>
            <w:vAlign w:val="center"/>
          </w:tcPr>
          <w:p w14:paraId="2BB0357C" w14:textId="77777777" w:rsidR="00A61407" w:rsidRPr="00161078" w:rsidRDefault="00A61407">
            <w:pPr>
              <w:spacing w:before="20" w:after="20"/>
              <w:jc w:val="center"/>
              <w:rPr>
                <w:lang w:val="pl-PL"/>
              </w:rPr>
            </w:pPr>
          </w:p>
        </w:tc>
      </w:tr>
      <w:tr w:rsidR="00A61407" w:rsidRPr="00161078" w14:paraId="4A388048" w14:textId="77777777" w:rsidTr="00795294">
        <w:trPr>
          <w:jc w:val="center"/>
        </w:trPr>
        <w:tc>
          <w:tcPr>
            <w:tcW w:w="420" w:type="dxa"/>
            <w:vAlign w:val="center"/>
          </w:tcPr>
          <w:p w14:paraId="0DCD5BA2" w14:textId="77777777" w:rsidR="00A61407" w:rsidRPr="00161078" w:rsidRDefault="00A61407">
            <w:pPr>
              <w:spacing w:before="20" w:after="20"/>
              <w:jc w:val="center"/>
              <w:rPr>
                <w:lang w:val="pl-PL"/>
              </w:rPr>
            </w:pPr>
            <w:permStart w:id="748818793" w:edGrp="everyone" w:colFirst="5" w:colLast="5"/>
            <w:permStart w:id="1988127807" w:edGrp="everyone" w:colFirst="6" w:colLast="6"/>
            <w:permStart w:id="471551838" w:edGrp="everyone" w:colFirst="7" w:colLast="7"/>
            <w:permStart w:id="214661701" w:edGrp="everyone" w:colFirst="8" w:colLast="8"/>
            <w:permStart w:id="786498911" w:edGrp="everyone" w:colFirst="9" w:colLast="9"/>
            <w:permEnd w:id="1901559278"/>
            <w:permEnd w:id="2019449314"/>
            <w:permEnd w:id="1691030174"/>
            <w:permEnd w:id="979504603"/>
            <w:permEnd w:id="894504761"/>
            <w:r w:rsidRPr="00161078">
              <w:rPr>
                <w:sz w:val="16"/>
                <w:lang w:val="pl-PL"/>
              </w:rPr>
              <w:t>2</w:t>
            </w:r>
          </w:p>
        </w:tc>
        <w:tc>
          <w:tcPr>
            <w:tcW w:w="2850" w:type="dxa"/>
            <w:vAlign w:val="center"/>
          </w:tcPr>
          <w:p w14:paraId="1A4116BE" w14:textId="77777777" w:rsidR="00A61407" w:rsidRPr="00161078" w:rsidRDefault="00A61407">
            <w:pPr>
              <w:spacing w:before="20" w:after="20"/>
              <w:jc w:val="left"/>
              <w:rPr>
                <w:lang w:val="pl-PL"/>
              </w:rPr>
            </w:pPr>
            <w:r w:rsidRPr="00161078">
              <w:rPr>
                <w:sz w:val="16"/>
                <w:lang w:val="pl-PL"/>
              </w:rPr>
              <w:t xml:space="preserve">Szalki </w:t>
            </w:r>
            <w:proofErr w:type="spellStart"/>
            <w:r w:rsidRPr="00161078">
              <w:rPr>
                <w:sz w:val="16"/>
                <w:lang w:val="pl-PL"/>
              </w:rPr>
              <w:t>Petriego</w:t>
            </w:r>
            <w:proofErr w:type="spellEnd"/>
          </w:p>
        </w:tc>
        <w:tc>
          <w:tcPr>
            <w:tcW w:w="1050" w:type="dxa"/>
            <w:vAlign w:val="center"/>
          </w:tcPr>
          <w:p w14:paraId="4E12360A" w14:textId="77777777" w:rsidR="00A61407" w:rsidRPr="00161078" w:rsidRDefault="00A61407">
            <w:pPr>
              <w:spacing w:before="20" w:after="20"/>
              <w:jc w:val="center"/>
              <w:rPr>
                <w:lang w:val="pl-PL"/>
              </w:rPr>
            </w:pPr>
            <w:r w:rsidRPr="00161078">
              <w:rPr>
                <w:sz w:val="16"/>
                <w:lang w:val="pl-PL"/>
              </w:rPr>
              <w:t>50 x 10 szt.</w:t>
            </w:r>
          </w:p>
        </w:tc>
        <w:tc>
          <w:tcPr>
            <w:tcW w:w="640" w:type="dxa"/>
            <w:vAlign w:val="center"/>
          </w:tcPr>
          <w:p w14:paraId="2BAFEE42"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17541E8A" w14:textId="4568C50B" w:rsidR="00A61407" w:rsidRPr="00161078" w:rsidRDefault="00A61407">
            <w:pPr>
              <w:spacing w:before="20" w:after="20"/>
              <w:jc w:val="center"/>
              <w:rPr>
                <w:lang w:val="pl-PL"/>
              </w:rPr>
            </w:pPr>
            <w:r>
              <w:rPr>
                <w:sz w:val="16"/>
                <w:lang w:val="pl-PL"/>
              </w:rPr>
              <w:t>10</w:t>
            </w:r>
          </w:p>
        </w:tc>
        <w:tc>
          <w:tcPr>
            <w:tcW w:w="1250" w:type="dxa"/>
            <w:vAlign w:val="center"/>
          </w:tcPr>
          <w:p w14:paraId="39041006" w14:textId="77777777" w:rsidR="00A61407" w:rsidRPr="00161078" w:rsidRDefault="00A61407">
            <w:pPr>
              <w:spacing w:before="20" w:after="20"/>
              <w:jc w:val="center"/>
              <w:rPr>
                <w:lang w:val="pl-PL"/>
              </w:rPr>
            </w:pPr>
          </w:p>
        </w:tc>
        <w:tc>
          <w:tcPr>
            <w:tcW w:w="620" w:type="dxa"/>
            <w:vAlign w:val="center"/>
          </w:tcPr>
          <w:p w14:paraId="6BE78D18" w14:textId="77777777" w:rsidR="00A61407" w:rsidRPr="00161078" w:rsidRDefault="00A61407">
            <w:pPr>
              <w:spacing w:before="20" w:after="20"/>
              <w:jc w:val="center"/>
              <w:rPr>
                <w:lang w:val="pl-PL"/>
              </w:rPr>
            </w:pPr>
          </w:p>
        </w:tc>
        <w:tc>
          <w:tcPr>
            <w:tcW w:w="1250" w:type="dxa"/>
            <w:vAlign w:val="center"/>
          </w:tcPr>
          <w:p w14:paraId="2D1CC689" w14:textId="77777777" w:rsidR="00A61407" w:rsidRPr="00161078" w:rsidRDefault="00A61407">
            <w:pPr>
              <w:spacing w:before="20" w:after="20"/>
              <w:jc w:val="center"/>
              <w:rPr>
                <w:lang w:val="pl-PL"/>
              </w:rPr>
            </w:pPr>
          </w:p>
        </w:tc>
        <w:tc>
          <w:tcPr>
            <w:tcW w:w="1350" w:type="dxa"/>
            <w:gridSpan w:val="2"/>
            <w:vAlign w:val="center"/>
          </w:tcPr>
          <w:p w14:paraId="43F93024" w14:textId="77777777" w:rsidR="00A61407" w:rsidRPr="00161078" w:rsidRDefault="00A61407">
            <w:pPr>
              <w:spacing w:before="20" w:after="20"/>
              <w:jc w:val="center"/>
              <w:rPr>
                <w:lang w:val="pl-PL"/>
              </w:rPr>
            </w:pPr>
          </w:p>
        </w:tc>
        <w:tc>
          <w:tcPr>
            <w:tcW w:w="1350" w:type="dxa"/>
            <w:gridSpan w:val="2"/>
            <w:vAlign w:val="center"/>
          </w:tcPr>
          <w:p w14:paraId="49B89BA9" w14:textId="77777777" w:rsidR="00A61407" w:rsidRPr="00161078" w:rsidRDefault="00A61407">
            <w:pPr>
              <w:spacing w:before="20" w:after="20"/>
              <w:jc w:val="center"/>
              <w:rPr>
                <w:lang w:val="pl-PL"/>
              </w:rPr>
            </w:pPr>
          </w:p>
        </w:tc>
      </w:tr>
      <w:tr w:rsidR="00A61407" w:rsidRPr="00161078" w14:paraId="438678B6" w14:textId="77777777" w:rsidTr="00795294">
        <w:trPr>
          <w:jc w:val="center"/>
        </w:trPr>
        <w:tc>
          <w:tcPr>
            <w:tcW w:w="420" w:type="dxa"/>
            <w:vAlign w:val="center"/>
          </w:tcPr>
          <w:p w14:paraId="749E147B" w14:textId="77777777" w:rsidR="00A61407" w:rsidRPr="00161078" w:rsidRDefault="00A61407">
            <w:pPr>
              <w:spacing w:before="20" w:after="20"/>
              <w:jc w:val="center"/>
              <w:rPr>
                <w:lang w:val="pl-PL"/>
              </w:rPr>
            </w:pPr>
            <w:permStart w:id="572275309" w:edGrp="everyone" w:colFirst="5" w:colLast="5"/>
            <w:permStart w:id="898972016" w:edGrp="everyone" w:colFirst="6" w:colLast="6"/>
            <w:permStart w:id="1567121429" w:edGrp="everyone" w:colFirst="7" w:colLast="7"/>
            <w:permStart w:id="1081286705" w:edGrp="everyone" w:colFirst="8" w:colLast="8"/>
            <w:permStart w:id="1737244318" w:edGrp="everyone" w:colFirst="9" w:colLast="9"/>
            <w:permEnd w:id="748818793"/>
            <w:permEnd w:id="1988127807"/>
            <w:permEnd w:id="471551838"/>
            <w:permEnd w:id="214661701"/>
            <w:permEnd w:id="786498911"/>
            <w:r w:rsidRPr="00161078">
              <w:rPr>
                <w:sz w:val="16"/>
                <w:lang w:val="pl-PL"/>
              </w:rPr>
              <w:t>3</w:t>
            </w:r>
          </w:p>
        </w:tc>
        <w:tc>
          <w:tcPr>
            <w:tcW w:w="2850" w:type="dxa"/>
            <w:vAlign w:val="center"/>
          </w:tcPr>
          <w:p w14:paraId="6F84BA14" w14:textId="77777777" w:rsidR="00A61407" w:rsidRPr="00161078" w:rsidRDefault="00A61407">
            <w:pPr>
              <w:spacing w:before="20" w:after="20"/>
              <w:jc w:val="left"/>
              <w:rPr>
                <w:lang w:val="pl-PL"/>
              </w:rPr>
            </w:pPr>
            <w:r w:rsidRPr="00161078">
              <w:rPr>
                <w:sz w:val="16"/>
                <w:lang w:val="pl-PL"/>
              </w:rPr>
              <w:t>Płytki hodowlane 6-dołkowe</w:t>
            </w:r>
          </w:p>
        </w:tc>
        <w:tc>
          <w:tcPr>
            <w:tcW w:w="1050" w:type="dxa"/>
            <w:vAlign w:val="center"/>
          </w:tcPr>
          <w:p w14:paraId="51E373CC" w14:textId="77777777" w:rsidR="00A61407" w:rsidRPr="00161078" w:rsidRDefault="00A61407">
            <w:pPr>
              <w:spacing w:before="20" w:after="20"/>
              <w:jc w:val="center"/>
              <w:rPr>
                <w:lang w:val="pl-PL"/>
              </w:rPr>
            </w:pPr>
            <w:r w:rsidRPr="00161078">
              <w:rPr>
                <w:sz w:val="16"/>
                <w:lang w:val="pl-PL"/>
              </w:rPr>
              <w:t>50 szt.</w:t>
            </w:r>
          </w:p>
        </w:tc>
        <w:tc>
          <w:tcPr>
            <w:tcW w:w="640" w:type="dxa"/>
            <w:vAlign w:val="center"/>
          </w:tcPr>
          <w:p w14:paraId="1DDE2D8E"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6F866F42" w14:textId="77777777" w:rsidR="00A61407" w:rsidRPr="00161078" w:rsidRDefault="00A61407">
            <w:pPr>
              <w:spacing w:before="20" w:after="20"/>
              <w:jc w:val="center"/>
              <w:rPr>
                <w:lang w:val="pl-PL"/>
              </w:rPr>
            </w:pPr>
            <w:r w:rsidRPr="00161078">
              <w:rPr>
                <w:sz w:val="16"/>
                <w:lang w:val="pl-PL"/>
              </w:rPr>
              <w:t>30</w:t>
            </w:r>
          </w:p>
        </w:tc>
        <w:tc>
          <w:tcPr>
            <w:tcW w:w="1250" w:type="dxa"/>
            <w:vAlign w:val="center"/>
          </w:tcPr>
          <w:p w14:paraId="782483D2" w14:textId="77777777" w:rsidR="00A61407" w:rsidRPr="00161078" w:rsidRDefault="00A61407">
            <w:pPr>
              <w:spacing w:before="20" w:after="20"/>
              <w:jc w:val="center"/>
              <w:rPr>
                <w:lang w:val="pl-PL"/>
              </w:rPr>
            </w:pPr>
          </w:p>
        </w:tc>
        <w:tc>
          <w:tcPr>
            <w:tcW w:w="620" w:type="dxa"/>
            <w:vAlign w:val="center"/>
          </w:tcPr>
          <w:p w14:paraId="2BE1F964" w14:textId="77777777" w:rsidR="00A61407" w:rsidRPr="00161078" w:rsidRDefault="00A61407">
            <w:pPr>
              <w:spacing w:before="20" w:after="20"/>
              <w:jc w:val="center"/>
              <w:rPr>
                <w:lang w:val="pl-PL"/>
              </w:rPr>
            </w:pPr>
          </w:p>
        </w:tc>
        <w:tc>
          <w:tcPr>
            <w:tcW w:w="1250" w:type="dxa"/>
            <w:vAlign w:val="center"/>
          </w:tcPr>
          <w:p w14:paraId="17292C99" w14:textId="77777777" w:rsidR="00A61407" w:rsidRPr="00161078" w:rsidRDefault="00A61407">
            <w:pPr>
              <w:spacing w:before="20" w:after="20"/>
              <w:jc w:val="center"/>
              <w:rPr>
                <w:lang w:val="pl-PL"/>
              </w:rPr>
            </w:pPr>
          </w:p>
        </w:tc>
        <w:tc>
          <w:tcPr>
            <w:tcW w:w="1350" w:type="dxa"/>
            <w:gridSpan w:val="2"/>
            <w:vAlign w:val="center"/>
          </w:tcPr>
          <w:p w14:paraId="21A0B70F" w14:textId="77777777" w:rsidR="00A61407" w:rsidRPr="00161078" w:rsidRDefault="00A61407">
            <w:pPr>
              <w:spacing w:before="20" w:after="20"/>
              <w:jc w:val="center"/>
              <w:rPr>
                <w:lang w:val="pl-PL"/>
              </w:rPr>
            </w:pPr>
          </w:p>
        </w:tc>
        <w:tc>
          <w:tcPr>
            <w:tcW w:w="1350" w:type="dxa"/>
            <w:gridSpan w:val="2"/>
            <w:vAlign w:val="center"/>
          </w:tcPr>
          <w:p w14:paraId="2D9B8D3F" w14:textId="77777777" w:rsidR="00A61407" w:rsidRPr="00161078" w:rsidRDefault="00A61407">
            <w:pPr>
              <w:spacing w:before="20" w:after="20"/>
              <w:jc w:val="center"/>
              <w:rPr>
                <w:lang w:val="pl-PL"/>
              </w:rPr>
            </w:pPr>
          </w:p>
        </w:tc>
      </w:tr>
      <w:tr w:rsidR="00A61407" w:rsidRPr="00161078" w14:paraId="076142B9" w14:textId="77777777" w:rsidTr="00795294">
        <w:trPr>
          <w:jc w:val="center"/>
        </w:trPr>
        <w:tc>
          <w:tcPr>
            <w:tcW w:w="420" w:type="dxa"/>
            <w:vAlign w:val="center"/>
          </w:tcPr>
          <w:p w14:paraId="18D1BB41" w14:textId="77777777" w:rsidR="00A61407" w:rsidRPr="00161078" w:rsidRDefault="00A61407">
            <w:pPr>
              <w:spacing w:before="20" w:after="20"/>
              <w:jc w:val="center"/>
              <w:rPr>
                <w:lang w:val="pl-PL"/>
              </w:rPr>
            </w:pPr>
            <w:permStart w:id="1268197143" w:edGrp="everyone" w:colFirst="5" w:colLast="5"/>
            <w:permStart w:id="392766956" w:edGrp="everyone" w:colFirst="6" w:colLast="6"/>
            <w:permStart w:id="1092179124" w:edGrp="everyone" w:colFirst="7" w:colLast="7"/>
            <w:permStart w:id="2088902907" w:edGrp="everyone" w:colFirst="8" w:colLast="8"/>
            <w:permStart w:id="1127705315" w:edGrp="everyone" w:colFirst="9" w:colLast="9"/>
            <w:permEnd w:id="572275309"/>
            <w:permEnd w:id="898972016"/>
            <w:permEnd w:id="1567121429"/>
            <w:permEnd w:id="1081286705"/>
            <w:permEnd w:id="1737244318"/>
            <w:r w:rsidRPr="00161078">
              <w:rPr>
                <w:sz w:val="16"/>
                <w:lang w:val="pl-PL"/>
              </w:rPr>
              <w:t>4</w:t>
            </w:r>
          </w:p>
        </w:tc>
        <w:tc>
          <w:tcPr>
            <w:tcW w:w="2850" w:type="dxa"/>
            <w:vAlign w:val="center"/>
          </w:tcPr>
          <w:p w14:paraId="41097DFC" w14:textId="77777777" w:rsidR="00A61407" w:rsidRPr="00161078" w:rsidRDefault="00A61407">
            <w:pPr>
              <w:spacing w:before="20" w:after="20"/>
              <w:jc w:val="left"/>
              <w:rPr>
                <w:lang w:val="pl-PL"/>
              </w:rPr>
            </w:pPr>
            <w:r w:rsidRPr="00161078">
              <w:rPr>
                <w:sz w:val="16"/>
                <w:lang w:val="pl-PL"/>
              </w:rPr>
              <w:t>Płytki hodowlane 12-dołkowe</w:t>
            </w:r>
          </w:p>
        </w:tc>
        <w:tc>
          <w:tcPr>
            <w:tcW w:w="1050" w:type="dxa"/>
            <w:vAlign w:val="center"/>
          </w:tcPr>
          <w:p w14:paraId="2433106E" w14:textId="77777777" w:rsidR="00A61407" w:rsidRPr="00161078" w:rsidRDefault="00A61407">
            <w:pPr>
              <w:spacing w:before="20" w:after="20"/>
              <w:jc w:val="center"/>
              <w:rPr>
                <w:lang w:val="pl-PL"/>
              </w:rPr>
            </w:pPr>
            <w:r w:rsidRPr="00161078">
              <w:rPr>
                <w:sz w:val="16"/>
                <w:lang w:val="pl-PL"/>
              </w:rPr>
              <w:t>50 szt.</w:t>
            </w:r>
          </w:p>
        </w:tc>
        <w:tc>
          <w:tcPr>
            <w:tcW w:w="640" w:type="dxa"/>
            <w:vAlign w:val="center"/>
          </w:tcPr>
          <w:p w14:paraId="560A044E"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595414F4" w14:textId="44348DA5" w:rsidR="00A61407" w:rsidRPr="00161078" w:rsidRDefault="00A61407">
            <w:pPr>
              <w:spacing w:before="20" w:after="20"/>
              <w:jc w:val="center"/>
              <w:rPr>
                <w:lang w:val="pl-PL"/>
              </w:rPr>
            </w:pPr>
            <w:r>
              <w:rPr>
                <w:sz w:val="16"/>
                <w:lang w:val="pl-PL"/>
              </w:rPr>
              <w:t>30</w:t>
            </w:r>
          </w:p>
        </w:tc>
        <w:tc>
          <w:tcPr>
            <w:tcW w:w="1250" w:type="dxa"/>
            <w:vAlign w:val="center"/>
          </w:tcPr>
          <w:p w14:paraId="739F15F7" w14:textId="77777777" w:rsidR="00A61407" w:rsidRPr="00161078" w:rsidRDefault="00A61407">
            <w:pPr>
              <w:spacing w:before="20" w:after="20"/>
              <w:jc w:val="center"/>
              <w:rPr>
                <w:lang w:val="pl-PL"/>
              </w:rPr>
            </w:pPr>
          </w:p>
        </w:tc>
        <w:tc>
          <w:tcPr>
            <w:tcW w:w="620" w:type="dxa"/>
            <w:vAlign w:val="center"/>
          </w:tcPr>
          <w:p w14:paraId="391A981F" w14:textId="77777777" w:rsidR="00A61407" w:rsidRPr="00161078" w:rsidRDefault="00A61407">
            <w:pPr>
              <w:spacing w:before="20" w:after="20"/>
              <w:jc w:val="center"/>
              <w:rPr>
                <w:lang w:val="pl-PL"/>
              </w:rPr>
            </w:pPr>
          </w:p>
        </w:tc>
        <w:tc>
          <w:tcPr>
            <w:tcW w:w="1250" w:type="dxa"/>
            <w:vAlign w:val="center"/>
          </w:tcPr>
          <w:p w14:paraId="4C4AAC9C" w14:textId="77777777" w:rsidR="00A61407" w:rsidRPr="00161078" w:rsidRDefault="00A61407">
            <w:pPr>
              <w:spacing w:before="20" w:after="20"/>
              <w:jc w:val="center"/>
              <w:rPr>
                <w:lang w:val="pl-PL"/>
              </w:rPr>
            </w:pPr>
          </w:p>
        </w:tc>
        <w:tc>
          <w:tcPr>
            <w:tcW w:w="1350" w:type="dxa"/>
            <w:gridSpan w:val="2"/>
            <w:vAlign w:val="center"/>
          </w:tcPr>
          <w:p w14:paraId="67CCC438" w14:textId="77777777" w:rsidR="00A61407" w:rsidRPr="00161078" w:rsidRDefault="00A61407">
            <w:pPr>
              <w:spacing w:before="20" w:after="20"/>
              <w:jc w:val="center"/>
              <w:rPr>
                <w:lang w:val="pl-PL"/>
              </w:rPr>
            </w:pPr>
          </w:p>
        </w:tc>
        <w:tc>
          <w:tcPr>
            <w:tcW w:w="1350" w:type="dxa"/>
            <w:gridSpan w:val="2"/>
            <w:vAlign w:val="center"/>
          </w:tcPr>
          <w:p w14:paraId="35909999" w14:textId="77777777" w:rsidR="00A61407" w:rsidRPr="00161078" w:rsidRDefault="00A61407">
            <w:pPr>
              <w:spacing w:before="20" w:after="20"/>
              <w:jc w:val="center"/>
              <w:rPr>
                <w:lang w:val="pl-PL"/>
              </w:rPr>
            </w:pPr>
          </w:p>
        </w:tc>
      </w:tr>
      <w:tr w:rsidR="00A61407" w:rsidRPr="00161078" w14:paraId="5102A48B" w14:textId="77777777" w:rsidTr="00795294">
        <w:trPr>
          <w:jc w:val="center"/>
        </w:trPr>
        <w:tc>
          <w:tcPr>
            <w:tcW w:w="420" w:type="dxa"/>
            <w:vAlign w:val="center"/>
          </w:tcPr>
          <w:p w14:paraId="39497944" w14:textId="77777777" w:rsidR="00A61407" w:rsidRPr="00161078" w:rsidRDefault="00A61407">
            <w:pPr>
              <w:spacing w:before="20" w:after="20"/>
              <w:jc w:val="center"/>
              <w:rPr>
                <w:lang w:val="pl-PL"/>
              </w:rPr>
            </w:pPr>
            <w:permStart w:id="1339049209" w:edGrp="everyone" w:colFirst="5" w:colLast="5"/>
            <w:permStart w:id="1144066490" w:edGrp="everyone" w:colFirst="6" w:colLast="6"/>
            <w:permStart w:id="261309424" w:edGrp="everyone" w:colFirst="7" w:colLast="7"/>
            <w:permStart w:id="499136279" w:edGrp="everyone" w:colFirst="8" w:colLast="8"/>
            <w:permStart w:id="402653460" w:edGrp="everyone" w:colFirst="9" w:colLast="9"/>
            <w:permEnd w:id="1268197143"/>
            <w:permEnd w:id="392766956"/>
            <w:permEnd w:id="1092179124"/>
            <w:permEnd w:id="2088902907"/>
            <w:permEnd w:id="1127705315"/>
            <w:r w:rsidRPr="00161078">
              <w:rPr>
                <w:sz w:val="16"/>
                <w:lang w:val="pl-PL"/>
              </w:rPr>
              <w:t>5</w:t>
            </w:r>
          </w:p>
        </w:tc>
        <w:tc>
          <w:tcPr>
            <w:tcW w:w="2850" w:type="dxa"/>
            <w:vAlign w:val="center"/>
          </w:tcPr>
          <w:p w14:paraId="52BDF92C" w14:textId="77777777" w:rsidR="00A61407" w:rsidRPr="00161078" w:rsidRDefault="00A61407">
            <w:pPr>
              <w:spacing w:before="20" w:after="20"/>
              <w:jc w:val="left"/>
              <w:rPr>
                <w:lang w:val="pl-PL"/>
              </w:rPr>
            </w:pPr>
            <w:r w:rsidRPr="00161078">
              <w:rPr>
                <w:sz w:val="16"/>
                <w:lang w:val="pl-PL"/>
              </w:rPr>
              <w:t>Płytki hodowlane 96-dołkowe</w:t>
            </w:r>
          </w:p>
        </w:tc>
        <w:tc>
          <w:tcPr>
            <w:tcW w:w="1050" w:type="dxa"/>
            <w:vAlign w:val="center"/>
          </w:tcPr>
          <w:p w14:paraId="5D0CF429" w14:textId="77777777" w:rsidR="00A61407" w:rsidRPr="00161078" w:rsidRDefault="00A61407">
            <w:pPr>
              <w:spacing w:before="20" w:after="20"/>
              <w:jc w:val="center"/>
              <w:rPr>
                <w:lang w:val="pl-PL"/>
              </w:rPr>
            </w:pPr>
            <w:r w:rsidRPr="00161078">
              <w:rPr>
                <w:sz w:val="16"/>
                <w:lang w:val="pl-PL"/>
              </w:rPr>
              <w:t>50 szt.</w:t>
            </w:r>
          </w:p>
        </w:tc>
        <w:tc>
          <w:tcPr>
            <w:tcW w:w="640" w:type="dxa"/>
            <w:vAlign w:val="center"/>
          </w:tcPr>
          <w:p w14:paraId="54FFA74E"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6EC23014" w14:textId="7926853C" w:rsidR="00A61407" w:rsidRPr="00161078" w:rsidRDefault="00A61407">
            <w:pPr>
              <w:spacing w:before="20" w:after="20"/>
              <w:jc w:val="center"/>
              <w:rPr>
                <w:lang w:val="pl-PL"/>
              </w:rPr>
            </w:pPr>
            <w:r>
              <w:rPr>
                <w:sz w:val="16"/>
                <w:lang w:val="pl-PL"/>
              </w:rPr>
              <w:t>30</w:t>
            </w:r>
          </w:p>
        </w:tc>
        <w:tc>
          <w:tcPr>
            <w:tcW w:w="1250" w:type="dxa"/>
            <w:vAlign w:val="center"/>
          </w:tcPr>
          <w:p w14:paraId="707165CA" w14:textId="77777777" w:rsidR="00A61407" w:rsidRPr="00161078" w:rsidRDefault="00A61407">
            <w:pPr>
              <w:spacing w:before="20" w:after="20"/>
              <w:jc w:val="center"/>
              <w:rPr>
                <w:lang w:val="pl-PL"/>
              </w:rPr>
            </w:pPr>
          </w:p>
        </w:tc>
        <w:tc>
          <w:tcPr>
            <w:tcW w:w="620" w:type="dxa"/>
            <w:vAlign w:val="center"/>
          </w:tcPr>
          <w:p w14:paraId="495ADF6F" w14:textId="77777777" w:rsidR="00A61407" w:rsidRPr="00161078" w:rsidRDefault="00A61407">
            <w:pPr>
              <w:spacing w:before="20" w:after="20"/>
              <w:jc w:val="center"/>
              <w:rPr>
                <w:lang w:val="pl-PL"/>
              </w:rPr>
            </w:pPr>
          </w:p>
        </w:tc>
        <w:tc>
          <w:tcPr>
            <w:tcW w:w="1250" w:type="dxa"/>
            <w:vAlign w:val="center"/>
          </w:tcPr>
          <w:p w14:paraId="3E3A7247" w14:textId="77777777" w:rsidR="00A61407" w:rsidRPr="00161078" w:rsidRDefault="00A61407">
            <w:pPr>
              <w:spacing w:before="20" w:after="20"/>
              <w:jc w:val="center"/>
              <w:rPr>
                <w:lang w:val="pl-PL"/>
              </w:rPr>
            </w:pPr>
          </w:p>
        </w:tc>
        <w:tc>
          <w:tcPr>
            <w:tcW w:w="1350" w:type="dxa"/>
            <w:gridSpan w:val="2"/>
            <w:vAlign w:val="center"/>
          </w:tcPr>
          <w:p w14:paraId="633ED62C" w14:textId="77777777" w:rsidR="00A61407" w:rsidRPr="00161078" w:rsidRDefault="00A61407">
            <w:pPr>
              <w:spacing w:before="20" w:after="20"/>
              <w:jc w:val="center"/>
              <w:rPr>
                <w:lang w:val="pl-PL"/>
              </w:rPr>
            </w:pPr>
          </w:p>
        </w:tc>
        <w:tc>
          <w:tcPr>
            <w:tcW w:w="1350" w:type="dxa"/>
            <w:gridSpan w:val="2"/>
            <w:vAlign w:val="center"/>
          </w:tcPr>
          <w:p w14:paraId="7CAB41A7" w14:textId="77777777" w:rsidR="00A61407" w:rsidRPr="00161078" w:rsidRDefault="00A61407">
            <w:pPr>
              <w:spacing w:before="20" w:after="20"/>
              <w:jc w:val="center"/>
              <w:rPr>
                <w:lang w:val="pl-PL"/>
              </w:rPr>
            </w:pPr>
          </w:p>
        </w:tc>
      </w:tr>
      <w:tr w:rsidR="00A61407" w:rsidRPr="00161078" w14:paraId="2D26B4C8" w14:textId="77777777" w:rsidTr="00795294">
        <w:trPr>
          <w:jc w:val="center"/>
        </w:trPr>
        <w:tc>
          <w:tcPr>
            <w:tcW w:w="420" w:type="dxa"/>
            <w:vAlign w:val="center"/>
          </w:tcPr>
          <w:p w14:paraId="6D6F5284" w14:textId="77777777" w:rsidR="00A61407" w:rsidRPr="00161078" w:rsidRDefault="00A61407">
            <w:pPr>
              <w:spacing w:before="20" w:after="20"/>
              <w:jc w:val="center"/>
              <w:rPr>
                <w:lang w:val="pl-PL"/>
              </w:rPr>
            </w:pPr>
            <w:permStart w:id="1679097998" w:edGrp="everyone" w:colFirst="5" w:colLast="5"/>
            <w:permStart w:id="2060078384" w:edGrp="everyone" w:colFirst="6" w:colLast="6"/>
            <w:permStart w:id="1926985828" w:edGrp="everyone" w:colFirst="7" w:colLast="7"/>
            <w:permStart w:id="868949418" w:edGrp="everyone" w:colFirst="8" w:colLast="8"/>
            <w:permStart w:id="599146107" w:edGrp="everyone" w:colFirst="9" w:colLast="9"/>
            <w:permEnd w:id="1339049209"/>
            <w:permEnd w:id="1144066490"/>
            <w:permEnd w:id="261309424"/>
            <w:permEnd w:id="499136279"/>
            <w:permEnd w:id="402653460"/>
            <w:r w:rsidRPr="00161078">
              <w:rPr>
                <w:sz w:val="16"/>
                <w:lang w:val="pl-PL"/>
              </w:rPr>
              <w:t>6</w:t>
            </w:r>
          </w:p>
        </w:tc>
        <w:tc>
          <w:tcPr>
            <w:tcW w:w="2850" w:type="dxa"/>
            <w:vAlign w:val="center"/>
          </w:tcPr>
          <w:p w14:paraId="62BD92FA" w14:textId="77777777" w:rsidR="00A61407" w:rsidRPr="00161078" w:rsidRDefault="00A61407">
            <w:pPr>
              <w:spacing w:before="20" w:after="20"/>
              <w:jc w:val="left"/>
              <w:rPr>
                <w:lang w:val="pl-PL"/>
              </w:rPr>
            </w:pPr>
            <w:r w:rsidRPr="00161078">
              <w:rPr>
                <w:sz w:val="16"/>
                <w:lang w:val="pl-PL"/>
              </w:rPr>
              <w:t>Końcówki do pipet z filtrem 10 µl</w:t>
            </w:r>
          </w:p>
        </w:tc>
        <w:tc>
          <w:tcPr>
            <w:tcW w:w="1050" w:type="dxa"/>
            <w:vAlign w:val="center"/>
          </w:tcPr>
          <w:p w14:paraId="1DBC78EF" w14:textId="77777777" w:rsidR="00A61407" w:rsidRPr="00161078" w:rsidRDefault="00A61407">
            <w:pPr>
              <w:spacing w:before="20" w:after="20"/>
              <w:jc w:val="center"/>
              <w:rPr>
                <w:lang w:val="pl-PL"/>
              </w:rPr>
            </w:pPr>
            <w:r w:rsidRPr="00161078">
              <w:rPr>
                <w:sz w:val="16"/>
                <w:lang w:val="pl-PL"/>
              </w:rPr>
              <w:t>10 x 96 szt.</w:t>
            </w:r>
          </w:p>
        </w:tc>
        <w:tc>
          <w:tcPr>
            <w:tcW w:w="640" w:type="dxa"/>
            <w:vAlign w:val="center"/>
          </w:tcPr>
          <w:p w14:paraId="627822D1"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35DC9C65" w14:textId="0CA26120" w:rsidR="00A61407" w:rsidRPr="00161078" w:rsidRDefault="00A61407">
            <w:pPr>
              <w:spacing w:before="20" w:after="20"/>
              <w:jc w:val="center"/>
              <w:rPr>
                <w:lang w:val="pl-PL"/>
              </w:rPr>
            </w:pPr>
            <w:r>
              <w:rPr>
                <w:sz w:val="16"/>
                <w:lang w:val="pl-PL"/>
              </w:rPr>
              <w:t>80</w:t>
            </w:r>
          </w:p>
        </w:tc>
        <w:tc>
          <w:tcPr>
            <w:tcW w:w="1250" w:type="dxa"/>
            <w:vAlign w:val="center"/>
          </w:tcPr>
          <w:p w14:paraId="270832BF" w14:textId="77777777" w:rsidR="00A61407" w:rsidRPr="00161078" w:rsidRDefault="00A61407">
            <w:pPr>
              <w:spacing w:before="20" w:after="20"/>
              <w:jc w:val="center"/>
              <w:rPr>
                <w:lang w:val="pl-PL"/>
              </w:rPr>
            </w:pPr>
          </w:p>
        </w:tc>
        <w:tc>
          <w:tcPr>
            <w:tcW w:w="620" w:type="dxa"/>
            <w:vAlign w:val="center"/>
          </w:tcPr>
          <w:p w14:paraId="008F95BE" w14:textId="77777777" w:rsidR="00A61407" w:rsidRPr="00161078" w:rsidRDefault="00A61407">
            <w:pPr>
              <w:spacing w:before="20" w:after="20"/>
              <w:jc w:val="center"/>
              <w:rPr>
                <w:lang w:val="pl-PL"/>
              </w:rPr>
            </w:pPr>
          </w:p>
        </w:tc>
        <w:tc>
          <w:tcPr>
            <w:tcW w:w="1250" w:type="dxa"/>
            <w:vAlign w:val="center"/>
          </w:tcPr>
          <w:p w14:paraId="1F705106" w14:textId="77777777" w:rsidR="00A61407" w:rsidRPr="00161078" w:rsidRDefault="00A61407">
            <w:pPr>
              <w:spacing w:before="20" w:after="20"/>
              <w:jc w:val="center"/>
              <w:rPr>
                <w:lang w:val="pl-PL"/>
              </w:rPr>
            </w:pPr>
          </w:p>
        </w:tc>
        <w:tc>
          <w:tcPr>
            <w:tcW w:w="1350" w:type="dxa"/>
            <w:gridSpan w:val="2"/>
            <w:vAlign w:val="center"/>
          </w:tcPr>
          <w:p w14:paraId="32E11319" w14:textId="77777777" w:rsidR="00A61407" w:rsidRPr="00161078" w:rsidRDefault="00A61407">
            <w:pPr>
              <w:spacing w:before="20" w:after="20"/>
              <w:jc w:val="center"/>
              <w:rPr>
                <w:lang w:val="pl-PL"/>
              </w:rPr>
            </w:pPr>
          </w:p>
        </w:tc>
        <w:tc>
          <w:tcPr>
            <w:tcW w:w="1350" w:type="dxa"/>
            <w:gridSpan w:val="2"/>
            <w:vAlign w:val="center"/>
          </w:tcPr>
          <w:p w14:paraId="7FA662BC" w14:textId="77777777" w:rsidR="00A61407" w:rsidRPr="00161078" w:rsidRDefault="00A61407">
            <w:pPr>
              <w:spacing w:before="20" w:after="20"/>
              <w:jc w:val="center"/>
              <w:rPr>
                <w:lang w:val="pl-PL"/>
              </w:rPr>
            </w:pPr>
          </w:p>
        </w:tc>
      </w:tr>
      <w:tr w:rsidR="00A61407" w:rsidRPr="00161078" w14:paraId="44311F49" w14:textId="77777777" w:rsidTr="00795294">
        <w:trPr>
          <w:jc w:val="center"/>
        </w:trPr>
        <w:tc>
          <w:tcPr>
            <w:tcW w:w="420" w:type="dxa"/>
            <w:vAlign w:val="center"/>
          </w:tcPr>
          <w:p w14:paraId="40F21CDF" w14:textId="77777777" w:rsidR="00A61407" w:rsidRPr="00161078" w:rsidRDefault="00A61407">
            <w:pPr>
              <w:spacing w:before="20" w:after="20"/>
              <w:jc w:val="center"/>
              <w:rPr>
                <w:lang w:val="pl-PL"/>
              </w:rPr>
            </w:pPr>
            <w:permStart w:id="479938681" w:edGrp="everyone" w:colFirst="5" w:colLast="5"/>
            <w:permStart w:id="1192960290" w:edGrp="everyone" w:colFirst="6" w:colLast="6"/>
            <w:permStart w:id="128002627" w:edGrp="everyone" w:colFirst="7" w:colLast="7"/>
            <w:permStart w:id="899896713" w:edGrp="everyone" w:colFirst="8" w:colLast="8"/>
            <w:permStart w:id="109997006" w:edGrp="everyone" w:colFirst="9" w:colLast="9"/>
            <w:permEnd w:id="1679097998"/>
            <w:permEnd w:id="2060078384"/>
            <w:permEnd w:id="1926985828"/>
            <w:permEnd w:id="868949418"/>
            <w:permEnd w:id="599146107"/>
            <w:r w:rsidRPr="00161078">
              <w:rPr>
                <w:sz w:val="16"/>
                <w:lang w:val="pl-PL"/>
              </w:rPr>
              <w:t>7</w:t>
            </w:r>
          </w:p>
        </w:tc>
        <w:tc>
          <w:tcPr>
            <w:tcW w:w="2850" w:type="dxa"/>
            <w:vAlign w:val="center"/>
          </w:tcPr>
          <w:p w14:paraId="234A640A" w14:textId="77777777" w:rsidR="00A61407" w:rsidRPr="00161078" w:rsidRDefault="00A61407">
            <w:pPr>
              <w:spacing w:before="20" w:after="20"/>
              <w:jc w:val="left"/>
              <w:rPr>
                <w:lang w:val="pl-PL"/>
              </w:rPr>
            </w:pPr>
            <w:r w:rsidRPr="00161078">
              <w:rPr>
                <w:sz w:val="16"/>
                <w:lang w:val="pl-PL"/>
              </w:rPr>
              <w:t>Końcówki do pipet z filtrem 100 µl</w:t>
            </w:r>
          </w:p>
        </w:tc>
        <w:tc>
          <w:tcPr>
            <w:tcW w:w="1050" w:type="dxa"/>
            <w:vAlign w:val="center"/>
          </w:tcPr>
          <w:p w14:paraId="77ECA2FB" w14:textId="77777777" w:rsidR="00A61407" w:rsidRPr="00161078" w:rsidRDefault="00A61407">
            <w:pPr>
              <w:spacing w:before="20" w:after="20"/>
              <w:jc w:val="center"/>
              <w:rPr>
                <w:lang w:val="pl-PL"/>
              </w:rPr>
            </w:pPr>
            <w:r w:rsidRPr="00161078">
              <w:rPr>
                <w:sz w:val="16"/>
                <w:lang w:val="pl-PL"/>
              </w:rPr>
              <w:t>10 x 96 szt.</w:t>
            </w:r>
          </w:p>
        </w:tc>
        <w:tc>
          <w:tcPr>
            <w:tcW w:w="640" w:type="dxa"/>
            <w:vAlign w:val="center"/>
          </w:tcPr>
          <w:p w14:paraId="4C355EBC"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36802D56" w14:textId="38157D42" w:rsidR="00A61407" w:rsidRPr="00161078" w:rsidRDefault="00A61407" w:rsidP="00056A14">
            <w:pPr>
              <w:spacing w:before="20" w:after="20"/>
              <w:jc w:val="center"/>
              <w:rPr>
                <w:lang w:val="pl-PL"/>
              </w:rPr>
            </w:pPr>
            <w:r>
              <w:rPr>
                <w:sz w:val="16"/>
                <w:lang w:val="pl-PL"/>
              </w:rPr>
              <w:t>100</w:t>
            </w:r>
          </w:p>
        </w:tc>
        <w:tc>
          <w:tcPr>
            <w:tcW w:w="1250" w:type="dxa"/>
            <w:vAlign w:val="center"/>
          </w:tcPr>
          <w:p w14:paraId="4290A99B" w14:textId="77777777" w:rsidR="00A61407" w:rsidRPr="00161078" w:rsidRDefault="00A61407">
            <w:pPr>
              <w:spacing w:before="20" w:after="20"/>
              <w:jc w:val="center"/>
              <w:rPr>
                <w:lang w:val="pl-PL"/>
              </w:rPr>
            </w:pPr>
          </w:p>
        </w:tc>
        <w:tc>
          <w:tcPr>
            <w:tcW w:w="620" w:type="dxa"/>
            <w:vAlign w:val="center"/>
          </w:tcPr>
          <w:p w14:paraId="42C7739A" w14:textId="77777777" w:rsidR="00A61407" w:rsidRPr="00161078" w:rsidRDefault="00A61407">
            <w:pPr>
              <w:spacing w:before="20" w:after="20"/>
              <w:jc w:val="center"/>
              <w:rPr>
                <w:lang w:val="pl-PL"/>
              </w:rPr>
            </w:pPr>
          </w:p>
        </w:tc>
        <w:tc>
          <w:tcPr>
            <w:tcW w:w="1250" w:type="dxa"/>
            <w:vAlign w:val="center"/>
          </w:tcPr>
          <w:p w14:paraId="78AAC20B" w14:textId="77777777" w:rsidR="00A61407" w:rsidRPr="00161078" w:rsidRDefault="00A61407">
            <w:pPr>
              <w:spacing w:before="20" w:after="20"/>
              <w:jc w:val="center"/>
              <w:rPr>
                <w:lang w:val="pl-PL"/>
              </w:rPr>
            </w:pPr>
          </w:p>
        </w:tc>
        <w:tc>
          <w:tcPr>
            <w:tcW w:w="1350" w:type="dxa"/>
            <w:gridSpan w:val="2"/>
            <w:vAlign w:val="center"/>
          </w:tcPr>
          <w:p w14:paraId="49E31DCD" w14:textId="77777777" w:rsidR="00A61407" w:rsidRPr="00161078" w:rsidRDefault="00A61407">
            <w:pPr>
              <w:spacing w:before="20" w:after="20"/>
              <w:jc w:val="center"/>
              <w:rPr>
                <w:lang w:val="pl-PL"/>
              </w:rPr>
            </w:pPr>
          </w:p>
        </w:tc>
        <w:tc>
          <w:tcPr>
            <w:tcW w:w="1350" w:type="dxa"/>
            <w:gridSpan w:val="2"/>
            <w:vAlign w:val="center"/>
          </w:tcPr>
          <w:p w14:paraId="28FB1A6A" w14:textId="77777777" w:rsidR="00A61407" w:rsidRPr="00161078" w:rsidRDefault="00A61407">
            <w:pPr>
              <w:spacing w:before="20" w:after="20"/>
              <w:jc w:val="center"/>
              <w:rPr>
                <w:lang w:val="pl-PL"/>
              </w:rPr>
            </w:pPr>
          </w:p>
        </w:tc>
      </w:tr>
      <w:tr w:rsidR="00A61407" w:rsidRPr="00161078" w14:paraId="75D2567F" w14:textId="77777777" w:rsidTr="00795294">
        <w:trPr>
          <w:jc w:val="center"/>
        </w:trPr>
        <w:tc>
          <w:tcPr>
            <w:tcW w:w="420" w:type="dxa"/>
            <w:vAlign w:val="center"/>
          </w:tcPr>
          <w:p w14:paraId="2B8A1800" w14:textId="77777777" w:rsidR="00A61407" w:rsidRPr="00161078" w:rsidRDefault="00A61407">
            <w:pPr>
              <w:spacing w:before="20" w:after="20"/>
              <w:jc w:val="center"/>
              <w:rPr>
                <w:lang w:val="pl-PL"/>
              </w:rPr>
            </w:pPr>
            <w:permStart w:id="1640114897" w:edGrp="everyone" w:colFirst="5" w:colLast="5"/>
            <w:permStart w:id="180038662" w:edGrp="everyone" w:colFirst="6" w:colLast="6"/>
            <w:permStart w:id="576743688" w:edGrp="everyone" w:colFirst="7" w:colLast="7"/>
            <w:permStart w:id="215709193" w:edGrp="everyone" w:colFirst="8" w:colLast="8"/>
            <w:permStart w:id="2050839163" w:edGrp="everyone" w:colFirst="9" w:colLast="9"/>
            <w:permEnd w:id="479938681"/>
            <w:permEnd w:id="1192960290"/>
            <w:permEnd w:id="128002627"/>
            <w:permEnd w:id="899896713"/>
            <w:permEnd w:id="109997006"/>
            <w:r w:rsidRPr="00161078">
              <w:rPr>
                <w:sz w:val="16"/>
                <w:lang w:val="pl-PL"/>
              </w:rPr>
              <w:t>8</w:t>
            </w:r>
          </w:p>
        </w:tc>
        <w:tc>
          <w:tcPr>
            <w:tcW w:w="2850" w:type="dxa"/>
            <w:vAlign w:val="center"/>
          </w:tcPr>
          <w:p w14:paraId="6BC781BA" w14:textId="77777777" w:rsidR="00A61407" w:rsidRPr="00161078" w:rsidRDefault="00A61407">
            <w:pPr>
              <w:spacing w:before="20" w:after="20"/>
              <w:jc w:val="left"/>
              <w:rPr>
                <w:lang w:val="pl-PL"/>
              </w:rPr>
            </w:pPr>
            <w:r w:rsidRPr="00161078">
              <w:rPr>
                <w:sz w:val="16"/>
                <w:lang w:val="pl-PL"/>
              </w:rPr>
              <w:t>Końcówki do pipet z filtrem 1000 µl</w:t>
            </w:r>
          </w:p>
        </w:tc>
        <w:tc>
          <w:tcPr>
            <w:tcW w:w="1050" w:type="dxa"/>
            <w:vAlign w:val="center"/>
          </w:tcPr>
          <w:p w14:paraId="5FC8B295" w14:textId="77777777" w:rsidR="00A61407" w:rsidRPr="00161078" w:rsidRDefault="00A61407">
            <w:pPr>
              <w:spacing w:before="20" w:after="20"/>
              <w:jc w:val="center"/>
              <w:rPr>
                <w:lang w:val="pl-PL"/>
              </w:rPr>
            </w:pPr>
            <w:r w:rsidRPr="00161078">
              <w:rPr>
                <w:sz w:val="16"/>
                <w:lang w:val="pl-PL"/>
              </w:rPr>
              <w:t>10 x 96 szt.</w:t>
            </w:r>
          </w:p>
        </w:tc>
        <w:tc>
          <w:tcPr>
            <w:tcW w:w="640" w:type="dxa"/>
            <w:vAlign w:val="center"/>
          </w:tcPr>
          <w:p w14:paraId="3177DB44"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5E239113" w14:textId="6C4DF5BB" w:rsidR="00A61407" w:rsidRPr="00161078" w:rsidRDefault="00A61407">
            <w:pPr>
              <w:spacing w:before="20" w:after="20"/>
              <w:jc w:val="center"/>
              <w:rPr>
                <w:lang w:val="pl-PL"/>
              </w:rPr>
            </w:pPr>
            <w:r>
              <w:rPr>
                <w:sz w:val="16"/>
                <w:lang w:val="pl-PL"/>
              </w:rPr>
              <w:t>100</w:t>
            </w:r>
          </w:p>
        </w:tc>
        <w:tc>
          <w:tcPr>
            <w:tcW w:w="1250" w:type="dxa"/>
            <w:vAlign w:val="center"/>
          </w:tcPr>
          <w:p w14:paraId="20C3FC5E" w14:textId="77777777" w:rsidR="00A61407" w:rsidRPr="00161078" w:rsidRDefault="00A61407">
            <w:pPr>
              <w:spacing w:before="20" w:after="20"/>
              <w:jc w:val="center"/>
              <w:rPr>
                <w:lang w:val="pl-PL"/>
              </w:rPr>
            </w:pPr>
          </w:p>
        </w:tc>
        <w:tc>
          <w:tcPr>
            <w:tcW w:w="620" w:type="dxa"/>
            <w:vAlign w:val="center"/>
          </w:tcPr>
          <w:p w14:paraId="19B56C68" w14:textId="77777777" w:rsidR="00A61407" w:rsidRPr="00161078" w:rsidRDefault="00A61407">
            <w:pPr>
              <w:spacing w:before="20" w:after="20"/>
              <w:jc w:val="center"/>
              <w:rPr>
                <w:lang w:val="pl-PL"/>
              </w:rPr>
            </w:pPr>
          </w:p>
        </w:tc>
        <w:tc>
          <w:tcPr>
            <w:tcW w:w="1250" w:type="dxa"/>
            <w:vAlign w:val="center"/>
          </w:tcPr>
          <w:p w14:paraId="600C857B" w14:textId="77777777" w:rsidR="00A61407" w:rsidRPr="00161078" w:rsidRDefault="00A61407">
            <w:pPr>
              <w:spacing w:before="20" w:after="20"/>
              <w:jc w:val="center"/>
              <w:rPr>
                <w:lang w:val="pl-PL"/>
              </w:rPr>
            </w:pPr>
          </w:p>
        </w:tc>
        <w:tc>
          <w:tcPr>
            <w:tcW w:w="1350" w:type="dxa"/>
            <w:gridSpan w:val="2"/>
            <w:vAlign w:val="center"/>
          </w:tcPr>
          <w:p w14:paraId="5B69A642" w14:textId="77777777" w:rsidR="00A61407" w:rsidRPr="00161078" w:rsidRDefault="00A61407">
            <w:pPr>
              <w:spacing w:before="20" w:after="20"/>
              <w:jc w:val="center"/>
              <w:rPr>
                <w:lang w:val="pl-PL"/>
              </w:rPr>
            </w:pPr>
          </w:p>
        </w:tc>
        <w:tc>
          <w:tcPr>
            <w:tcW w:w="1350" w:type="dxa"/>
            <w:gridSpan w:val="2"/>
            <w:vAlign w:val="center"/>
          </w:tcPr>
          <w:p w14:paraId="7F1C255D" w14:textId="77777777" w:rsidR="00A61407" w:rsidRPr="00161078" w:rsidRDefault="00A61407">
            <w:pPr>
              <w:spacing w:before="20" w:after="20"/>
              <w:jc w:val="center"/>
              <w:rPr>
                <w:lang w:val="pl-PL"/>
              </w:rPr>
            </w:pPr>
          </w:p>
        </w:tc>
      </w:tr>
      <w:tr w:rsidR="00A61407" w:rsidRPr="00161078" w14:paraId="4057D8CA" w14:textId="77777777" w:rsidTr="00795294">
        <w:trPr>
          <w:jc w:val="center"/>
        </w:trPr>
        <w:tc>
          <w:tcPr>
            <w:tcW w:w="420" w:type="dxa"/>
            <w:vAlign w:val="center"/>
          </w:tcPr>
          <w:p w14:paraId="214D2DC4" w14:textId="77777777" w:rsidR="00A61407" w:rsidRPr="00161078" w:rsidRDefault="00A61407">
            <w:pPr>
              <w:spacing w:before="20" w:after="20"/>
              <w:jc w:val="center"/>
              <w:rPr>
                <w:lang w:val="pl-PL"/>
              </w:rPr>
            </w:pPr>
            <w:permStart w:id="805585588" w:edGrp="everyone" w:colFirst="5" w:colLast="5"/>
            <w:permStart w:id="2082879327" w:edGrp="everyone" w:colFirst="6" w:colLast="6"/>
            <w:permStart w:id="2046493054" w:edGrp="everyone" w:colFirst="7" w:colLast="7"/>
            <w:permStart w:id="634674599" w:edGrp="everyone" w:colFirst="8" w:colLast="8"/>
            <w:permStart w:id="1376215258" w:edGrp="everyone" w:colFirst="9" w:colLast="9"/>
            <w:permEnd w:id="1640114897"/>
            <w:permEnd w:id="180038662"/>
            <w:permEnd w:id="576743688"/>
            <w:permEnd w:id="215709193"/>
            <w:permEnd w:id="2050839163"/>
            <w:r w:rsidRPr="00161078">
              <w:rPr>
                <w:sz w:val="16"/>
                <w:lang w:val="pl-PL"/>
              </w:rPr>
              <w:t>9</w:t>
            </w:r>
          </w:p>
        </w:tc>
        <w:tc>
          <w:tcPr>
            <w:tcW w:w="2850" w:type="dxa"/>
            <w:vAlign w:val="center"/>
          </w:tcPr>
          <w:p w14:paraId="28E173C6" w14:textId="77777777" w:rsidR="00A61407" w:rsidRPr="00161078" w:rsidRDefault="00A61407">
            <w:pPr>
              <w:spacing w:before="20" w:after="20"/>
              <w:jc w:val="left"/>
              <w:rPr>
                <w:lang w:val="pl-PL"/>
              </w:rPr>
            </w:pPr>
            <w:r w:rsidRPr="00161078">
              <w:rPr>
                <w:sz w:val="16"/>
                <w:lang w:val="pl-PL"/>
              </w:rPr>
              <w:t>Pipety serologiczne 10 ml</w:t>
            </w:r>
          </w:p>
        </w:tc>
        <w:tc>
          <w:tcPr>
            <w:tcW w:w="1050" w:type="dxa"/>
            <w:vAlign w:val="center"/>
          </w:tcPr>
          <w:p w14:paraId="6C2335EA" w14:textId="77777777" w:rsidR="00A61407" w:rsidRPr="00161078" w:rsidRDefault="00A61407">
            <w:pPr>
              <w:spacing w:before="20" w:after="20"/>
              <w:jc w:val="center"/>
              <w:rPr>
                <w:lang w:val="pl-PL"/>
              </w:rPr>
            </w:pPr>
            <w:r w:rsidRPr="00161078">
              <w:rPr>
                <w:sz w:val="16"/>
                <w:lang w:val="pl-PL"/>
              </w:rPr>
              <w:t>200 szt.</w:t>
            </w:r>
          </w:p>
        </w:tc>
        <w:tc>
          <w:tcPr>
            <w:tcW w:w="640" w:type="dxa"/>
            <w:vAlign w:val="center"/>
          </w:tcPr>
          <w:p w14:paraId="1DD83AAF"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0B501BFA" w14:textId="32792B29" w:rsidR="00A61407" w:rsidRPr="00161078" w:rsidRDefault="00A61407">
            <w:pPr>
              <w:spacing w:before="20" w:after="20"/>
              <w:jc w:val="center"/>
              <w:rPr>
                <w:lang w:val="pl-PL"/>
              </w:rPr>
            </w:pPr>
            <w:r>
              <w:rPr>
                <w:sz w:val="16"/>
                <w:lang w:val="pl-PL"/>
              </w:rPr>
              <w:t>100</w:t>
            </w:r>
          </w:p>
        </w:tc>
        <w:tc>
          <w:tcPr>
            <w:tcW w:w="1250" w:type="dxa"/>
            <w:vAlign w:val="center"/>
          </w:tcPr>
          <w:p w14:paraId="18CF10E1" w14:textId="77777777" w:rsidR="00A61407" w:rsidRPr="00161078" w:rsidRDefault="00A61407">
            <w:pPr>
              <w:spacing w:before="20" w:after="20"/>
              <w:jc w:val="center"/>
              <w:rPr>
                <w:lang w:val="pl-PL"/>
              </w:rPr>
            </w:pPr>
          </w:p>
        </w:tc>
        <w:tc>
          <w:tcPr>
            <w:tcW w:w="620" w:type="dxa"/>
            <w:vAlign w:val="center"/>
          </w:tcPr>
          <w:p w14:paraId="5AC74D1F" w14:textId="77777777" w:rsidR="00A61407" w:rsidRPr="00161078" w:rsidRDefault="00A61407">
            <w:pPr>
              <w:spacing w:before="20" w:after="20"/>
              <w:jc w:val="center"/>
              <w:rPr>
                <w:lang w:val="pl-PL"/>
              </w:rPr>
            </w:pPr>
          </w:p>
        </w:tc>
        <w:tc>
          <w:tcPr>
            <w:tcW w:w="1250" w:type="dxa"/>
            <w:vAlign w:val="center"/>
          </w:tcPr>
          <w:p w14:paraId="2AE67FBF" w14:textId="77777777" w:rsidR="00A61407" w:rsidRPr="00161078" w:rsidRDefault="00A61407">
            <w:pPr>
              <w:spacing w:before="20" w:after="20"/>
              <w:jc w:val="center"/>
              <w:rPr>
                <w:lang w:val="pl-PL"/>
              </w:rPr>
            </w:pPr>
          </w:p>
        </w:tc>
        <w:tc>
          <w:tcPr>
            <w:tcW w:w="1350" w:type="dxa"/>
            <w:gridSpan w:val="2"/>
            <w:vAlign w:val="center"/>
          </w:tcPr>
          <w:p w14:paraId="67BF81EC" w14:textId="77777777" w:rsidR="00A61407" w:rsidRPr="00161078" w:rsidRDefault="00A61407">
            <w:pPr>
              <w:spacing w:before="20" w:after="20"/>
              <w:jc w:val="center"/>
              <w:rPr>
                <w:lang w:val="pl-PL"/>
              </w:rPr>
            </w:pPr>
          </w:p>
        </w:tc>
        <w:tc>
          <w:tcPr>
            <w:tcW w:w="1350" w:type="dxa"/>
            <w:gridSpan w:val="2"/>
            <w:vAlign w:val="center"/>
          </w:tcPr>
          <w:p w14:paraId="38E83C23" w14:textId="77777777" w:rsidR="00A61407" w:rsidRPr="00161078" w:rsidRDefault="00A61407">
            <w:pPr>
              <w:spacing w:before="20" w:after="20"/>
              <w:jc w:val="center"/>
              <w:rPr>
                <w:lang w:val="pl-PL"/>
              </w:rPr>
            </w:pPr>
          </w:p>
        </w:tc>
      </w:tr>
      <w:tr w:rsidR="00A61407" w:rsidRPr="00161078" w14:paraId="169CAF60" w14:textId="77777777" w:rsidTr="00795294">
        <w:trPr>
          <w:jc w:val="center"/>
        </w:trPr>
        <w:tc>
          <w:tcPr>
            <w:tcW w:w="420" w:type="dxa"/>
            <w:vAlign w:val="center"/>
          </w:tcPr>
          <w:p w14:paraId="0524A191" w14:textId="77777777" w:rsidR="00A61407" w:rsidRPr="00161078" w:rsidRDefault="00A61407">
            <w:pPr>
              <w:spacing w:before="20" w:after="20"/>
              <w:jc w:val="center"/>
              <w:rPr>
                <w:lang w:val="pl-PL"/>
              </w:rPr>
            </w:pPr>
            <w:permStart w:id="686042095" w:edGrp="everyone" w:colFirst="5" w:colLast="5"/>
            <w:permStart w:id="1436840012" w:edGrp="everyone" w:colFirst="6" w:colLast="6"/>
            <w:permStart w:id="1884503850" w:edGrp="everyone" w:colFirst="7" w:colLast="7"/>
            <w:permStart w:id="2042847341" w:edGrp="everyone" w:colFirst="8" w:colLast="8"/>
            <w:permStart w:id="1353480445" w:edGrp="everyone" w:colFirst="9" w:colLast="9"/>
            <w:permEnd w:id="805585588"/>
            <w:permEnd w:id="2082879327"/>
            <w:permEnd w:id="2046493054"/>
            <w:permEnd w:id="634674599"/>
            <w:permEnd w:id="1376215258"/>
            <w:r w:rsidRPr="00161078">
              <w:rPr>
                <w:sz w:val="16"/>
                <w:lang w:val="pl-PL"/>
              </w:rPr>
              <w:t>10</w:t>
            </w:r>
          </w:p>
        </w:tc>
        <w:tc>
          <w:tcPr>
            <w:tcW w:w="2850" w:type="dxa"/>
            <w:vAlign w:val="center"/>
          </w:tcPr>
          <w:p w14:paraId="6956E588" w14:textId="77777777" w:rsidR="00A61407" w:rsidRPr="00161078" w:rsidRDefault="00A61407">
            <w:pPr>
              <w:spacing w:before="20" w:after="20"/>
              <w:jc w:val="left"/>
              <w:rPr>
                <w:lang w:val="pl-PL"/>
              </w:rPr>
            </w:pPr>
            <w:r w:rsidRPr="00161078">
              <w:rPr>
                <w:sz w:val="16"/>
                <w:lang w:val="pl-PL"/>
              </w:rPr>
              <w:t>Rękawiczki nitrylowe</w:t>
            </w:r>
          </w:p>
        </w:tc>
        <w:tc>
          <w:tcPr>
            <w:tcW w:w="1050" w:type="dxa"/>
            <w:vAlign w:val="center"/>
          </w:tcPr>
          <w:p w14:paraId="45B0728A" w14:textId="77777777" w:rsidR="00A61407" w:rsidRPr="00161078" w:rsidRDefault="00A61407">
            <w:pPr>
              <w:spacing w:before="20" w:after="20"/>
              <w:jc w:val="center"/>
              <w:rPr>
                <w:lang w:val="pl-PL"/>
              </w:rPr>
            </w:pPr>
            <w:r w:rsidRPr="00161078">
              <w:rPr>
                <w:sz w:val="16"/>
                <w:lang w:val="pl-PL"/>
              </w:rPr>
              <w:t>100 szt.</w:t>
            </w:r>
          </w:p>
        </w:tc>
        <w:tc>
          <w:tcPr>
            <w:tcW w:w="640" w:type="dxa"/>
            <w:vAlign w:val="center"/>
          </w:tcPr>
          <w:p w14:paraId="1D26F3B3"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7A5FCC27" w14:textId="7C836F73" w:rsidR="00A61407" w:rsidRPr="00161078" w:rsidRDefault="00A61407">
            <w:pPr>
              <w:spacing w:before="20" w:after="20"/>
              <w:jc w:val="center"/>
              <w:rPr>
                <w:lang w:val="pl-PL"/>
              </w:rPr>
            </w:pPr>
            <w:r>
              <w:rPr>
                <w:sz w:val="16"/>
                <w:lang w:val="pl-PL"/>
              </w:rPr>
              <w:t>350</w:t>
            </w:r>
          </w:p>
        </w:tc>
        <w:tc>
          <w:tcPr>
            <w:tcW w:w="1250" w:type="dxa"/>
            <w:vAlign w:val="center"/>
          </w:tcPr>
          <w:p w14:paraId="3D10B221" w14:textId="77777777" w:rsidR="00A61407" w:rsidRPr="00161078" w:rsidRDefault="00A61407">
            <w:pPr>
              <w:spacing w:before="20" w:after="20"/>
              <w:jc w:val="center"/>
              <w:rPr>
                <w:lang w:val="pl-PL"/>
              </w:rPr>
            </w:pPr>
          </w:p>
        </w:tc>
        <w:tc>
          <w:tcPr>
            <w:tcW w:w="620" w:type="dxa"/>
            <w:vAlign w:val="center"/>
          </w:tcPr>
          <w:p w14:paraId="448E6378" w14:textId="77777777" w:rsidR="00A61407" w:rsidRPr="00161078" w:rsidRDefault="00A61407">
            <w:pPr>
              <w:spacing w:before="20" w:after="20"/>
              <w:jc w:val="center"/>
              <w:rPr>
                <w:lang w:val="pl-PL"/>
              </w:rPr>
            </w:pPr>
          </w:p>
        </w:tc>
        <w:tc>
          <w:tcPr>
            <w:tcW w:w="1250" w:type="dxa"/>
            <w:vAlign w:val="center"/>
          </w:tcPr>
          <w:p w14:paraId="258AD760" w14:textId="77777777" w:rsidR="00A61407" w:rsidRPr="00161078" w:rsidRDefault="00A61407">
            <w:pPr>
              <w:spacing w:before="20" w:after="20"/>
              <w:jc w:val="center"/>
              <w:rPr>
                <w:lang w:val="pl-PL"/>
              </w:rPr>
            </w:pPr>
          </w:p>
        </w:tc>
        <w:tc>
          <w:tcPr>
            <w:tcW w:w="1350" w:type="dxa"/>
            <w:gridSpan w:val="2"/>
            <w:vAlign w:val="center"/>
          </w:tcPr>
          <w:p w14:paraId="5A753D1D" w14:textId="77777777" w:rsidR="00A61407" w:rsidRPr="00161078" w:rsidRDefault="00A61407">
            <w:pPr>
              <w:spacing w:before="20" w:after="20"/>
              <w:jc w:val="center"/>
              <w:rPr>
                <w:lang w:val="pl-PL"/>
              </w:rPr>
            </w:pPr>
          </w:p>
        </w:tc>
        <w:tc>
          <w:tcPr>
            <w:tcW w:w="1350" w:type="dxa"/>
            <w:gridSpan w:val="2"/>
            <w:vAlign w:val="center"/>
          </w:tcPr>
          <w:p w14:paraId="5EB66710" w14:textId="77777777" w:rsidR="00A61407" w:rsidRPr="00161078" w:rsidRDefault="00A61407">
            <w:pPr>
              <w:spacing w:before="20" w:after="20"/>
              <w:jc w:val="center"/>
              <w:rPr>
                <w:lang w:val="pl-PL"/>
              </w:rPr>
            </w:pPr>
          </w:p>
        </w:tc>
      </w:tr>
      <w:tr w:rsidR="00A61407" w:rsidRPr="00161078" w14:paraId="21F7538F" w14:textId="77777777" w:rsidTr="00795294">
        <w:trPr>
          <w:jc w:val="center"/>
        </w:trPr>
        <w:tc>
          <w:tcPr>
            <w:tcW w:w="420" w:type="dxa"/>
            <w:vAlign w:val="center"/>
          </w:tcPr>
          <w:p w14:paraId="1400B232" w14:textId="77777777" w:rsidR="00A61407" w:rsidRPr="00161078" w:rsidRDefault="00A61407">
            <w:pPr>
              <w:spacing w:before="20" w:after="20"/>
              <w:jc w:val="center"/>
              <w:rPr>
                <w:lang w:val="pl-PL"/>
              </w:rPr>
            </w:pPr>
            <w:permStart w:id="1181289881" w:edGrp="everyone" w:colFirst="5" w:colLast="5"/>
            <w:permStart w:id="1733256628" w:edGrp="everyone" w:colFirst="6" w:colLast="6"/>
            <w:permStart w:id="2134574893" w:edGrp="everyone" w:colFirst="7" w:colLast="7"/>
            <w:permStart w:id="1415011642" w:edGrp="everyone" w:colFirst="8" w:colLast="8"/>
            <w:permStart w:id="538074605" w:edGrp="everyone" w:colFirst="9" w:colLast="9"/>
            <w:permEnd w:id="686042095"/>
            <w:permEnd w:id="1436840012"/>
            <w:permEnd w:id="1884503850"/>
            <w:permEnd w:id="2042847341"/>
            <w:permEnd w:id="1353480445"/>
            <w:r w:rsidRPr="00161078">
              <w:rPr>
                <w:sz w:val="16"/>
                <w:lang w:val="pl-PL"/>
              </w:rPr>
              <w:t>11</w:t>
            </w:r>
          </w:p>
        </w:tc>
        <w:tc>
          <w:tcPr>
            <w:tcW w:w="2850" w:type="dxa"/>
            <w:vAlign w:val="center"/>
          </w:tcPr>
          <w:p w14:paraId="79C0E41A" w14:textId="77777777" w:rsidR="00A61407" w:rsidRPr="00161078" w:rsidRDefault="00A61407">
            <w:pPr>
              <w:spacing w:before="20" w:after="20"/>
              <w:jc w:val="left"/>
              <w:rPr>
                <w:lang w:val="pl-PL"/>
              </w:rPr>
            </w:pPr>
            <w:r w:rsidRPr="00161078">
              <w:rPr>
                <w:sz w:val="16"/>
                <w:lang w:val="pl-PL"/>
              </w:rPr>
              <w:t>Głaszczki</w:t>
            </w:r>
          </w:p>
        </w:tc>
        <w:tc>
          <w:tcPr>
            <w:tcW w:w="1050" w:type="dxa"/>
            <w:vAlign w:val="center"/>
          </w:tcPr>
          <w:p w14:paraId="77FBC5A2" w14:textId="77777777" w:rsidR="00A61407" w:rsidRPr="00161078" w:rsidRDefault="00A61407">
            <w:pPr>
              <w:spacing w:before="20" w:after="20"/>
              <w:jc w:val="center"/>
              <w:rPr>
                <w:lang w:val="pl-PL"/>
              </w:rPr>
            </w:pPr>
            <w:r w:rsidRPr="00161078">
              <w:rPr>
                <w:sz w:val="16"/>
                <w:lang w:val="pl-PL"/>
              </w:rPr>
              <w:t>500 x 1 szt.</w:t>
            </w:r>
          </w:p>
        </w:tc>
        <w:tc>
          <w:tcPr>
            <w:tcW w:w="640" w:type="dxa"/>
            <w:vAlign w:val="center"/>
          </w:tcPr>
          <w:p w14:paraId="10D9D25D"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0F67ECAA" w14:textId="78B3432F" w:rsidR="00A61407" w:rsidRPr="00161078" w:rsidRDefault="00A61407">
            <w:pPr>
              <w:spacing w:before="20" w:after="20"/>
              <w:jc w:val="center"/>
              <w:rPr>
                <w:lang w:val="pl-PL"/>
              </w:rPr>
            </w:pPr>
            <w:r>
              <w:rPr>
                <w:sz w:val="16"/>
                <w:lang w:val="pl-PL"/>
              </w:rPr>
              <w:t>5</w:t>
            </w:r>
          </w:p>
        </w:tc>
        <w:tc>
          <w:tcPr>
            <w:tcW w:w="1250" w:type="dxa"/>
            <w:vAlign w:val="center"/>
          </w:tcPr>
          <w:p w14:paraId="0A61FE5C" w14:textId="77777777" w:rsidR="00A61407" w:rsidRPr="00161078" w:rsidRDefault="00A61407">
            <w:pPr>
              <w:spacing w:before="20" w:after="20"/>
              <w:jc w:val="center"/>
              <w:rPr>
                <w:lang w:val="pl-PL"/>
              </w:rPr>
            </w:pPr>
          </w:p>
        </w:tc>
        <w:tc>
          <w:tcPr>
            <w:tcW w:w="620" w:type="dxa"/>
            <w:vAlign w:val="center"/>
          </w:tcPr>
          <w:p w14:paraId="6C67B449" w14:textId="77777777" w:rsidR="00A61407" w:rsidRPr="00161078" w:rsidRDefault="00A61407">
            <w:pPr>
              <w:spacing w:before="20" w:after="20"/>
              <w:jc w:val="center"/>
              <w:rPr>
                <w:lang w:val="pl-PL"/>
              </w:rPr>
            </w:pPr>
          </w:p>
        </w:tc>
        <w:tc>
          <w:tcPr>
            <w:tcW w:w="1250" w:type="dxa"/>
            <w:vAlign w:val="center"/>
          </w:tcPr>
          <w:p w14:paraId="617C3C72" w14:textId="77777777" w:rsidR="00A61407" w:rsidRPr="00161078" w:rsidRDefault="00A61407">
            <w:pPr>
              <w:spacing w:before="20" w:after="20"/>
              <w:jc w:val="center"/>
              <w:rPr>
                <w:lang w:val="pl-PL"/>
              </w:rPr>
            </w:pPr>
          </w:p>
        </w:tc>
        <w:tc>
          <w:tcPr>
            <w:tcW w:w="1350" w:type="dxa"/>
            <w:gridSpan w:val="2"/>
            <w:vAlign w:val="center"/>
          </w:tcPr>
          <w:p w14:paraId="7627B8DA" w14:textId="77777777" w:rsidR="00A61407" w:rsidRPr="00161078" w:rsidRDefault="00A61407">
            <w:pPr>
              <w:spacing w:before="20" w:after="20"/>
              <w:jc w:val="center"/>
              <w:rPr>
                <w:lang w:val="pl-PL"/>
              </w:rPr>
            </w:pPr>
          </w:p>
        </w:tc>
        <w:tc>
          <w:tcPr>
            <w:tcW w:w="1350" w:type="dxa"/>
            <w:gridSpan w:val="2"/>
            <w:vAlign w:val="center"/>
          </w:tcPr>
          <w:p w14:paraId="6CEB826C" w14:textId="77777777" w:rsidR="00A61407" w:rsidRPr="00161078" w:rsidRDefault="00A61407">
            <w:pPr>
              <w:spacing w:before="20" w:after="20"/>
              <w:jc w:val="center"/>
              <w:rPr>
                <w:lang w:val="pl-PL"/>
              </w:rPr>
            </w:pPr>
          </w:p>
        </w:tc>
      </w:tr>
      <w:tr w:rsidR="00A61407" w:rsidRPr="00161078" w14:paraId="15B55FBE" w14:textId="77777777" w:rsidTr="00795294">
        <w:trPr>
          <w:jc w:val="center"/>
        </w:trPr>
        <w:tc>
          <w:tcPr>
            <w:tcW w:w="420" w:type="dxa"/>
            <w:vAlign w:val="center"/>
          </w:tcPr>
          <w:p w14:paraId="284D6533" w14:textId="77777777" w:rsidR="00A61407" w:rsidRPr="00161078" w:rsidRDefault="00A61407">
            <w:pPr>
              <w:spacing w:before="20" w:after="20"/>
              <w:jc w:val="center"/>
              <w:rPr>
                <w:lang w:val="pl-PL"/>
              </w:rPr>
            </w:pPr>
            <w:permStart w:id="1743525574" w:edGrp="everyone" w:colFirst="5" w:colLast="5"/>
            <w:permStart w:id="447744521" w:edGrp="everyone" w:colFirst="6" w:colLast="6"/>
            <w:permStart w:id="1376942650" w:edGrp="everyone" w:colFirst="7" w:colLast="7"/>
            <w:permStart w:id="159273272" w:edGrp="everyone" w:colFirst="8" w:colLast="8"/>
            <w:permStart w:id="840328720" w:edGrp="everyone" w:colFirst="9" w:colLast="9"/>
            <w:permEnd w:id="1181289881"/>
            <w:permEnd w:id="1733256628"/>
            <w:permEnd w:id="2134574893"/>
            <w:permEnd w:id="1415011642"/>
            <w:permEnd w:id="538074605"/>
            <w:r w:rsidRPr="00161078">
              <w:rPr>
                <w:sz w:val="16"/>
                <w:lang w:val="pl-PL"/>
              </w:rPr>
              <w:t>12</w:t>
            </w:r>
          </w:p>
        </w:tc>
        <w:tc>
          <w:tcPr>
            <w:tcW w:w="2850" w:type="dxa"/>
            <w:vAlign w:val="center"/>
          </w:tcPr>
          <w:p w14:paraId="3C301D9C" w14:textId="77777777" w:rsidR="00A61407" w:rsidRPr="00161078" w:rsidRDefault="00A61407">
            <w:pPr>
              <w:spacing w:before="20" w:after="20"/>
              <w:jc w:val="left"/>
              <w:rPr>
                <w:lang w:val="pl-PL"/>
              </w:rPr>
            </w:pPr>
            <w:r w:rsidRPr="00161078">
              <w:rPr>
                <w:sz w:val="16"/>
                <w:lang w:val="pl-PL"/>
              </w:rPr>
              <w:t xml:space="preserve">Probówki wirówkowe typu </w:t>
            </w:r>
            <w:proofErr w:type="spellStart"/>
            <w:r w:rsidRPr="00161078">
              <w:rPr>
                <w:sz w:val="16"/>
                <w:lang w:val="pl-PL"/>
              </w:rPr>
              <w:t>Eppendorf</w:t>
            </w:r>
            <w:proofErr w:type="spellEnd"/>
            <w:r w:rsidRPr="00161078">
              <w:rPr>
                <w:sz w:val="16"/>
                <w:lang w:val="pl-PL"/>
              </w:rPr>
              <w:t xml:space="preserve"> 0,5 ml, z zamknięciem </w:t>
            </w:r>
            <w:proofErr w:type="spellStart"/>
            <w:r w:rsidRPr="00161078">
              <w:rPr>
                <w:sz w:val="16"/>
                <w:lang w:val="pl-PL"/>
              </w:rPr>
              <w:t>Safe</w:t>
            </w:r>
            <w:proofErr w:type="spellEnd"/>
            <w:r w:rsidRPr="00161078">
              <w:rPr>
                <w:sz w:val="16"/>
                <w:lang w:val="pl-PL"/>
              </w:rPr>
              <w:t xml:space="preserve"> Lock</w:t>
            </w:r>
          </w:p>
        </w:tc>
        <w:tc>
          <w:tcPr>
            <w:tcW w:w="1050" w:type="dxa"/>
            <w:vAlign w:val="center"/>
          </w:tcPr>
          <w:p w14:paraId="1CECB979" w14:textId="77777777" w:rsidR="00A61407" w:rsidRPr="00161078" w:rsidRDefault="00A61407">
            <w:pPr>
              <w:spacing w:before="20" w:after="20"/>
              <w:jc w:val="center"/>
              <w:rPr>
                <w:lang w:val="pl-PL"/>
              </w:rPr>
            </w:pPr>
            <w:r w:rsidRPr="00161078">
              <w:rPr>
                <w:sz w:val="16"/>
                <w:lang w:val="pl-PL"/>
              </w:rPr>
              <w:t>500 szt.</w:t>
            </w:r>
          </w:p>
        </w:tc>
        <w:tc>
          <w:tcPr>
            <w:tcW w:w="640" w:type="dxa"/>
            <w:vAlign w:val="center"/>
          </w:tcPr>
          <w:p w14:paraId="40941B97"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0CF35862" w14:textId="6ABC81E1" w:rsidR="00A61407" w:rsidRPr="00161078" w:rsidRDefault="00A61407">
            <w:pPr>
              <w:spacing w:before="20" w:after="20"/>
              <w:jc w:val="center"/>
              <w:rPr>
                <w:lang w:val="pl-PL"/>
              </w:rPr>
            </w:pPr>
            <w:r>
              <w:rPr>
                <w:sz w:val="16"/>
                <w:lang w:val="pl-PL"/>
              </w:rPr>
              <w:t>12</w:t>
            </w:r>
          </w:p>
        </w:tc>
        <w:tc>
          <w:tcPr>
            <w:tcW w:w="1250" w:type="dxa"/>
            <w:vAlign w:val="center"/>
          </w:tcPr>
          <w:p w14:paraId="01F8E635" w14:textId="77777777" w:rsidR="00A61407" w:rsidRPr="00161078" w:rsidRDefault="00A61407">
            <w:pPr>
              <w:spacing w:before="20" w:after="20"/>
              <w:jc w:val="center"/>
              <w:rPr>
                <w:lang w:val="pl-PL"/>
              </w:rPr>
            </w:pPr>
          </w:p>
        </w:tc>
        <w:tc>
          <w:tcPr>
            <w:tcW w:w="620" w:type="dxa"/>
            <w:vAlign w:val="center"/>
          </w:tcPr>
          <w:p w14:paraId="44A423E5" w14:textId="77777777" w:rsidR="00A61407" w:rsidRPr="00161078" w:rsidRDefault="00A61407">
            <w:pPr>
              <w:spacing w:before="20" w:after="20"/>
              <w:jc w:val="center"/>
              <w:rPr>
                <w:lang w:val="pl-PL"/>
              </w:rPr>
            </w:pPr>
          </w:p>
        </w:tc>
        <w:tc>
          <w:tcPr>
            <w:tcW w:w="1250" w:type="dxa"/>
            <w:vAlign w:val="center"/>
          </w:tcPr>
          <w:p w14:paraId="6801DB36" w14:textId="77777777" w:rsidR="00A61407" w:rsidRPr="00161078" w:rsidRDefault="00A61407">
            <w:pPr>
              <w:spacing w:before="20" w:after="20"/>
              <w:jc w:val="center"/>
              <w:rPr>
                <w:lang w:val="pl-PL"/>
              </w:rPr>
            </w:pPr>
          </w:p>
        </w:tc>
        <w:tc>
          <w:tcPr>
            <w:tcW w:w="1350" w:type="dxa"/>
            <w:gridSpan w:val="2"/>
            <w:vAlign w:val="center"/>
          </w:tcPr>
          <w:p w14:paraId="2A43A15A" w14:textId="77777777" w:rsidR="00A61407" w:rsidRPr="00161078" w:rsidRDefault="00A61407">
            <w:pPr>
              <w:spacing w:before="20" w:after="20"/>
              <w:jc w:val="center"/>
              <w:rPr>
                <w:lang w:val="pl-PL"/>
              </w:rPr>
            </w:pPr>
          </w:p>
        </w:tc>
        <w:tc>
          <w:tcPr>
            <w:tcW w:w="1350" w:type="dxa"/>
            <w:gridSpan w:val="2"/>
            <w:vAlign w:val="center"/>
          </w:tcPr>
          <w:p w14:paraId="7F91C166" w14:textId="77777777" w:rsidR="00A61407" w:rsidRPr="00161078" w:rsidRDefault="00A61407">
            <w:pPr>
              <w:spacing w:before="20" w:after="20"/>
              <w:jc w:val="center"/>
              <w:rPr>
                <w:lang w:val="pl-PL"/>
              </w:rPr>
            </w:pPr>
          </w:p>
        </w:tc>
      </w:tr>
      <w:tr w:rsidR="00A61407" w:rsidRPr="00161078" w14:paraId="6B34264F" w14:textId="77777777" w:rsidTr="00795294">
        <w:trPr>
          <w:jc w:val="center"/>
        </w:trPr>
        <w:tc>
          <w:tcPr>
            <w:tcW w:w="420" w:type="dxa"/>
            <w:vAlign w:val="center"/>
          </w:tcPr>
          <w:p w14:paraId="6A26AEE6" w14:textId="77777777" w:rsidR="00A61407" w:rsidRPr="00161078" w:rsidRDefault="00A61407">
            <w:pPr>
              <w:spacing w:before="20" w:after="20"/>
              <w:jc w:val="center"/>
              <w:rPr>
                <w:lang w:val="pl-PL"/>
              </w:rPr>
            </w:pPr>
            <w:permStart w:id="1090598459" w:edGrp="everyone" w:colFirst="5" w:colLast="5"/>
            <w:permStart w:id="1607301487" w:edGrp="everyone" w:colFirst="6" w:colLast="6"/>
            <w:permStart w:id="2073299627" w:edGrp="everyone" w:colFirst="7" w:colLast="7"/>
            <w:permStart w:id="627917305" w:edGrp="everyone" w:colFirst="8" w:colLast="8"/>
            <w:permStart w:id="1886224145" w:edGrp="everyone" w:colFirst="9" w:colLast="9"/>
            <w:permEnd w:id="1743525574"/>
            <w:permEnd w:id="447744521"/>
            <w:permEnd w:id="1376942650"/>
            <w:permEnd w:id="159273272"/>
            <w:permEnd w:id="840328720"/>
            <w:r w:rsidRPr="00161078">
              <w:rPr>
                <w:sz w:val="16"/>
                <w:lang w:val="pl-PL"/>
              </w:rPr>
              <w:t>13</w:t>
            </w:r>
          </w:p>
        </w:tc>
        <w:tc>
          <w:tcPr>
            <w:tcW w:w="2850" w:type="dxa"/>
            <w:vAlign w:val="center"/>
          </w:tcPr>
          <w:p w14:paraId="69109434" w14:textId="77777777" w:rsidR="00A61407" w:rsidRPr="00161078" w:rsidRDefault="00A61407">
            <w:pPr>
              <w:spacing w:before="20" w:after="20"/>
              <w:jc w:val="left"/>
              <w:rPr>
                <w:lang w:val="pl-PL"/>
              </w:rPr>
            </w:pPr>
            <w:r w:rsidRPr="00161078">
              <w:rPr>
                <w:sz w:val="16"/>
                <w:lang w:val="pl-PL"/>
              </w:rPr>
              <w:t xml:space="preserve">Probówki wirówkowe typu </w:t>
            </w:r>
            <w:proofErr w:type="spellStart"/>
            <w:r w:rsidRPr="00161078">
              <w:rPr>
                <w:sz w:val="16"/>
                <w:lang w:val="pl-PL"/>
              </w:rPr>
              <w:t>Eppendorf</w:t>
            </w:r>
            <w:proofErr w:type="spellEnd"/>
            <w:r w:rsidRPr="00161078">
              <w:rPr>
                <w:sz w:val="16"/>
                <w:lang w:val="pl-PL"/>
              </w:rPr>
              <w:t xml:space="preserve"> 1,5 ml, sterylne</w:t>
            </w:r>
          </w:p>
        </w:tc>
        <w:tc>
          <w:tcPr>
            <w:tcW w:w="1050" w:type="dxa"/>
            <w:vAlign w:val="center"/>
          </w:tcPr>
          <w:p w14:paraId="3C128940" w14:textId="77777777" w:rsidR="00A61407" w:rsidRPr="00161078" w:rsidRDefault="00A61407">
            <w:pPr>
              <w:spacing w:before="20" w:after="20"/>
              <w:jc w:val="center"/>
              <w:rPr>
                <w:lang w:val="pl-PL"/>
              </w:rPr>
            </w:pPr>
            <w:r w:rsidRPr="00161078">
              <w:rPr>
                <w:sz w:val="16"/>
                <w:lang w:val="pl-PL"/>
              </w:rPr>
              <w:t>500 szt.</w:t>
            </w:r>
          </w:p>
        </w:tc>
        <w:tc>
          <w:tcPr>
            <w:tcW w:w="640" w:type="dxa"/>
            <w:vAlign w:val="center"/>
          </w:tcPr>
          <w:p w14:paraId="2E28277B"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557F5B3F" w14:textId="20A06999" w:rsidR="00A61407" w:rsidRPr="00161078" w:rsidRDefault="00A61407">
            <w:pPr>
              <w:spacing w:before="20" w:after="20"/>
              <w:jc w:val="center"/>
              <w:rPr>
                <w:lang w:val="pl-PL"/>
              </w:rPr>
            </w:pPr>
            <w:r>
              <w:rPr>
                <w:sz w:val="16"/>
                <w:lang w:val="pl-PL"/>
              </w:rPr>
              <w:t>12</w:t>
            </w:r>
          </w:p>
        </w:tc>
        <w:tc>
          <w:tcPr>
            <w:tcW w:w="1250" w:type="dxa"/>
            <w:vAlign w:val="center"/>
          </w:tcPr>
          <w:p w14:paraId="4D0C2A82" w14:textId="77777777" w:rsidR="00A61407" w:rsidRPr="00161078" w:rsidRDefault="00A61407">
            <w:pPr>
              <w:spacing w:before="20" w:after="20"/>
              <w:jc w:val="center"/>
              <w:rPr>
                <w:lang w:val="pl-PL"/>
              </w:rPr>
            </w:pPr>
          </w:p>
        </w:tc>
        <w:tc>
          <w:tcPr>
            <w:tcW w:w="620" w:type="dxa"/>
            <w:vAlign w:val="center"/>
          </w:tcPr>
          <w:p w14:paraId="66C7AB85" w14:textId="77777777" w:rsidR="00A61407" w:rsidRPr="00161078" w:rsidRDefault="00A61407">
            <w:pPr>
              <w:spacing w:before="20" w:after="20"/>
              <w:jc w:val="center"/>
              <w:rPr>
                <w:lang w:val="pl-PL"/>
              </w:rPr>
            </w:pPr>
          </w:p>
        </w:tc>
        <w:tc>
          <w:tcPr>
            <w:tcW w:w="1250" w:type="dxa"/>
            <w:vAlign w:val="center"/>
          </w:tcPr>
          <w:p w14:paraId="150BF58B" w14:textId="77777777" w:rsidR="00A61407" w:rsidRPr="00161078" w:rsidRDefault="00A61407">
            <w:pPr>
              <w:spacing w:before="20" w:after="20"/>
              <w:jc w:val="center"/>
              <w:rPr>
                <w:lang w:val="pl-PL"/>
              </w:rPr>
            </w:pPr>
          </w:p>
        </w:tc>
        <w:tc>
          <w:tcPr>
            <w:tcW w:w="1350" w:type="dxa"/>
            <w:gridSpan w:val="2"/>
            <w:vAlign w:val="center"/>
          </w:tcPr>
          <w:p w14:paraId="06D7A260" w14:textId="77777777" w:rsidR="00A61407" w:rsidRPr="00161078" w:rsidRDefault="00A61407">
            <w:pPr>
              <w:spacing w:before="20" w:after="20"/>
              <w:jc w:val="center"/>
              <w:rPr>
                <w:lang w:val="pl-PL"/>
              </w:rPr>
            </w:pPr>
          </w:p>
        </w:tc>
        <w:tc>
          <w:tcPr>
            <w:tcW w:w="1350" w:type="dxa"/>
            <w:gridSpan w:val="2"/>
            <w:vAlign w:val="center"/>
          </w:tcPr>
          <w:p w14:paraId="197CFE4A" w14:textId="77777777" w:rsidR="00A61407" w:rsidRPr="00161078" w:rsidRDefault="00A61407">
            <w:pPr>
              <w:spacing w:before="20" w:after="20"/>
              <w:jc w:val="center"/>
              <w:rPr>
                <w:lang w:val="pl-PL"/>
              </w:rPr>
            </w:pPr>
          </w:p>
        </w:tc>
      </w:tr>
      <w:tr w:rsidR="00A61407" w:rsidRPr="00161078" w14:paraId="23EEFC04" w14:textId="77777777" w:rsidTr="00795294">
        <w:trPr>
          <w:jc w:val="center"/>
        </w:trPr>
        <w:tc>
          <w:tcPr>
            <w:tcW w:w="420" w:type="dxa"/>
            <w:vAlign w:val="center"/>
          </w:tcPr>
          <w:p w14:paraId="4AAEA533" w14:textId="77777777" w:rsidR="00A61407" w:rsidRPr="00161078" w:rsidRDefault="00A61407">
            <w:pPr>
              <w:spacing w:before="20" w:after="20"/>
              <w:jc w:val="center"/>
              <w:rPr>
                <w:lang w:val="pl-PL"/>
              </w:rPr>
            </w:pPr>
            <w:permStart w:id="1750487668" w:edGrp="everyone" w:colFirst="5" w:colLast="5"/>
            <w:permStart w:id="583168925" w:edGrp="everyone" w:colFirst="6" w:colLast="6"/>
            <w:permStart w:id="1152065609" w:edGrp="everyone" w:colFirst="7" w:colLast="7"/>
            <w:permStart w:id="1827873773" w:edGrp="everyone" w:colFirst="8" w:colLast="8"/>
            <w:permStart w:id="842819702" w:edGrp="everyone" w:colFirst="9" w:colLast="9"/>
            <w:permEnd w:id="1090598459"/>
            <w:permEnd w:id="1607301487"/>
            <w:permEnd w:id="2073299627"/>
            <w:permEnd w:id="627917305"/>
            <w:permEnd w:id="1886224145"/>
            <w:r w:rsidRPr="00161078">
              <w:rPr>
                <w:sz w:val="16"/>
                <w:lang w:val="pl-PL"/>
              </w:rPr>
              <w:t>14</w:t>
            </w:r>
          </w:p>
        </w:tc>
        <w:tc>
          <w:tcPr>
            <w:tcW w:w="2850" w:type="dxa"/>
            <w:vAlign w:val="center"/>
          </w:tcPr>
          <w:p w14:paraId="29048326" w14:textId="77777777" w:rsidR="00A61407" w:rsidRPr="00161078" w:rsidRDefault="00A61407">
            <w:pPr>
              <w:spacing w:before="20" w:after="20"/>
              <w:jc w:val="left"/>
              <w:rPr>
                <w:lang w:val="pl-PL"/>
              </w:rPr>
            </w:pPr>
            <w:r w:rsidRPr="00161078">
              <w:rPr>
                <w:sz w:val="16"/>
                <w:lang w:val="pl-PL"/>
              </w:rPr>
              <w:t xml:space="preserve">Probówki wirówkowe typu </w:t>
            </w:r>
            <w:proofErr w:type="spellStart"/>
            <w:r w:rsidRPr="00161078">
              <w:rPr>
                <w:sz w:val="16"/>
                <w:lang w:val="pl-PL"/>
              </w:rPr>
              <w:t>Eppendorf</w:t>
            </w:r>
            <w:proofErr w:type="spellEnd"/>
            <w:r w:rsidRPr="00161078">
              <w:rPr>
                <w:sz w:val="16"/>
                <w:lang w:val="pl-PL"/>
              </w:rPr>
              <w:t xml:space="preserve"> 1,5 ml</w:t>
            </w:r>
          </w:p>
        </w:tc>
        <w:tc>
          <w:tcPr>
            <w:tcW w:w="1050" w:type="dxa"/>
            <w:vAlign w:val="center"/>
          </w:tcPr>
          <w:p w14:paraId="2D2818AE" w14:textId="77777777" w:rsidR="00A61407" w:rsidRPr="00161078" w:rsidRDefault="00A61407">
            <w:pPr>
              <w:spacing w:before="20" w:after="20"/>
              <w:jc w:val="center"/>
              <w:rPr>
                <w:lang w:val="pl-PL"/>
              </w:rPr>
            </w:pPr>
            <w:r w:rsidRPr="00161078">
              <w:rPr>
                <w:sz w:val="16"/>
                <w:lang w:val="pl-PL"/>
              </w:rPr>
              <w:t>500 szt.</w:t>
            </w:r>
          </w:p>
        </w:tc>
        <w:tc>
          <w:tcPr>
            <w:tcW w:w="640" w:type="dxa"/>
            <w:vAlign w:val="center"/>
          </w:tcPr>
          <w:p w14:paraId="764796D0"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33718DF8" w14:textId="26A8393B" w:rsidR="00A61407" w:rsidRPr="00161078" w:rsidRDefault="00A61407">
            <w:pPr>
              <w:spacing w:before="20" w:after="20"/>
              <w:jc w:val="center"/>
              <w:rPr>
                <w:lang w:val="pl-PL"/>
              </w:rPr>
            </w:pPr>
            <w:r w:rsidRPr="00056A14">
              <w:rPr>
                <w:sz w:val="16"/>
                <w:szCs w:val="18"/>
                <w:lang w:val="pl-PL"/>
              </w:rPr>
              <w:t>1</w:t>
            </w:r>
            <w:r>
              <w:rPr>
                <w:sz w:val="16"/>
                <w:szCs w:val="18"/>
                <w:lang w:val="pl-PL"/>
              </w:rPr>
              <w:t>2</w:t>
            </w:r>
          </w:p>
        </w:tc>
        <w:tc>
          <w:tcPr>
            <w:tcW w:w="1250" w:type="dxa"/>
            <w:vAlign w:val="center"/>
          </w:tcPr>
          <w:p w14:paraId="51991654" w14:textId="77777777" w:rsidR="00A61407" w:rsidRPr="00161078" w:rsidRDefault="00A61407">
            <w:pPr>
              <w:spacing w:before="20" w:after="20"/>
              <w:jc w:val="center"/>
              <w:rPr>
                <w:lang w:val="pl-PL"/>
              </w:rPr>
            </w:pPr>
          </w:p>
        </w:tc>
        <w:tc>
          <w:tcPr>
            <w:tcW w:w="620" w:type="dxa"/>
            <w:vAlign w:val="center"/>
          </w:tcPr>
          <w:p w14:paraId="78FA7133" w14:textId="77777777" w:rsidR="00A61407" w:rsidRPr="00161078" w:rsidRDefault="00A61407">
            <w:pPr>
              <w:spacing w:before="20" w:after="20"/>
              <w:jc w:val="center"/>
              <w:rPr>
                <w:lang w:val="pl-PL"/>
              </w:rPr>
            </w:pPr>
          </w:p>
        </w:tc>
        <w:tc>
          <w:tcPr>
            <w:tcW w:w="1250" w:type="dxa"/>
            <w:vAlign w:val="center"/>
          </w:tcPr>
          <w:p w14:paraId="3AD5A5D1" w14:textId="77777777" w:rsidR="00A61407" w:rsidRPr="00161078" w:rsidRDefault="00A61407">
            <w:pPr>
              <w:spacing w:before="20" w:after="20"/>
              <w:jc w:val="center"/>
              <w:rPr>
                <w:lang w:val="pl-PL"/>
              </w:rPr>
            </w:pPr>
          </w:p>
        </w:tc>
        <w:tc>
          <w:tcPr>
            <w:tcW w:w="1350" w:type="dxa"/>
            <w:gridSpan w:val="2"/>
            <w:vAlign w:val="center"/>
          </w:tcPr>
          <w:p w14:paraId="3147192B" w14:textId="77777777" w:rsidR="00A61407" w:rsidRPr="00161078" w:rsidRDefault="00A61407">
            <w:pPr>
              <w:spacing w:before="20" w:after="20"/>
              <w:jc w:val="center"/>
              <w:rPr>
                <w:lang w:val="pl-PL"/>
              </w:rPr>
            </w:pPr>
          </w:p>
        </w:tc>
        <w:tc>
          <w:tcPr>
            <w:tcW w:w="1350" w:type="dxa"/>
            <w:gridSpan w:val="2"/>
            <w:vAlign w:val="center"/>
          </w:tcPr>
          <w:p w14:paraId="0F9D6316" w14:textId="77777777" w:rsidR="00A61407" w:rsidRPr="00161078" w:rsidRDefault="00A61407">
            <w:pPr>
              <w:spacing w:before="20" w:after="20"/>
              <w:jc w:val="center"/>
              <w:rPr>
                <w:lang w:val="pl-PL"/>
              </w:rPr>
            </w:pPr>
          </w:p>
        </w:tc>
      </w:tr>
      <w:tr w:rsidR="00A61407" w:rsidRPr="00161078" w14:paraId="1C5878B0" w14:textId="77777777" w:rsidTr="00795294">
        <w:trPr>
          <w:jc w:val="center"/>
        </w:trPr>
        <w:tc>
          <w:tcPr>
            <w:tcW w:w="420" w:type="dxa"/>
            <w:vAlign w:val="center"/>
          </w:tcPr>
          <w:p w14:paraId="2246E1B3" w14:textId="77777777" w:rsidR="00A61407" w:rsidRPr="00161078" w:rsidRDefault="00A61407">
            <w:pPr>
              <w:spacing w:before="20" w:after="20"/>
              <w:jc w:val="center"/>
              <w:rPr>
                <w:lang w:val="pl-PL"/>
              </w:rPr>
            </w:pPr>
            <w:permStart w:id="110978281" w:edGrp="everyone" w:colFirst="5" w:colLast="5"/>
            <w:permStart w:id="1118334541" w:edGrp="everyone" w:colFirst="6" w:colLast="6"/>
            <w:permStart w:id="526345183" w:edGrp="everyone" w:colFirst="7" w:colLast="7"/>
            <w:permStart w:id="1178086450" w:edGrp="everyone" w:colFirst="8" w:colLast="8"/>
            <w:permStart w:id="958733805" w:edGrp="everyone" w:colFirst="9" w:colLast="9"/>
            <w:permEnd w:id="1750487668"/>
            <w:permEnd w:id="583168925"/>
            <w:permEnd w:id="1152065609"/>
            <w:permEnd w:id="1827873773"/>
            <w:permEnd w:id="842819702"/>
            <w:r w:rsidRPr="00161078">
              <w:rPr>
                <w:sz w:val="16"/>
                <w:lang w:val="pl-PL"/>
              </w:rPr>
              <w:t>15</w:t>
            </w:r>
          </w:p>
        </w:tc>
        <w:tc>
          <w:tcPr>
            <w:tcW w:w="2850" w:type="dxa"/>
            <w:vAlign w:val="center"/>
          </w:tcPr>
          <w:p w14:paraId="144D4501" w14:textId="77777777" w:rsidR="00A61407" w:rsidRPr="00161078" w:rsidRDefault="00A61407">
            <w:pPr>
              <w:spacing w:before="20" w:after="20"/>
              <w:jc w:val="left"/>
              <w:rPr>
                <w:lang w:val="pl-PL"/>
              </w:rPr>
            </w:pPr>
            <w:r w:rsidRPr="00161078">
              <w:rPr>
                <w:sz w:val="16"/>
                <w:lang w:val="pl-PL"/>
              </w:rPr>
              <w:t>Butelki do hodowli T25 z zakrętką z filtrem</w:t>
            </w:r>
          </w:p>
        </w:tc>
        <w:tc>
          <w:tcPr>
            <w:tcW w:w="1050" w:type="dxa"/>
            <w:vAlign w:val="center"/>
          </w:tcPr>
          <w:p w14:paraId="735CFAF2" w14:textId="77777777" w:rsidR="00A61407" w:rsidRPr="00161078" w:rsidRDefault="00A61407">
            <w:pPr>
              <w:spacing w:before="20" w:after="20"/>
              <w:jc w:val="center"/>
              <w:rPr>
                <w:lang w:val="pl-PL"/>
              </w:rPr>
            </w:pPr>
            <w:r w:rsidRPr="00161078">
              <w:rPr>
                <w:sz w:val="16"/>
                <w:lang w:val="pl-PL"/>
              </w:rPr>
              <w:t>200 szt.</w:t>
            </w:r>
          </w:p>
        </w:tc>
        <w:tc>
          <w:tcPr>
            <w:tcW w:w="640" w:type="dxa"/>
            <w:vAlign w:val="center"/>
          </w:tcPr>
          <w:p w14:paraId="51140FF9"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09B59941" w14:textId="5DD5E87A" w:rsidR="00A61407" w:rsidRPr="00161078" w:rsidRDefault="00A61407">
            <w:pPr>
              <w:spacing w:before="20" w:after="20"/>
              <w:jc w:val="center"/>
              <w:rPr>
                <w:lang w:val="pl-PL"/>
              </w:rPr>
            </w:pPr>
            <w:r>
              <w:rPr>
                <w:sz w:val="16"/>
                <w:lang w:val="pl-PL"/>
              </w:rPr>
              <w:t>20</w:t>
            </w:r>
          </w:p>
        </w:tc>
        <w:tc>
          <w:tcPr>
            <w:tcW w:w="1250" w:type="dxa"/>
            <w:vAlign w:val="center"/>
          </w:tcPr>
          <w:p w14:paraId="1F67D374" w14:textId="77777777" w:rsidR="00A61407" w:rsidRPr="00161078" w:rsidRDefault="00A61407">
            <w:pPr>
              <w:spacing w:before="20" w:after="20"/>
              <w:jc w:val="center"/>
              <w:rPr>
                <w:lang w:val="pl-PL"/>
              </w:rPr>
            </w:pPr>
          </w:p>
        </w:tc>
        <w:tc>
          <w:tcPr>
            <w:tcW w:w="620" w:type="dxa"/>
            <w:vAlign w:val="center"/>
          </w:tcPr>
          <w:p w14:paraId="6D27C322" w14:textId="77777777" w:rsidR="00A61407" w:rsidRPr="00161078" w:rsidRDefault="00A61407">
            <w:pPr>
              <w:spacing w:before="20" w:after="20"/>
              <w:jc w:val="center"/>
              <w:rPr>
                <w:lang w:val="pl-PL"/>
              </w:rPr>
            </w:pPr>
          </w:p>
        </w:tc>
        <w:tc>
          <w:tcPr>
            <w:tcW w:w="1250" w:type="dxa"/>
            <w:vAlign w:val="center"/>
          </w:tcPr>
          <w:p w14:paraId="2975DFD2" w14:textId="77777777" w:rsidR="00A61407" w:rsidRPr="00161078" w:rsidRDefault="00A61407">
            <w:pPr>
              <w:spacing w:before="20" w:after="20"/>
              <w:jc w:val="center"/>
              <w:rPr>
                <w:lang w:val="pl-PL"/>
              </w:rPr>
            </w:pPr>
          </w:p>
        </w:tc>
        <w:tc>
          <w:tcPr>
            <w:tcW w:w="1350" w:type="dxa"/>
            <w:gridSpan w:val="2"/>
            <w:vAlign w:val="center"/>
          </w:tcPr>
          <w:p w14:paraId="2A18477E" w14:textId="77777777" w:rsidR="00A61407" w:rsidRPr="00161078" w:rsidRDefault="00A61407">
            <w:pPr>
              <w:spacing w:before="20" w:after="20"/>
              <w:jc w:val="center"/>
              <w:rPr>
                <w:lang w:val="pl-PL"/>
              </w:rPr>
            </w:pPr>
          </w:p>
        </w:tc>
        <w:tc>
          <w:tcPr>
            <w:tcW w:w="1350" w:type="dxa"/>
            <w:gridSpan w:val="2"/>
            <w:vAlign w:val="center"/>
          </w:tcPr>
          <w:p w14:paraId="007B7C34" w14:textId="77777777" w:rsidR="00A61407" w:rsidRPr="00161078" w:rsidRDefault="00A61407">
            <w:pPr>
              <w:spacing w:before="20" w:after="20"/>
              <w:jc w:val="center"/>
              <w:rPr>
                <w:lang w:val="pl-PL"/>
              </w:rPr>
            </w:pPr>
          </w:p>
        </w:tc>
      </w:tr>
      <w:tr w:rsidR="00A61407" w:rsidRPr="00161078" w14:paraId="284BD494" w14:textId="77777777" w:rsidTr="00795294">
        <w:trPr>
          <w:jc w:val="center"/>
        </w:trPr>
        <w:tc>
          <w:tcPr>
            <w:tcW w:w="420" w:type="dxa"/>
            <w:vAlign w:val="center"/>
          </w:tcPr>
          <w:p w14:paraId="091AA859" w14:textId="77777777" w:rsidR="00A61407" w:rsidRPr="00161078" w:rsidRDefault="00A61407">
            <w:pPr>
              <w:spacing w:before="20" w:after="20"/>
              <w:jc w:val="center"/>
              <w:rPr>
                <w:lang w:val="pl-PL"/>
              </w:rPr>
            </w:pPr>
            <w:permStart w:id="1871149930" w:edGrp="everyone" w:colFirst="5" w:colLast="5"/>
            <w:permStart w:id="1189239208" w:edGrp="everyone" w:colFirst="6" w:colLast="6"/>
            <w:permStart w:id="2025591705" w:edGrp="everyone" w:colFirst="7" w:colLast="7"/>
            <w:permStart w:id="1325466605" w:edGrp="everyone" w:colFirst="8" w:colLast="8"/>
            <w:permStart w:id="344858752" w:edGrp="everyone" w:colFirst="9" w:colLast="9"/>
            <w:permEnd w:id="110978281"/>
            <w:permEnd w:id="1118334541"/>
            <w:permEnd w:id="526345183"/>
            <w:permEnd w:id="1178086450"/>
            <w:permEnd w:id="958733805"/>
            <w:r w:rsidRPr="00161078">
              <w:rPr>
                <w:sz w:val="16"/>
                <w:lang w:val="pl-PL"/>
              </w:rPr>
              <w:t>16</w:t>
            </w:r>
          </w:p>
        </w:tc>
        <w:tc>
          <w:tcPr>
            <w:tcW w:w="2850" w:type="dxa"/>
            <w:vAlign w:val="center"/>
          </w:tcPr>
          <w:p w14:paraId="5EB903FB" w14:textId="77777777" w:rsidR="00A61407" w:rsidRPr="00161078" w:rsidRDefault="00A61407">
            <w:pPr>
              <w:spacing w:before="20" w:after="20"/>
              <w:jc w:val="left"/>
              <w:rPr>
                <w:lang w:val="pl-PL"/>
              </w:rPr>
            </w:pPr>
            <w:r w:rsidRPr="00161078">
              <w:rPr>
                <w:sz w:val="16"/>
                <w:lang w:val="pl-PL"/>
              </w:rPr>
              <w:t>Butelki do hodowli T175 z zakrętką z filtrem</w:t>
            </w:r>
          </w:p>
        </w:tc>
        <w:tc>
          <w:tcPr>
            <w:tcW w:w="1050" w:type="dxa"/>
            <w:vAlign w:val="center"/>
          </w:tcPr>
          <w:p w14:paraId="7ADAABBA" w14:textId="77777777" w:rsidR="00A61407" w:rsidRPr="00161078" w:rsidRDefault="00A61407">
            <w:pPr>
              <w:spacing w:before="20" w:after="20"/>
              <w:jc w:val="center"/>
              <w:rPr>
                <w:lang w:val="pl-PL"/>
              </w:rPr>
            </w:pPr>
            <w:r w:rsidRPr="00161078">
              <w:rPr>
                <w:sz w:val="16"/>
                <w:lang w:val="pl-PL"/>
              </w:rPr>
              <w:t>40 szt.</w:t>
            </w:r>
          </w:p>
        </w:tc>
        <w:tc>
          <w:tcPr>
            <w:tcW w:w="640" w:type="dxa"/>
            <w:vAlign w:val="center"/>
          </w:tcPr>
          <w:p w14:paraId="31FB0A8A"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06D00F4D" w14:textId="7208F462" w:rsidR="00A61407" w:rsidRPr="00161078" w:rsidRDefault="00A61407">
            <w:pPr>
              <w:spacing w:before="20" w:after="20"/>
              <w:jc w:val="center"/>
              <w:rPr>
                <w:lang w:val="pl-PL"/>
              </w:rPr>
            </w:pPr>
            <w:r>
              <w:rPr>
                <w:sz w:val="16"/>
                <w:lang w:val="pl-PL"/>
              </w:rPr>
              <w:t>10</w:t>
            </w:r>
          </w:p>
        </w:tc>
        <w:tc>
          <w:tcPr>
            <w:tcW w:w="1250" w:type="dxa"/>
            <w:vAlign w:val="center"/>
          </w:tcPr>
          <w:p w14:paraId="321E154E" w14:textId="77777777" w:rsidR="00A61407" w:rsidRPr="00161078" w:rsidRDefault="00A61407">
            <w:pPr>
              <w:spacing w:before="20" w:after="20"/>
              <w:jc w:val="center"/>
              <w:rPr>
                <w:lang w:val="pl-PL"/>
              </w:rPr>
            </w:pPr>
          </w:p>
        </w:tc>
        <w:tc>
          <w:tcPr>
            <w:tcW w:w="620" w:type="dxa"/>
            <w:vAlign w:val="center"/>
          </w:tcPr>
          <w:p w14:paraId="47240D5A" w14:textId="77777777" w:rsidR="00A61407" w:rsidRPr="00161078" w:rsidRDefault="00A61407">
            <w:pPr>
              <w:spacing w:before="20" w:after="20"/>
              <w:jc w:val="center"/>
              <w:rPr>
                <w:lang w:val="pl-PL"/>
              </w:rPr>
            </w:pPr>
          </w:p>
        </w:tc>
        <w:tc>
          <w:tcPr>
            <w:tcW w:w="1250" w:type="dxa"/>
            <w:vAlign w:val="center"/>
          </w:tcPr>
          <w:p w14:paraId="4D21227E" w14:textId="77777777" w:rsidR="00A61407" w:rsidRPr="00161078" w:rsidRDefault="00A61407">
            <w:pPr>
              <w:spacing w:before="20" w:after="20"/>
              <w:jc w:val="center"/>
              <w:rPr>
                <w:lang w:val="pl-PL"/>
              </w:rPr>
            </w:pPr>
          </w:p>
        </w:tc>
        <w:tc>
          <w:tcPr>
            <w:tcW w:w="1350" w:type="dxa"/>
            <w:gridSpan w:val="2"/>
            <w:vAlign w:val="center"/>
          </w:tcPr>
          <w:p w14:paraId="0B350BBA" w14:textId="77777777" w:rsidR="00A61407" w:rsidRPr="00161078" w:rsidRDefault="00A61407">
            <w:pPr>
              <w:spacing w:before="20" w:after="20"/>
              <w:jc w:val="center"/>
              <w:rPr>
                <w:lang w:val="pl-PL"/>
              </w:rPr>
            </w:pPr>
          </w:p>
        </w:tc>
        <w:tc>
          <w:tcPr>
            <w:tcW w:w="1350" w:type="dxa"/>
            <w:gridSpan w:val="2"/>
            <w:vAlign w:val="center"/>
          </w:tcPr>
          <w:p w14:paraId="0D0F8AC8" w14:textId="77777777" w:rsidR="00A61407" w:rsidRPr="00161078" w:rsidRDefault="00A61407">
            <w:pPr>
              <w:spacing w:before="20" w:after="20"/>
              <w:jc w:val="center"/>
              <w:rPr>
                <w:lang w:val="pl-PL"/>
              </w:rPr>
            </w:pPr>
          </w:p>
        </w:tc>
      </w:tr>
      <w:tr w:rsidR="00A61407" w:rsidRPr="00161078" w14:paraId="7B263018" w14:textId="77777777" w:rsidTr="00795294">
        <w:trPr>
          <w:jc w:val="center"/>
        </w:trPr>
        <w:tc>
          <w:tcPr>
            <w:tcW w:w="420" w:type="dxa"/>
            <w:vAlign w:val="center"/>
          </w:tcPr>
          <w:p w14:paraId="0026F4E8" w14:textId="77777777" w:rsidR="00A61407" w:rsidRPr="00161078" w:rsidRDefault="00A61407">
            <w:pPr>
              <w:spacing w:before="20" w:after="20"/>
              <w:jc w:val="center"/>
              <w:rPr>
                <w:lang w:val="pl-PL"/>
              </w:rPr>
            </w:pPr>
            <w:permStart w:id="1153843776" w:edGrp="everyone" w:colFirst="5" w:colLast="5"/>
            <w:permStart w:id="1828395689" w:edGrp="everyone" w:colFirst="6" w:colLast="6"/>
            <w:permStart w:id="237447190" w:edGrp="everyone" w:colFirst="7" w:colLast="7"/>
            <w:permStart w:id="1965167079" w:edGrp="everyone" w:colFirst="8" w:colLast="8"/>
            <w:permStart w:id="1966109793" w:edGrp="everyone" w:colFirst="9" w:colLast="9"/>
            <w:permEnd w:id="1871149930"/>
            <w:permEnd w:id="1189239208"/>
            <w:permEnd w:id="2025591705"/>
            <w:permEnd w:id="1325466605"/>
            <w:permEnd w:id="344858752"/>
            <w:r w:rsidRPr="00161078">
              <w:rPr>
                <w:sz w:val="16"/>
                <w:lang w:val="pl-PL"/>
              </w:rPr>
              <w:t>17</w:t>
            </w:r>
          </w:p>
        </w:tc>
        <w:tc>
          <w:tcPr>
            <w:tcW w:w="2850" w:type="dxa"/>
            <w:vAlign w:val="center"/>
          </w:tcPr>
          <w:p w14:paraId="718E122A" w14:textId="77777777" w:rsidR="00A61407" w:rsidRPr="00161078" w:rsidRDefault="00A61407">
            <w:pPr>
              <w:spacing w:before="20" w:after="20"/>
              <w:jc w:val="left"/>
              <w:rPr>
                <w:lang w:val="pl-PL"/>
              </w:rPr>
            </w:pPr>
            <w:r w:rsidRPr="00161078">
              <w:rPr>
                <w:sz w:val="16"/>
                <w:lang w:val="pl-PL"/>
              </w:rPr>
              <w:t>Butelki do hodowli T75 z zakrętką z filtrem</w:t>
            </w:r>
          </w:p>
        </w:tc>
        <w:tc>
          <w:tcPr>
            <w:tcW w:w="1050" w:type="dxa"/>
            <w:vAlign w:val="center"/>
          </w:tcPr>
          <w:p w14:paraId="725BC3B3" w14:textId="77777777" w:rsidR="00A61407" w:rsidRPr="00161078" w:rsidRDefault="00A61407">
            <w:pPr>
              <w:spacing w:before="20" w:after="20"/>
              <w:jc w:val="center"/>
              <w:rPr>
                <w:lang w:val="pl-PL"/>
              </w:rPr>
            </w:pPr>
            <w:r w:rsidRPr="00161078">
              <w:rPr>
                <w:sz w:val="16"/>
                <w:lang w:val="pl-PL"/>
              </w:rPr>
              <w:t>100 szt.</w:t>
            </w:r>
          </w:p>
        </w:tc>
        <w:tc>
          <w:tcPr>
            <w:tcW w:w="640" w:type="dxa"/>
            <w:vAlign w:val="center"/>
          </w:tcPr>
          <w:p w14:paraId="456FAE93"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688923AD" w14:textId="2C13D92B" w:rsidR="00A61407" w:rsidRPr="00161078" w:rsidRDefault="00A61407">
            <w:pPr>
              <w:spacing w:before="20" w:after="20"/>
              <w:jc w:val="center"/>
              <w:rPr>
                <w:lang w:val="pl-PL"/>
              </w:rPr>
            </w:pPr>
            <w:r>
              <w:rPr>
                <w:sz w:val="16"/>
                <w:lang w:val="pl-PL"/>
              </w:rPr>
              <w:t>20</w:t>
            </w:r>
          </w:p>
        </w:tc>
        <w:tc>
          <w:tcPr>
            <w:tcW w:w="1250" w:type="dxa"/>
            <w:vAlign w:val="center"/>
          </w:tcPr>
          <w:p w14:paraId="2E8B3C68" w14:textId="77777777" w:rsidR="00A61407" w:rsidRPr="00161078" w:rsidRDefault="00A61407">
            <w:pPr>
              <w:spacing w:before="20" w:after="20"/>
              <w:jc w:val="center"/>
              <w:rPr>
                <w:lang w:val="pl-PL"/>
              </w:rPr>
            </w:pPr>
          </w:p>
        </w:tc>
        <w:tc>
          <w:tcPr>
            <w:tcW w:w="620" w:type="dxa"/>
            <w:vAlign w:val="center"/>
          </w:tcPr>
          <w:p w14:paraId="2E99218C" w14:textId="77777777" w:rsidR="00A61407" w:rsidRPr="00161078" w:rsidRDefault="00A61407">
            <w:pPr>
              <w:spacing w:before="20" w:after="20"/>
              <w:jc w:val="center"/>
              <w:rPr>
                <w:lang w:val="pl-PL"/>
              </w:rPr>
            </w:pPr>
          </w:p>
        </w:tc>
        <w:tc>
          <w:tcPr>
            <w:tcW w:w="1250" w:type="dxa"/>
            <w:vAlign w:val="center"/>
          </w:tcPr>
          <w:p w14:paraId="43A8C170" w14:textId="77777777" w:rsidR="00A61407" w:rsidRPr="00161078" w:rsidRDefault="00A61407">
            <w:pPr>
              <w:spacing w:before="20" w:after="20"/>
              <w:jc w:val="center"/>
              <w:rPr>
                <w:lang w:val="pl-PL"/>
              </w:rPr>
            </w:pPr>
          </w:p>
        </w:tc>
        <w:tc>
          <w:tcPr>
            <w:tcW w:w="1350" w:type="dxa"/>
            <w:gridSpan w:val="2"/>
            <w:vAlign w:val="center"/>
          </w:tcPr>
          <w:p w14:paraId="3C11CDC3" w14:textId="77777777" w:rsidR="00A61407" w:rsidRPr="00161078" w:rsidRDefault="00A61407">
            <w:pPr>
              <w:spacing w:before="20" w:after="20"/>
              <w:jc w:val="center"/>
              <w:rPr>
                <w:lang w:val="pl-PL"/>
              </w:rPr>
            </w:pPr>
          </w:p>
        </w:tc>
        <w:tc>
          <w:tcPr>
            <w:tcW w:w="1350" w:type="dxa"/>
            <w:gridSpan w:val="2"/>
            <w:vAlign w:val="center"/>
          </w:tcPr>
          <w:p w14:paraId="120F9725" w14:textId="77777777" w:rsidR="00A61407" w:rsidRPr="00161078" w:rsidRDefault="00A61407">
            <w:pPr>
              <w:spacing w:before="20" w:after="20"/>
              <w:jc w:val="center"/>
              <w:rPr>
                <w:lang w:val="pl-PL"/>
              </w:rPr>
            </w:pPr>
          </w:p>
        </w:tc>
      </w:tr>
      <w:tr w:rsidR="00A61407" w:rsidRPr="00161078" w14:paraId="573B0145" w14:textId="77777777" w:rsidTr="00795294">
        <w:trPr>
          <w:jc w:val="center"/>
        </w:trPr>
        <w:tc>
          <w:tcPr>
            <w:tcW w:w="420" w:type="dxa"/>
            <w:vAlign w:val="center"/>
          </w:tcPr>
          <w:p w14:paraId="030FF7C4" w14:textId="77777777" w:rsidR="00A61407" w:rsidRPr="00161078" w:rsidRDefault="00A61407">
            <w:pPr>
              <w:spacing w:before="20" w:after="20"/>
              <w:jc w:val="center"/>
              <w:rPr>
                <w:lang w:val="pl-PL"/>
              </w:rPr>
            </w:pPr>
            <w:permStart w:id="401869694" w:edGrp="everyone" w:colFirst="5" w:colLast="5"/>
            <w:permStart w:id="11607711" w:edGrp="everyone" w:colFirst="6" w:colLast="6"/>
            <w:permStart w:id="932326780" w:edGrp="everyone" w:colFirst="7" w:colLast="7"/>
            <w:permStart w:id="845875344" w:edGrp="everyone" w:colFirst="8" w:colLast="8"/>
            <w:permStart w:id="696808086" w:edGrp="everyone" w:colFirst="9" w:colLast="9"/>
            <w:permEnd w:id="1153843776"/>
            <w:permEnd w:id="1828395689"/>
            <w:permEnd w:id="237447190"/>
            <w:permEnd w:id="1965167079"/>
            <w:permEnd w:id="1966109793"/>
            <w:r w:rsidRPr="00161078">
              <w:rPr>
                <w:sz w:val="16"/>
                <w:lang w:val="pl-PL"/>
              </w:rPr>
              <w:lastRenderedPageBreak/>
              <w:t>18</w:t>
            </w:r>
          </w:p>
        </w:tc>
        <w:tc>
          <w:tcPr>
            <w:tcW w:w="2850" w:type="dxa"/>
            <w:vAlign w:val="center"/>
          </w:tcPr>
          <w:p w14:paraId="16A0D52D" w14:textId="77777777" w:rsidR="00A61407" w:rsidRPr="00161078" w:rsidRDefault="00A61407">
            <w:pPr>
              <w:spacing w:before="20" w:after="20"/>
              <w:jc w:val="left"/>
              <w:rPr>
                <w:lang w:val="pl-PL"/>
              </w:rPr>
            </w:pPr>
            <w:r w:rsidRPr="00161078">
              <w:rPr>
                <w:sz w:val="16"/>
                <w:lang w:val="pl-PL"/>
              </w:rPr>
              <w:t>Płytki hodowlane 24-dołkowe</w:t>
            </w:r>
          </w:p>
        </w:tc>
        <w:tc>
          <w:tcPr>
            <w:tcW w:w="1050" w:type="dxa"/>
            <w:vAlign w:val="center"/>
          </w:tcPr>
          <w:p w14:paraId="331ED0F4" w14:textId="77777777" w:rsidR="00A61407" w:rsidRPr="00161078" w:rsidRDefault="00A61407">
            <w:pPr>
              <w:spacing w:before="20" w:after="20"/>
              <w:jc w:val="center"/>
              <w:rPr>
                <w:lang w:val="pl-PL"/>
              </w:rPr>
            </w:pPr>
            <w:r w:rsidRPr="00161078">
              <w:rPr>
                <w:sz w:val="16"/>
                <w:lang w:val="pl-PL"/>
              </w:rPr>
              <w:t>50 szt.</w:t>
            </w:r>
          </w:p>
        </w:tc>
        <w:tc>
          <w:tcPr>
            <w:tcW w:w="640" w:type="dxa"/>
            <w:vAlign w:val="center"/>
          </w:tcPr>
          <w:p w14:paraId="4042F490"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63ACFC92" w14:textId="77A13E70" w:rsidR="00A61407" w:rsidRPr="00161078" w:rsidRDefault="00A61407">
            <w:pPr>
              <w:spacing w:before="20" w:after="20"/>
              <w:jc w:val="center"/>
              <w:rPr>
                <w:lang w:val="pl-PL"/>
              </w:rPr>
            </w:pPr>
            <w:r w:rsidRPr="00161078">
              <w:rPr>
                <w:sz w:val="16"/>
                <w:lang w:val="pl-PL"/>
              </w:rPr>
              <w:t>2</w:t>
            </w:r>
            <w:r>
              <w:rPr>
                <w:sz w:val="16"/>
                <w:lang w:val="pl-PL"/>
              </w:rPr>
              <w:t>5</w:t>
            </w:r>
          </w:p>
        </w:tc>
        <w:tc>
          <w:tcPr>
            <w:tcW w:w="1250" w:type="dxa"/>
            <w:vAlign w:val="center"/>
          </w:tcPr>
          <w:p w14:paraId="1E0077FD" w14:textId="77777777" w:rsidR="00A61407" w:rsidRPr="00161078" w:rsidRDefault="00A61407">
            <w:pPr>
              <w:spacing w:before="20" w:after="20"/>
              <w:jc w:val="center"/>
              <w:rPr>
                <w:lang w:val="pl-PL"/>
              </w:rPr>
            </w:pPr>
          </w:p>
        </w:tc>
        <w:tc>
          <w:tcPr>
            <w:tcW w:w="620" w:type="dxa"/>
            <w:vAlign w:val="center"/>
          </w:tcPr>
          <w:p w14:paraId="1307D40B" w14:textId="77777777" w:rsidR="00A61407" w:rsidRPr="00161078" w:rsidRDefault="00A61407">
            <w:pPr>
              <w:spacing w:before="20" w:after="20"/>
              <w:jc w:val="center"/>
              <w:rPr>
                <w:lang w:val="pl-PL"/>
              </w:rPr>
            </w:pPr>
          </w:p>
        </w:tc>
        <w:tc>
          <w:tcPr>
            <w:tcW w:w="1250" w:type="dxa"/>
            <w:vAlign w:val="center"/>
          </w:tcPr>
          <w:p w14:paraId="2E5E6724" w14:textId="77777777" w:rsidR="00A61407" w:rsidRPr="00161078" w:rsidRDefault="00A61407">
            <w:pPr>
              <w:spacing w:before="20" w:after="20"/>
              <w:jc w:val="center"/>
              <w:rPr>
                <w:lang w:val="pl-PL"/>
              </w:rPr>
            </w:pPr>
          </w:p>
        </w:tc>
        <w:tc>
          <w:tcPr>
            <w:tcW w:w="1350" w:type="dxa"/>
            <w:gridSpan w:val="2"/>
            <w:vAlign w:val="center"/>
          </w:tcPr>
          <w:p w14:paraId="76A78BF1" w14:textId="77777777" w:rsidR="00A61407" w:rsidRPr="00161078" w:rsidRDefault="00A61407">
            <w:pPr>
              <w:spacing w:before="20" w:after="20"/>
              <w:jc w:val="center"/>
              <w:rPr>
                <w:lang w:val="pl-PL"/>
              </w:rPr>
            </w:pPr>
          </w:p>
        </w:tc>
        <w:tc>
          <w:tcPr>
            <w:tcW w:w="1350" w:type="dxa"/>
            <w:gridSpan w:val="2"/>
            <w:vAlign w:val="center"/>
          </w:tcPr>
          <w:p w14:paraId="14B0A1C7" w14:textId="77777777" w:rsidR="00A61407" w:rsidRPr="00161078" w:rsidRDefault="00A61407">
            <w:pPr>
              <w:spacing w:before="20" w:after="20"/>
              <w:jc w:val="center"/>
              <w:rPr>
                <w:lang w:val="pl-PL"/>
              </w:rPr>
            </w:pPr>
          </w:p>
        </w:tc>
      </w:tr>
      <w:tr w:rsidR="00A61407" w:rsidRPr="00161078" w14:paraId="1F51B9BB" w14:textId="77777777" w:rsidTr="00795294">
        <w:trPr>
          <w:jc w:val="center"/>
        </w:trPr>
        <w:tc>
          <w:tcPr>
            <w:tcW w:w="420" w:type="dxa"/>
            <w:vAlign w:val="center"/>
          </w:tcPr>
          <w:p w14:paraId="0DAC93D4" w14:textId="77777777" w:rsidR="00A61407" w:rsidRPr="00161078" w:rsidRDefault="00A61407">
            <w:pPr>
              <w:spacing w:before="20" w:after="20"/>
              <w:jc w:val="center"/>
              <w:rPr>
                <w:lang w:val="pl-PL"/>
              </w:rPr>
            </w:pPr>
            <w:permStart w:id="468781320" w:edGrp="everyone" w:colFirst="5" w:colLast="5"/>
            <w:permStart w:id="542323639" w:edGrp="everyone" w:colFirst="6" w:colLast="6"/>
            <w:permStart w:id="1439649181" w:edGrp="everyone" w:colFirst="7" w:colLast="7"/>
            <w:permStart w:id="957689456" w:edGrp="everyone" w:colFirst="8" w:colLast="8"/>
            <w:permStart w:id="219029852" w:edGrp="everyone" w:colFirst="9" w:colLast="9"/>
            <w:permEnd w:id="401869694"/>
            <w:permEnd w:id="11607711"/>
            <w:permEnd w:id="932326780"/>
            <w:permEnd w:id="845875344"/>
            <w:permEnd w:id="696808086"/>
            <w:r w:rsidRPr="00161078">
              <w:rPr>
                <w:sz w:val="16"/>
                <w:lang w:val="pl-PL"/>
              </w:rPr>
              <w:t>19</w:t>
            </w:r>
          </w:p>
        </w:tc>
        <w:tc>
          <w:tcPr>
            <w:tcW w:w="2850" w:type="dxa"/>
            <w:vAlign w:val="center"/>
          </w:tcPr>
          <w:p w14:paraId="30AFE4BD" w14:textId="77777777" w:rsidR="00A61407" w:rsidRPr="00161078" w:rsidRDefault="00A61407">
            <w:pPr>
              <w:spacing w:before="20" w:after="20"/>
              <w:jc w:val="left"/>
              <w:rPr>
                <w:lang w:val="pl-PL"/>
              </w:rPr>
            </w:pPr>
            <w:r w:rsidRPr="00161078">
              <w:rPr>
                <w:sz w:val="16"/>
                <w:lang w:val="pl-PL"/>
              </w:rPr>
              <w:t>Pipety serologiczne 2 ml</w:t>
            </w:r>
          </w:p>
        </w:tc>
        <w:tc>
          <w:tcPr>
            <w:tcW w:w="1050" w:type="dxa"/>
            <w:vAlign w:val="center"/>
          </w:tcPr>
          <w:p w14:paraId="66E6ED64" w14:textId="77777777" w:rsidR="00A61407" w:rsidRPr="00161078" w:rsidRDefault="00A61407">
            <w:pPr>
              <w:spacing w:before="20" w:after="20"/>
              <w:jc w:val="center"/>
              <w:rPr>
                <w:lang w:val="pl-PL"/>
              </w:rPr>
            </w:pPr>
            <w:r w:rsidRPr="00161078">
              <w:rPr>
                <w:sz w:val="16"/>
                <w:lang w:val="pl-PL"/>
              </w:rPr>
              <w:t>400 szt.</w:t>
            </w:r>
          </w:p>
        </w:tc>
        <w:tc>
          <w:tcPr>
            <w:tcW w:w="640" w:type="dxa"/>
            <w:vAlign w:val="center"/>
          </w:tcPr>
          <w:p w14:paraId="442E0126"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33EEF741" w14:textId="4AFF7A5C" w:rsidR="00A61407" w:rsidRPr="00161078" w:rsidRDefault="00A61407">
            <w:pPr>
              <w:spacing w:before="20" w:after="20"/>
              <w:jc w:val="center"/>
              <w:rPr>
                <w:lang w:val="pl-PL"/>
              </w:rPr>
            </w:pPr>
            <w:r>
              <w:rPr>
                <w:sz w:val="16"/>
                <w:lang w:val="pl-PL"/>
              </w:rPr>
              <w:t>40</w:t>
            </w:r>
          </w:p>
        </w:tc>
        <w:tc>
          <w:tcPr>
            <w:tcW w:w="1250" w:type="dxa"/>
            <w:vAlign w:val="center"/>
          </w:tcPr>
          <w:p w14:paraId="49E8B01B" w14:textId="77777777" w:rsidR="00A61407" w:rsidRPr="00161078" w:rsidRDefault="00A61407">
            <w:pPr>
              <w:spacing w:before="20" w:after="20"/>
              <w:jc w:val="center"/>
              <w:rPr>
                <w:lang w:val="pl-PL"/>
              </w:rPr>
            </w:pPr>
          </w:p>
        </w:tc>
        <w:tc>
          <w:tcPr>
            <w:tcW w:w="620" w:type="dxa"/>
            <w:vAlign w:val="center"/>
          </w:tcPr>
          <w:p w14:paraId="7EB8C65C" w14:textId="77777777" w:rsidR="00A61407" w:rsidRPr="00161078" w:rsidRDefault="00A61407">
            <w:pPr>
              <w:spacing w:before="20" w:after="20"/>
              <w:jc w:val="center"/>
              <w:rPr>
                <w:lang w:val="pl-PL"/>
              </w:rPr>
            </w:pPr>
          </w:p>
        </w:tc>
        <w:tc>
          <w:tcPr>
            <w:tcW w:w="1250" w:type="dxa"/>
            <w:vAlign w:val="center"/>
          </w:tcPr>
          <w:p w14:paraId="119EAD5D" w14:textId="77777777" w:rsidR="00A61407" w:rsidRPr="00161078" w:rsidRDefault="00A61407">
            <w:pPr>
              <w:spacing w:before="20" w:after="20"/>
              <w:jc w:val="center"/>
              <w:rPr>
                <w:lang w:val="pl-PL"/>
              </w:rPr>
            </w:pPr>
          </w:p>
        </w:tc>
        <w:tc>
          <w:tcPr>
            <w:tcW w:w="1350" w:type="dxa"/>
            <w:gridSpan w:val="2"/>
            <w:vAlign w:val="center"/>
          </w:tcPr>
          <w:p w14:paraId="0F6D78AB" w14:textId="77777777" w:rsidR="00A61407" w:rsidRPr="00161078" w:rsidRDefault="00A61407">
            <w:pPr>
              <w:spacing w:before="20" w:after="20"/>
              <w:jc w:val="center"/>
              <w:rPr>
                <w:lang w:val="pl-PL"/>
              </w:rPr>
            </w:pPr>
          </w:p>
        </w:tc>
        <w:tc>
          <w:tcPr>
            <w:tcW w:w="1350" w:type="dxa"/>
            <w:gridSpan w:val="2"/>
            <w:vAlign w:val="center"/>
          </w:tcPr>
          <w:p w14:paraId="75BAEE37" w14:textId="77777777" w:rsidR="00A61407" w:rsidRPr="00161078" w:rsidRDefault="00A61407">
            <w:pPr>
              <w:spacing w:before="20" w:after="20"/>
              <w:jc w:val="center"/>
              <w:rPr>
                <w:lang w:val="pl-PL"/>
              </w:rPr>
            </w:pPr>
          </w:p>
        </w:tc>
      </w:tr>
      <w:tr w:rsidR="00A61407" w:rsidRPr="00161078" w14:paraId="2D7AB4F7" w14:textId="77777777" w:rsidTr="00795294">
        <w:trPr>
          <w:jc w:val="center"/>
        </w:trPr>
        <w:tc>
          <w:tcPr>
            <w:tcW w:w="420" w:type="dxa"/>
            <w:vAlign w:val="center"/>
          </w:tcPr>
          <w:p w14:paraId="1D4EF741" w14:textId="77777777" w:rsidR="00A61407" w:rsidRPr="00161078" w:rsidRDefault="00A61407">
            <w:pPr>
              <w:spacing w:before="20" w:after="20"/>
              <w:jc w:val="center"/>
              <w:rPr>
                <w:lang w:val="pl-PL"/>
              </w:rPr>
            </w:pPr>
            <w:permStart w:id="1460470552" w:edGrp="everyone" w:colFirst="5" w:colLast="5"/>
            <w:permStart w:id="324685509" w:edGrp="everyone" w:colFirst="6" w:colLast="6"/>
            <w:permStart w:id="1876427938" w:edGrp="everyone" w:colFirst="7" w:colLast="7"/>
            <w:permStart w:id="437718907" w:edGrp="everyone" w:colFirst="8" w:colLast="8"/>
            <w:permStart w:id="1349390074" w:edGrp="everyone" w:colFirst="9" w:colLast="9"/>
            <w:permEnd w:id="468781320"/>
            <w:permEnd w:id="542323639"/>
            <w:permEnd w:id="1439649181"/>
            <w:permEnd w:id="957689456"/>
            <w:permEnd w:id="219029852"/>
            <w:r w:rsidRPr="00161078">
              <w:rPr>
                <w:sz w:val="16"/>
                <w:lang w:val="pl-PL"/>
              </w:rPr>
              <w:t>20</w:t>
            </w:r>
          </w:p>
        </w:tc>
        <w:tc>
          <w:tcPr>
            <w:tcW w:w="2850" w:type="dxa"/>
            <w:vAlign w:val="center"/>
          </w:tcPr>
          <w:p w14:paraId="7970348E" w14:textId="77777777" w:rsidR="00A61407" w:rsidRPr="00161078" w:rsidRDefault="00A61407">
            <w:pPr>
              <w:spacing w:before="20" w:after="20"/>
              <w:jc w:val="left"/>
              <w:rPr>
                <w:lang w:val="pl-PL"/>
              </w:rPr>
            </w:pPr>
            <w:r w:rsidRPr="00161078">
              <w:rPr>
                <w:sz w:val="16"/>
                <w:lang w:val="pl-PL"/>
              </w:rPr>
              <w:t>Pipety serologiczne 25 ml</w:t>
            </w:r>
          </w:p>
        </w:tc>
        <w:tc>
          <w:tcPr>
            <w:tcW w:w="1050" w:type="dxa"/>
            <w:vAlign w:val="center"/>
          </w:tcPr>
          <w:p w14:paraId="609D1169" w14:textId="77777777" w:rsidR="00A61407" w:rsidRPr="00161078" w:rsidRDefault="00A61407">
            <w:pPr>
              <w:spacing w:before="20" w:after="20"/>
              <w:jc w:val="center"/>
              <w:rPr>
                <w:lang w:val="pl-PL"/>
              </w:rPr>
            </w:pPr>
            <w:r w:rsidRPr="00161078">
              <w:rPr>
                <w:sz w:val="16"/>
                <w:lang w:val="pl-PL"/>
              </w:rPr>
              <w:t>200 szt.</w:t>
            </w:r>
          </w:p>
        </w:tc>
        <w:tc>
          <w:tcPr>
            <w:tcW w:w="640" w:type="dxa"/>
            <w:vAlign w:val="center"/>
          </w:tcPr>
          <w:p w14:paraId="04B1E3A8"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377756D5" w14:textId="35149F35" w:rsidR="00A61407" w:rsidRPr="00161078" w:rsidRDefault="00A61407">
            <w:pPr>
              <w:spacing w:before="20" w:after="20"/>
              <w:jc w:val="center"/>
              <w:rPr>
                <w:lang w:val="pl-PL"/>
              </w:rPr>
            </w:pPr>
            <w:r>
              <w:rPr>
                <w:sz w:val="16"/>
                <w:lang w:val="pl-PL"/>
              </w:rPr>
              <w:t>40</w:t>
            </w:r>
          </w:p>
        </w:tc>
        <w:tc>
          <w:tcPr>
            <w:tcW w:w="1250" w:type="dxa"/>
            <w:vAlign w:val="center"/>
          </w:tcPr>
          <w:p w14:paraId="71A782ED" w14:textId="77777777" w:rsidR="00A61407" w:rsidRPr="00161078" w:rsidRDefault="00A61407">
            <w:pPr>
              <w:spacing w:before="20" w:after="20"/>
              <w:jc w:val="center"/>
              <w:rPr>
                <w:lang w:val="pl-PL"/>
              </w:rPr>
            </w:pPr>
          </w:p>
        </w:tc>
        <w:tc>
          <w:tcPr>
            <w:tcW w:w="620" w:type="dxa"/>
            <w:vAlign w:val="center"/>
          </w:tcPr>
          <w:p w14:paraId="4256AF51" w14:textId="77777777" w:rsidR="00A61407" w:rsidRPr="00161078" w:rsidRDefault="00A61407">
            <w:pPr>
              <w:spacing w:before="20" w:after="20"/>
              <w:jc w:val="center"/>
              <w:rPr>
                <w:lang w:val="pl-PL"/>
              </w:rPr>
            </w:pPr>
          </w:p>
        </w:tc>
        <w:tc>
          <w:tcPr>
            <w:tcW w:w="1250" w:type="dxa"/>
            <w:vAlign w:val="center"/>
          </w:tcPr>
          <w:p w14:paraId="12907B96" w14:textId="77777777" w:rsidR="00A61407" w:rsidRPr="00161078" w:rsidRDefault="00A61407">
            <w:pPr>
              <w:spacing w:before="20" w:after="20"/>
              <w:jc w:val="center"/>
              <w:rPr>
                <w:lang w:val="pl-PL"/>
              </w:rPr>
            </w:pPr>
          </w:p>
        </w:tc>
        <w:tc>
          <w:tcPr>
            <w:tcW w:w="1350" w:type="dxa"/>
            <w:gridSpan w:val="2"/>
            <w:vAlign w:val="center"/>
          </w:tcPr>
          <w:p w14:paraId="4BE1F612" w14:textId="77777777" w:rsidR="00A61407" w:rsidRPr="00161078" w:rsidRDefault="00A61407">
            <w:pPr>
              <w:spacing w:before="20" w:after="20"/>
              <w:jc w:val="center"/>
              <w:rPr>
                <w:lang w:val="pl-PL"/>
              </w:rPr>
            </w:pPr>
          </w:p>
        </w:tc>
        <w:tc>
          <w:tcPr>
            <w:tcW w:w="1350" w:type="dxa"/>
            <w:gridSpan w:val="2"/>
            <w:vAlign w:val="center"/>
          </w:tcPr>
          <w:p w14:paraId="36A9DC71" w14:textId="77777777" w:rsidR="00A61407" w:rsidRPr="00161078" w:rsidRDefault="00A61407">
            <w:pPr>
              <w:spacing w:before="20" w:after="20"/>
              <w:jc w:val="center"/>
              <w:rPr>
                <w:lang w:val="pl-PL"/>
              </w:rPr>
            </w:pPr>
          </w:p>
        </w:tc>
      </w:tr>
      <w:tr w:rsidR="00A61407" w:rsidRPr="00161078" w14:paraId="2A61D42E" w14:textId="77777777" w:rsidTr="00795294">
        <w:trPr>
          <w:jc w:val="center"/>
        </w:trPr>
        <w:tc>
          <w:tcPr>
            <w:tcW w:w="420" w:type="dxa"/>
            <w:vAlign w:val="center"/>
          </w:tcPr>
          <w:p w14:paraId="577D405F" w14:textId="77777777" w:rsidR="00A61407" w:rsidRPr="00161078" w:rsidRDefault="00A61407">
            <w:pPr>
              <w:spacing w:before="20" w:after="20"/>
              <w:jc w:val="center"/>
              <w:rPr>
                <w:lang w:val="pl-PL"/>
              </w:rPr>
            </w:pPr>
            <w:permStart w:id="1785029687" w:edGrp="everyone" w:colFirst="5" w:colLast="5"/>
            <w:permStart w:id="907899609" w:edGrp="everyone" w:colFirst="6" w:colLast="6"/>
            <w:permStart w:id="1518872250" w:edGrp="everyone" w:colFirst="7" w:colLast="7"/>
            <w:permStart w:id="399861466" w:edGrp="everyone" w:colFirst="8" w:colLast="8"/>
            <w:permStart w:id="1931543321" w:edGrp="everyone" w:colFirst="9" w:colLast="9"/>
            <w:permEnd w:id="1460470552"/>
            <w:permEnd w:id="324685509"/>
            <w:permEnd w:id="1876427938"/>
            <w:permEnd w:id="437718907"/>
            <w:permEnd w:id="1349390074"/>
            <w:r w:rsidRPr="00161078">
              <w:rPr>
                <w:sz w:val="16"/>
                <w:lang w:val="pl-PL"/>
              </w:rPr>
              <w:t>21</w:t>
            </w:r>
          </w:p>
        </w:tc>
        <w:tc>
          <w:tcPr>
            <w:tcW w:w="2850" w:type="dxa"/>
            <w:vAlign w:val="center"/>
          </w:tcPr>
          <w:p w14:paraId="7B1B51C7" w14:textId="77777777" w:rsidR="00A61407" w:rsidRPr="00161078" w:rsidRDefault="00A61407">
            <w:pPr>
              <w:spacing w:before="20" w:after="20"/>
              <w:jc w:val="left"/>
              <w:rPr>
                <w:lang w:val="pl-PL"/>
              </w:rPr>
            </w:pPr>
            <w:r w:rsidRPr="00161078">
              <w:rPr>
                <w:sz w:val="16"/>
                <w:lang w:val="pl-PL"/>
              </w:rPr>
              <w:t>Falkony 50 ml</w:t>
            </w:r>
          </w:p>
        </w:tc>
        <w:tc>
          <w:tcPr>
            <w:tcW w:w="1050" w:type="dxa"/>
            <w:vAlign w:val="center"/>
          </w:tcPr>
          <w:p w14:paraId="621D3441" w14:textId="77777777" w:rsidR="00A61407" w:rsidRPr="00161078" w:rsidRDefault="00A61407">
            <w:pPr>
              <w:spacing w:before="20" w:after="20"/>
              <w:jc w:val="center"/>
              <w:rPr>
                <w:lang w:val="pl-PL"/>
              </w:rPr>
            </w:pPr>
            <w:r w:rsidRPr="00161078">
              <w:rPr>
                <w:sz w:val="16"/>
                <w:lang w:val="pl-PL"/>
              </w:rPr>
              <w:t>500 szt.</w:t>
            </w:r>
          </w:p>
        </w:tc>
        <w:tc>
          <w:tcPr>
            <w:tcW w:w="640" w:type="dxa"/>
            <w:vAlign w:val="center"/>
          </w:tcPr>
          <w:p w14:paraId="156A9049"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342DFEDC" w14:textId="1228651D" w:rsidR="00A61407" w:rsidRPr="00161078" w:rsidRDefault="00A61407">
            <w:pPr>
              <w:spacing w:before="20" w:after="20"/>
              <w:jc w:val="center"/>
              <w:rPr>
                <w:lang w:val="pl-PL"/>
              </w:rPr>
            </w:pPr>
            <w:r>
              <w:rPr>
                <w:sz w:val="16"/>
                <w:lang w:val="pl-PL"/>
              </w:rPr>
              <w:t>100</w:t>
            </w:r>
          </w:p>
        </w:tc>
        <w:tc>
          <w:tcPr>
            <w:tcW w:w="1250" w:type="dxa"/>
            <w:vAlign w:val="center"/>
          </w:tcPr>
          <w:p w14:paraId="372F5D3C" w14:textId="77777777" w:rsidR="00A61407" w:rsidRPr="00161078" w:rsidRDefault="00A61407">
            <w:pPr>
              <w:spacing w:before="20" w:after="20"/>
              <w:jc w:val="center"/>
              <w:rPr>
                <w:lang w:val="pl-PL"/>
              </w:rPr>
            </w:pPr>
          </w:p>
        </w:tc>
        <w:tc>
          <w:tcPr>
            <w:tcW w:w="620" w:type="dxa"/>
            <w:vAlign w:val="center"/>
          </w:tcPr>
          <w:p w14:paraId="2F18A4FC" w14:textId="77777777" w:rsidR="00A61407" w:rsidRPr="00161078" w:rsidRDefault="00A61407">
            <w:pPr>
              <w:spacing w:before="20" w:after="20"/>
              <w:jc w:val="center"/>
              <w:rPr>
                <w:lang w:val="pl-PL"/>
              </w:rPr>
            </w:pPr>
          </w:p>
        </w:tc>
        <w:tc>
          <w:tcPr>
            <w:tcW w:w="1250" w:type="dxa"/>
            <w:vAlign w:val="center"/>
          </w:tcPr>
          <w:p w14:paraId="5F7E1762" w14:textId="77777777" w:rsidR="00A61407" w:rsidRPr="00161078" w:rsidRDefault="00A61407">
            <w:pPr>
              <w:spacing w:before="20" w:after="20"/>
              <w:jc w:val="center"/>
              <w:rPr>
                <w:lang w:val="pl-PL"/>
              </w:rPr>
            </w:pPr>
          </w:p>
        </w:tc>
        <w:tc>
          <w:tcPr>
            <w:tcW w:w="1350" w:type="dxa"/>
            <w:gridSpan w:val="2"/>
            <w:vAlign w:val="center"/>
          </w:tcPr>
          <w:p w14:paraId="03540184" w14:textId="77777777" w:rsidR="00A61407" w:rsidRPr="00161078" w:rsidRDefault="00A61407">
            <w:pPr>
              <w:spacing w:before="20" w:after="20"/>
              <w:jc w:val="center"/>
              <w:rPr>
                <w:lang w:val="pl-PL"/>
              </w:rPr>
            </w:pPr>
          </w:p>
        </w:tc>
        <w:tc>
          <w:tcPr>
            <w:tcW w:w="1350" w:type="dxa"/>
            <w:gridSpan w:val="2"/>
            <w:vAlign w:val="center"/>
          </w:tcPr>
          <w:p w14:paraId="48CAE28B" w14:textId="77777777" w:rsidR="00A61407" w:rsidRPr="00161078" w:rsidRDefault="00A61407">
            <w:pPr>
              <w:spacing w:before="20" w:after="20"/>
              <w:jc w:val="center"/>
              <w:rPr>
                <w:lang w:val="pl-PL"/>
              </w:rPr>
            </w:pPr>
          </w:p>
        </w:tc>
      </w:tr>
      <w:tr w:rsidR="00A61407" w:rsidRPr="00161078" w14:paraId="50E3F03F" w14:textId="77777777" w:rsidTr="00795294">
        <w:trPr>
          <w:jc w:val="center"/>
        </w:trPr>
        <w:tc>
          <w:tcPr>
            <w:tcW w:w="420" w:type="dxa"/>
            <w:vAlign w:val="center"/>
          </w:tcPr>
          <w:p w14:paraId="06159F7D" w14:textId="77777777" w:rsidR="00A61407" w:rsidRPr="00161078" w:rsidRDefault="00A61407">
            <w:pPr>
              <w:spacing w:before="20" w:after="20"/>
              <w:jc w:val="center"/>
              <w:rPr>
                <w:lang w:val="pl-PL"/>
              </w:rPr>
            </w:pPr>
            <w:permStart w:id="1412565627" w:edGrp="everyone" w:colFirst="5" w:colLast="5"/>
            <w:permStart w:id="1461270403" w:edGrp="everyone" w:colFirst="6" w:colLast="6"/>
            <w:permStart w:id="1042298180" w:edGrp="everyone" w:colFirst="7" w:colLast="7"/>
            <w:permStart w:id="1067189419" w:edGrp="everyone" w:colFirst="8" w:colLast="8"/>
            <w:permStart w:id="1590561837" w:edGrp="everyone" w:colFirst="9" w:colLast="9"/>
            <w:permEnd w:id="1785029687"/>
            <w:permEnd w:id="907899609"/>
            <w:permEnd w:id="1518872250"/>
            <w:permEnd w:id="399861466"/>
            <w:permEnd w:id="1931543321"/>
            <w:r w:rsidRPr="00161078">
              <w:rPr>
                <w:sz w:val="16"/>
                <w:lang w:val="pl-PL"/>
              </w:rPr>
              <w:t>22</w:t>
            </w:r>
          </w:p>
        </w:tc>
        <w:tc>
          <w:tcPr>
            <w:tcW w:w="2850" w:type="dxa"/>
            <w:vAlign w:val="center"/>
          </w:tcPr>
          <w:p w14:paraId="0694296C" w14:textId="77777777" w:rsidR="00A61407" w:rsidRPr="00161078" w:rsidRDefault="00A61407">
            <w:pPr>
              <w:spacing w:before="20" w:after="20"/>
              <w:jc w:val="left"/>
              <w:rPr>
                <w:lang w:val="pl-PL"/>
              </w:rPr>
            </w:pPr>
            <w:r w:rsidRPr="00161078">
              <w:rPr>
                <w:sz w:val="16"/>
                <w:lang w:val="pl-PL"/>
              </w:rPr>
              <w:t>Falkony 15 ml</w:t>
            </w:r>
          </w:p>
        </w:tc>
        <w:tc>
          <w:tcPr>
            <w:tcW w:w="1050" w:type="dxa"/>
            <w:vAlign w:val="center"/>
          </w:tcPr>
          <w:p w14:paraId="7D05D1BF" w14:textId="77777777" w:rsidR="00A61407" w:rsidRPr="00161078" w:rsidRDefault="00A61407">
            <w:pPr>
              <w:spacing w:before="20" w:after="20"/>
              <w:jc w:val="center"/>
              <w:rPr>
                <w:lang w:val="pl-PL"/>
              </w:rPr>
            </w:pPr>
            <w:r w:rsidRPr="00161078">
              <w:rPr>
                <w:sz w:val="16"/>
                <w:lang w:val="pl-PL"/>
              </w:rPr>
              <w:t>500 szt.</w:t>
            </w:r>
          </w:p>
        </w:tc>
        <w:tc>
          <w:tcPr>
            <w:tcW w:w="640" w:type="dxa"/>
            <w:vAlign w:val="center"/>
          </w:tcPr>
          <w:p w14:paraId="634C9175"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0B752620" w14:textId="67B1BEFF" w:rsidR="00A61407" w:rsidRPr="00161078" w:rsidRDefault="00A61407">
            <w:pPr>
              <w:spacing w:before="20" w:after="20"/>
              <w:jc w:val="center"/>
              <w:rPr>
                <w:lang w:val="pl-PL"/>
              </w:rPr>
            </w:pPr>
            <w:r>
              <w:rPr>
                <w:sz w:val="16"/>
                <w:lang w:val="pl-PL"/>
              </w:rPr>
              <w:t>100</w:t>
            </w:r>
          </w:p>
        </w:tc>
        <w:tc>
          <w:tcPr>
            <w:tcW w:w="1250" w:type="dxa"/>
            <w:vAlign w:val="center"/>
          </w:tcPr>
          <w:p w14:paraId="5F574FBA" w14:textId="77777777" w:rsidR="00A61407" w:rsidRPr="00161078" w:rsidRDefault="00A61407">
            <w:pPr>
              <w:spacing w:before="20" w:after="20"/>
              <w:jc w:val="center"/>
              <w:rPr>
                <w:lang w:val="pl-PL"/>
              </w:rPr>
            </w:pPr>
          </w:p>
        </w:tc>
        <w:tc>
          <w:tcPr>
            <w:tcW w:w="620" w:type="dxa"/>
            <w:vAlign w:val="center"/>
          </w:tcPr>
          <w:p w14:paraId="339A85F6" w14:textId="77777777" w:rsidR="00A61407" w:rsidRPr="00161078" w:rsidRDefault="00A61407">
            <w:pPr>
              <w:spacing w:before="20" w:after="20"/>
              <w:jc w:val="center"/>
              <w:rPr>
                <w:lang w:val="pl-PL"/>
              </w:rPr>
            </w:pPr>
          </w:p>
        </w:tc>
        <w:tc>
          <w:tcPr>
            <w:tcW w:w="1250" w:type="dxa"/>
            <w:vAlign w:val="center"/>
          </w:tcPr>
          <w:p w14:paraId="4A11FDB7" w14:textId="77777777" w:rsidR="00A61407" w:rsidRPr="00161078" w:rsidRDefault="00A61407">
            <w:pPr>
              <w:spacing w:before="20" w:after="20"/>
              <w:jc w:val="center"/>
              <w:rPr>
                <w:lang w:val="pl-PL"/>
              </w:rPr>
            </w:pPr>
          </w:p>
        </w:tc>
        <w:tc>
          <w:tcPr>
            <w:tcW w:w="1350" w:type="dxa"/>
            <w:gridSpan w:val="2"/>
            <w:vAlign w:val="center"/>
          </w:tcPr>
          <w:p w14:paraId="2F3F3D08" w14:textId="77777777" w:rsidR="00A61407" w:rsidRPr="00161078" w:rsidRDefault="00A61407">
            <w:pPr>
              <w:spacing w:before="20" w:after="20"/>
              <w:jc w:val="center"/>
              <w:rPr>
                <w:lang w:val="pl-PL"/>
              </w:rPr>
            </w:pPr>
          </w:p>
        </w:tc>
        <w:tc>
          <w:tcPr>
            <w:tcW w:w="1350" w:type="dxa"/>
            <w:gridSpan w:val="2"/>
            <w:vAlign w:val="center"/>
          </w:tcPr>
          <w:p w14:paraId="281536CC" w14:textId="77777777" w:rsidR="00A61407" w:rsidRPr="00161078" w:rsidRDefault="00A61407">
            <w:pPr>
              <w:spacing w:before="20" w:after="20"/>
              <w:jc w:val="center"/>
              <w:rPr>
                <w:lang w:val="pl-PL"/>
              </w:rPr>
            </w:pPr>
          </w:p>
        </w:tc>
      </w:tr>
      <w:tr w:rsidR="00A61407" w:rsidRPr="00161078" w14:paraId="754FEECE" w14:textId="77777777" w:rsidTr="00795294">
        <w:trPr>
          <w:jc w:val="center"/>
        </w:trPr>
        <w:tc>
          <w:tcPr>
            <w:tcW w:w="420" w:type="dxa"/>
            <w:vAlign w:val="center"/>
          </w:tcPr>
          <w:p w14:paraId="53848D4F" w14:textId="77777777" w:rsidR="00A61407" w:rsidRPr="00161078" w:rsidRDefault="00A61407">
            <w:pPr>
              <w:spacing w:before="20" w:after="20"/>
              <w:jc w:val="center"/>
              <w:rPr>
                <w:lang w:val="pl-PL"/>
              </w:rPr>
            </w:pPr>
            <w:permStart w:id="394415529" w:edGrp="everyone" w:colFirst="5" w:colLast="5"/>
            <w:permStart w:id="801250289" w:edGrp="everyone" w:colFirst="6" w:colLast="6"/>
            <w:permStart w:id="20015901" w:edGrp="everyone" w:colFirst="7" w:colLast="7"/>
            <w:permStart w:id="484397902" w:edGrp="everyone" w:colFirst="8" w:colLast="8"/>
            <w:permStart w:id="1436505449" w:edGrp="everyone" w:colFirst="9" w:colLast="9"/>
            <w:permEnd w:id="1412565627"/>
            <w:permEnd w:id="1461270403"/>
            <w:permEnd w:id="1042298180"/>
            <w:permEnd w:id="1067189419"/>
            <w:permEnd w:id="1590561837"/>
            <w:r w:rsidRPr="00161078">
              <w:rPr>
                <w:sz w:val="16"/>
                <w:lang w:val="pl-PL"/>
              </w:rPr>
              <w:t>23</w:t>
            </w:r>
          </w:p>
        </w:tc>
        <w:tc>
          <w:tcPr>
            <w:tcW w:w="2850" w:type="dxa"/>
            <w:vAlign w:val="center"/>
          </w:tcPr>
          <w:p w14:paraId="1F2DE32C" w14:textId="77777777" w:rsidR="00A61407" w:rsidRPr="00161078" w:rsidRDefault="00A61407">
            <w:pPr>
              <w:spacing w:before="20" w:after="20"/>
              <w:jc w:val="left"/>
              <w:rPr>
                <w:lang w:val="pl-PL"/>
              </w:rPr>
            </w:pPr>
            <w:r w:rsidRPr="00161078">
              <w:rPr>
                <w:sz w:val="16"/>
                <w:lang w:val="pl-PL"/>
              </w:rPr>
              <w:t>Rynienki płuczące do pipety wielokanałowej</w:t>
            </w:r>
          </w:p>
        </w:tc>
        <w:tc>
          <w:tcPr>
            <w:tcW w:w="1050" w:type="dxa"/>
            <w:vAlign w:val="center"/>
          </w:tcPr>
          <w:p w14:paraId="3E70CFCC" w14:textId="77777777" w:rsidR="00A61407" w:rsidRPr="00161078" w:rsidRDefault="00A61407">
            <w:pPr>
              <w:spacing w:before="20" w:after="20"/>
              <w:jc w:val="center"/>
              <w:rPr>
                <w:lang w:val="pl-PL"/>
              </w:rPr>
            </w:pPr>
            <w:r w:rsidRPr="00161078">
              <w:rPr>
                <w:sz w:val="16"/>
                <w:lang w:val="pl-PL"/>
              </w:rPr>
              <w:t>100 szt.</w:t>
            </w:r>
          </w:p>
        </w:tc>
        <w:tc>
          <w:tcPr>
            <w:tcW w:w="640" w:type="dxa"/>
            <w:vAlign w:val="center"/>
          </w:tcPr>
          <w:p w14:paraId="08E0A386"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2CEDFA10" w14:textId="77777777" w:rsidR="00A61407" w:rsidRPr="00161078" w:rsidRDefault="00A61407">
            <w:pPr>
              <w:spacing w:before="20" w:after="20"/>
              <w:jc w:val="center"/>
              <w:rPr>
                <w:lang w:val="pl-PL"/>
              </w:rPr>
            </w:pPr>
            <w:r w:rsidRPr="00161078">
              <w:rPr>
                <w:sz w:val="16"/>
                <w:lang w:val="pl-PL"/>
              </w:rPr>
              <w:t>10</w:t>
            </w:r>
          </w:p>
        </w:tc>
        <w:tc>
          <w:tcPr>
            <w:tcW w:w="1250" w:type="dxa"/>
            <w:vAlign w:val="center"/>
          </w:tcPr>
          <w:p w14:paraId="2E364AB7" w14:textId="77777777" w:rsidR="00A61407" w:rsidRPr="00161078" w:rsidRDefault="00A61407">
            <w:pPr>
              <w:spacing w:before="20" w:after="20"/>
              <w:jc w:val="center"/>
              <w:rPr>
                <w:lang w:val="pl-PL"/>
              </w:rPr>
            </w:pPr>
          </w:p>
        </w:tc>
        <w:tc>
          <w:tcPr>
            <w:tcW w:w="620" w:type="dxa"/>
            <w:vAlign w:val="center"/>
          </w:tcPr>
          <w:p w14:paraId="73DD2997" w14:textId="77777777" w:rsidR="00A61407" w:rsidRPr="00161078" w:rsidRDefault="00A61407">
            <w:pPr>
              <w:spacing w:before="20" w:after="20"/>
              <w:jc w:val="center"/>
              <w:rPr>
                <w:lang w:val="pl-PL"/>
              </w:rPr>
            </w:pPr>
          </w:p>
        </w:tc>
        <w:tc>
          <w:tcPr>
            <w:tcW w:w="1250" w:type="dxa"/>
            <w:vAlign w:val="center"/>
          </w:tcPr>
          <w:p w14:paraId="06918144" w14:textId="77777777" w:rsidR="00A61407" w:rsidRPr="00161078" w:rsidRDefault="00A61407">
            <w:pPr>
              <w:spacing w:before="20" w:after="20"/>
              <w:jc w:val="center"/>
              <w:rPr>
                <w:lang w:val="pl-PL"/>
              </w:rPr>
            </w:pPr>
          </w:p>
        </w:tc>
        <w:tc>
          <w:tcPr>
            <w:tcW w:w="1350" w:type="dxa"/>
            <w:gridSpan w:val="2"/>
            <w:vAlign w:val="center"/>
          </w:tcPr>
          <w:p w14:paraId="1718C77A" w14:textId="77777777" w:rsidR="00A61407" w:rsidRPr="00161078" w:rsidRDefault="00A61407">
            <w:pPr>
              <w:spacing w:before="20" w:after="20"/>
              <w:jc w:val="center"/>
              <w:rPr>
                <w:lang w:val="pl-PL"/>
              </w:rPr>
            </w:pPr>
          </w:p>
        </w:tc>
        <w:tc>
          <w:tcPr>
            <w:tcW w:w="1350" w:type="dxa"/>
            <w:gridSpan w:val="2"/>
            <w:vAlign w:val="center"/>
          </w:tcPr>
          <w:p w14:paraId="2CA94885" w14:textId="77777777" w:rsidR="00A61407" w:rsidRPr="00161078" w:rsidRDefault="00A61407">
            <w:pPr>
              <w:spacing w:before="20" w:after="20"/>
              <w:jc w:val="center"/>
              <w:rPr>
                <w:lang w:val="pl-PL"/>
              </w:rPr>
            </w:pPr>
          </w:p>
        </w:tc>
      </w:tr>
      <w:tr w:rsidR="00A61407" w:rsidRPr="00161078" w14:paraId="28E64957" w14:textId="77777777" w:rsidTr="00795294">
        <w:trPr>
          <w:jc w:val="center"/>
        </w:trPr>
        <w:tc>
          <w:tcPr>
            <w:tcW w:w="420" w:type="dxa"/>
            <w:vAlign w:val="center"/>
          </w:tcPr>
          <w:p w14:paraId="16894289" w14:textId="77777777" w:rsidR="00A61407" w:rsidRPr="00161078" w:rsidRDefault="00A61407">
            <w:pPr>
              <w:spacing w:before="20" w:after="20"/>
              <w:jc w:val="center"/>
              <w:rPr>
                <w:lang w:val="pl-PL"/>
              </w:rPr>
            </w:pPr>
            <w:permStart w:id="585237718" w:edGrp="everyone" w:colFirst="5" w:colLast="5"/>
            <w:permStart w:id="436994678" w:edGrp="everyone" w:colFirst="6" w:colLast="6"/>
            <w:permStart w:id="568549779" w:edGrp="everyone" w:colFirst="7" w:colLast="7"/>
            <w:permStart w:id="624643274" w:edGrp="everyone" w:colFirst="8" w:colLast="8"/>
            <w:permStart w:id="1191476597" w:edGrp="everyone" w:colFirst="9" w:colLast="9"/>
            <w:permEnd w:id="394415529"/>
            <w:permEnd w:id="801250289"/>
            <w:permEnd w:id="20015901"/>
            <w:permEnd w:id="484397902"/>
            <w:permEnd w:id="1436505449"/>
            <w:r w:rsidRPr="00161078">
              <w:rPr>
                <w:sz w:val="16"/>
                <w:lang w:val="pl-PL"/>
              </w:rPr>
              <w:t>24</w:t>
            </w:r>
          </w:p>
        </w:tc>
        <w:tc>
          <w:tcPr>
            <w:tcW w:w="2850" w:type="dxa"/>
            <w:vAlign w:val="center"/>
          </w:tcPr>
          <w:p w14:paraId="2ACA3240" w14:textId="77777777" w:rsidR="00A61407" w:rsidRPr="00161078" w:rsidRDefault="00A61407">
            <w:pPr>
              <w:spacing w:before="20" w:after="20"/>
              <w:jc w:val="left"/>
              <w:rPr>
                <w:lang w:val="pl-PL"/>
              </w:rPr>
            </w:pPr>
            <w:r w:rsidRPr="00161078">
              <w:rPr>
                <w:sz w:val="16"/>
                <w:lang w:val="pl-PL"/>
              </w:rPr>
              <w:t xml:space="preserve">Filtry </w:t>
            </w:r>
            <w:proofErr w:type="spellStart"/>
            <w:r w:rsidRPr="00161078">
              <w:rPr>
                <w:sz w:val="16"/>
                <w:lang w:val="pl-PL"/>
              </w:rPr>
              <w:t>strzykawkowe</w:t>
            </w:r>
            <w:proofErr w:type="spellEnd"/>
            <w:r w:rsidRPr="00161078">
              <w:rPr>
                <w:sz w:val="16"/>
                <w:lang w:val="pl-PL"/>
              </w:rPr>
              <w:t xml:space="preserve"> PES, 0,22 µm, 0,45 µm</w:t>
            </w:r>
          </w:p>
        </w:tc>
        <w:tc>
          <w:tcPr>
            <w:tcW w:w="1050" w:type="dxa"/>
            <w:vAlign w:val="center"/>
          </w:tcPr>
          <w:p w14:paraId="29F688BC" w14:textId="77777777" w:rsidR="00A61407" w:rsidRPr="00161078" w:rsidRDefault="00A61407">
            <w:pPr>
              <w:spacing w:before="20" w:after="20"/>
              <w:jc w:val="center"/>
              <w:rPr>
                <w:lang w:val="pl-PL"/>
              </w:rPr>
            </w:pPr>
            <w:r w:rsidRPr="00161078">
              <w:rPr>
                <w:sz w:val="16"/>
                <w:lang w:val="pl-PL"/>
              </w:rPr>
              <w:t>100 szt.</w:t>
            </w:r>
          </w:p>
        </w:tc>
        <w:tc>
          <w:tcPr>
            <w:tcW w:w="640" w:type="dxa"/>
            <w:vAlign w:val="center"/>
          </w:tcPr>
          <w:p w14:paraId="71E852B6"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78B9F5B8" w14:textId="1ACF3DC7" w:rsidR="00A61407" w:rsidRPr="00161078" w:rsidRDefault="00A61407" w:rsidP="001B0B75">
            <w:pPr>
              <w:spacing w:before="20" w:after="20"/>
              <w:jc w:val="center"/>
              <w:rPr>
                <w:lang w:val="pl-PL"/>
              </w:rPr>
            </w:pPr>
            <w:r>
              <w:rPr>
                <w:sz w:val="16"/>
                <w:lang w:val="pl-PL"/>
              </w:rPr>
              <w:t>10</w:t>
            </w:r>
          </w:p>
        </w:tc>
        <w:tc>
          <w:tcPr>
            <w:tcW w:w="1250" w:type="dxa"/>
            <w:vAlign w:val="center"/>
          </w:tcPr>
          <w:p w14:paraId="59811025" w14:textId="77777777" w:rsidR="00A61407" w:rsidRPr="00161078" w:rsidRDefault="00A61407">
            <w:pPr>
              <w:spacing w:before="20" w:after="20"/>
              <w:jc w:val="center"/>
              <w:rPr>
                <w:lang w:val="pl-PL"/>
              </w:rPr>
            </w:pPr>
          </w:p>
        </w:tc>
        <w:tc>
          <w:tcPr>
            <w:tcW w:w="620" w:type="dxa"/>
            <w:vAlign w:val="center"/>
          </w:tcPr>
          <w:p w14:paraId="47554517" w14:textId="77777777" w:rsidR="00A61407" w:rsidRPr="00161078" w:rsidRDefault="00A61407">
            <w:pPr>
              <w:spacing w:before="20" w:after="20"/>
              <w:jc w:val="center"/>
              <w:rPr>
                <w:lang w:val="pl-PL"/>
              </w:rPr>
            </w:pPr>
          </w:p>
        </w:tc>
        <w:tc>
          <w:tcPr>
            <w:tcW w:w="1250" w:type="dxa"/>
            <w:vAlign w:val="center"/>
          </w:tcPr>
          <w:p w14:paraId="2D48618B" w14:textId="77777777" w:rsidR="00A61407" w:rsidRPr="00161078" w:rsidRDefault="00A61407">
            <w:pPr>
              <w:spacing w:before="20" w:after="20"/>
              <w:jc w:val="center"/>
              <w:rPr>
                <w:lang w:val="pl-PL"/>
              </w:rPr>
            </w:pPr>
          </w:p>
        </w:tc>
        <w:tc>
          <w:tcPr>
            <w:tcW w:w="1350" w:type="dxa"/>
            <w:gridSpan w:val="2"/>
            <w:vAlign w:val="center"/>
          </w:tcPr>
          <w:p w14:paraId="4CD2D156" w14:textId="77777777" w:rsidR="00A61407" w:rsidRPr="00161078" w:rsidRDefault="00A61407">
            <w:pPr>
              <w:spacing w:before="20" w:after="20"/>
              <w:jc w:val="center"/>
              <w:rPr>
                <w:lang w:val="pl-PL"/>
              </w:rPr>
            </w:pPr>
          </w:p>
        </w:tc>
        <w:tc>
          <w:tcPr>
            <w:tcW w:w="1350" w:type="dxa"/>
            <w:gridSpan w:val="2"/>
            <w:vAlign w:val="center"/>
          </w:tcPr>
          <w:p w14:paraId="4EB5A0CA" w14:textId="77777777" w:rsidR="00A61407" w:rsidRPr="00161078" w:rsidRDefault="00A61407">
            <w:pPr>
              <w:spacing w:before="20" w:after="20"/>
              <w:jc w:val="center"/>
              <w:rPr>
                <w:lang w:val="pl-PL"/>
              </w:rPr>
            </w:pPr>
          </w:p>
        </w:tc>
      </w:tr>
      <w:tr w:rsidR="00A61407" w:rsidRPr="00161078" w14:paraId="73A4CEB2" w14:textId="77777777" w:rsidTr="00795294">
        <w:trPr>
          <w:jc w:val="center"/>
        </w:trPr>
        <w:tc>
          <w:tcPr>
            <w:tcW w:w="420" w:type="dxa"/>
            <w:vAlign w:val="center"/>
          </w:tcPr>
          <w:p w14:paraId="25984DEC" w14:textId="77777777" w:rsidR="00A61407" w:rsidRPr="00161078" w:rsidRDefault="00A61407">
            <w:pPr>
              <w:spacing w:before="20" w:after="20"/>
              <w:jc w:val="center"/>
              <w:rPr>
                <w:lang w:val="pl-PL"/>
              </w:rPr>
            </w:pPr>
            <w:permStart w:id="489239268" w:edGrp="everyone" w:colFirst="5" w:colLast="5"/>
            <w:permStart w:id="1529508713" w:edGrp="everyone" w:colFirst="6" w:colLast="6"/>
            <w:permStart w:id="1449273375" w:edGrp="everyone" w:colFirst="7" w:colLast="7"/>
            <w:permStart w:id="1381311682" w:edGrp="everyone" w:colFirst="8" w:colLast="8"/>
            <w:permStart w:id="1201364522" w:edGrp="everyone" w:colFirst="9" w:colLast="9"/>
            <w:permEnd w:id="585237718"/>
            <w:permEnd w:id="436994678"/>
            <w:permEnd w:id="568549779"/>
            <w:permEnd w:id="624643274"/>
            <w:permEnd w:id="1191476597"/>
            <w:r w:rsidRPr="00161078">
              <w:rPr>
                <w:sz w:val="16"/>
                <w:lang w:val="pl-PL"/>
              </w:rPr>
              <w:t>25</w:t>
            </w:r>
          </w:p>
        </w:tc>
        <w:tc>
          <w:tcPr>
            <w:tcW w:w="2850" w:type="dxa"/>
            <w:vAlign w:val="center"/>
          </w:tcPr>
          <w:p w14:paraId="5EF21CDE" w14:textId="77777777" w:rsidR="00A61407" w:rsidRPr="00161078" w:rsidRDefault="00A61407">
            <w:pPr>
              <w:spacing w:before="20" w:after="20"/>
              <w:jc w:val="left"/>
              <w:rPr>
                <w:lang w:val="pl-PL"/>
              </w:rPr>
            </w:pPr>
            <w:proofErr w:type="spellStart"/>
            <w:r w:rsidRPr="00161078">
              <w:rPr>
                <w:sz w:val="16"/>
                <w:lang w:val="pl-PL"/>
              </w:rPr>
              <w:t>Kriopudełka</w:t>
            </w:r>
            <w:proofErr w:type="spellEnd"/>
            <w:r w:rsidRPr="00161078">
              <w:rPr>
                <w:sz w:val="16"/>
                <w:lang w:val="pl-PL"/>
              </w:rPr>
              <w:t xml:space="preserve"> poliwęglanowe</w:t>
            </w:r>
          </w:p>
        </w:tc>
        <w:tc>
          <w:tcPr>
            <w:tcW w:w="1050" w:type="dxa"/>
            <w:vAlign w:val="center"/>
          </w:tcPr>
          <w:p w14:paraId="094A4B17" w14:textId="77777777" w:rsidR="00A61407" w:rsidRPr="00161078" w:rsidRDefault="00A61407">
            <w:pPr>
              <w:spacing w:before="20" w:after="20"/>
              <w:jc w:val="center"/>
              <w:rPr>
                <w:lang w:val="pl-PL"/>
              </w:rPr>
            </w:pPr>
            <w:r w:rsidRPr="00161078">
              <w:rPr>
                <w:sz w:val="16"/>
                <w:lang w:val="pl-PL"/>
              </w:rPr>
              <w:t>1 szt.</w:t>
            </w:r>
          </w:p>
        </w:tc>
        <w:tc>
          <w:tcPr>
            <w:tcW w:w="640" w:type="dxa"/>
            <w:vAlign w:val="center"/>
          </w:tcPr>
          <w:p w14:paraId="022F6E0D"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709DA124" w14:textId="7855C72D" w:rsidR="00A61407" w:rsidRPr="00161078" w:rsidRDefault="00A61407">
            <w:pPr>
              <w:spacing w:before="20" w:after="20"/>
              <w:jc w:val="center"/>
              <w:rPr>
                <w:lang w:val="pl-PL"/>
              </w:rPr>
            </w:pPr>
            <w:r>
              <w:rPr>
                <w:sz w:val="16"/>
                <w:lang w:val="pl-PL"/>
              </w:rPr>
              <w:t>40</w:t>
            </w:r>
          </w:p>
        </w:tc>
        <w:tc>
          <w:tcPr>
            <w:tcW w:w="1250" w:type="dxa"/>
            <w:vAlign w:val="center"/>
          </w:tcPr>
          <w:p w14:paraId="151A3BC8" w14:textId="77777777" w:rsidR="00A61407" w:rsidRPr="00161078" w:rsidRDefault="00A61407">
            <w:pPr>
              <w:spacing w:before="20" w:after="20"/>
              <w:jc w:val="center"/>
              <w:rPr>
                <w:lang w:val="pl-PL"/>
              </w:rPr>
            </w:pPr>
          </w:p>
        </w:tc>
        <w:tc>
          <w:tcPr>
            <w:tcW w:w="620" w:type="dxa"/>
            <w:vAlign w:val="center"/>
          </w:tcPr>
          <w:p w14:paraId="2A742626" w14:textId="77777777" w:rsidR="00A61407" w:rsidRPr="00161078" w:rsidRDefault="00A61407">
            <w:pPr>
              <w:spacing w:before="20" w:after="20"/>
              <w:jc w:val="center"/>
              <w:rPr>
                <w:lang w:val="pl-PL"/>
              </w:rPr>
            </w:pPr>
          </w:p>
        </w:tc>
        <w:tc>
          <w:tcPr>
            <w:tcW w:w="1250" w:type="dxa"/>
            <w:vAlign w:val="center"/>
          </w:tcPr>
          <w:p w14:paraId="44E84603" w14:textId="77777777" w:rsidR="00A61407" w:rsidRPr="00161078" w:rsidRDefault="00A61407">
            <w:pPr>
              <w:spacing w:before="20" w:after="20"/>
              <w:jc w:val="center"/>
              <w:rPr>
                <w:lang w:val="pl-PL"/>
              </w:rPr>
            </w:pPr>
          </w:p>
        </w:tc>
        <w:tc>
          <w:tcPr>
            <w:tcW w:w="1350" w:type="dxa"/>
            <w:gridSpan w:val="2"/>
            <w:vAlign w:val="center"/>
          </w:tcPr>
          <w:p w14:paraId="1DD2C280" w14:textId="77777777" w:rsidR="00A61407" w:rsidRPr="00161078" w:rsidRDefault="00A61407">
            <w:pPr>
              <w:spacing w:before="20" w:after="20"/>
              <w:jc w:val="center"/>
              <w:rPr>
                <w:lang w:val="pl-PL"/>
              </w:rPr>
            </w:pPr>
          </w:p>
        </w:tc>
        <w:tc>
          <w:tcPr>
            <w:tcW w:w="1350" w:type="dxa"/>
            <w:gridSpan w:val="2"/>
            <w:vAlign w:val="center"/>
          </w:tcPr>
          <w:p w14:paraId="397C6112" w14:textId="77777777" w:rsidR="00A61407" w:rsidRPr="00161078" w:rsidRDefault="00A61407">
            <w:pPr>
              <w:spacing w:before="20" w:after="20"/>
              <w:jc w:val="center"/>
              <w:rPr>
                <w:lang w:val="pl-PL"/>
              </w:rPr>
            </w:pPr>
          </w:p>
        </w:tc>
      </w:tr>
      <w:tr w:rsidR="00A61407" w:rsidRPr="00161078" w14:paraId="1EB1D20D" w14:textId="77777777" w:rsidTr="00795294">
        <w:trPr>
          <w:jc w:val="center"/>
        </w:trPr>
        <w:tc>
          <w:tcPr>
            <w:tcW w:w="420" w:type="dxa"/>
            <w:vAlign w:val="center"/>
          </w:tcPr>
          <w:p w14:paraId="149A76BB" w14:textId="77777777" w:rsidR="00A61407" w:rsidRPr="00161078" w:rsidRDefault="00A61407">
            <w:pPr>
              <w:spacing w:before="20" w:after="20"/>
              <w:jc w:val="center"/>
              <w:rPr>
                <w:lang w:val="pl-PL"/>
              </w:rPr>
            </w:pPr>
            <w:permStart w:id="783043186" w:edGrp="everyone" w:colFirst="5" w:colLast="5"/>
            <w:permStart w:id="615401046" w:edGrp="everyone" w:colFirst="6" w:colLast="6"/>
            <w:permStart w:id="693523098" w:edGrp="everyone" w:colFirst="7" w:colLast="7"/>
            <w:permStart w:id="161285089" w:edGrp="everyone" w:colFirst="8" w:colLast="8"/>
            <w:permStart w:id="455609007" w:edGrp="everyone" w:colFirst="9" w:colLast="9"/>
            <w:permEnd w:id="489239268"/>
            <w:permEnd w:id="1529508713"/>
            <w:permEnd w:id="1449273375"/>
            <w:permEnd w:id="1381311682"/>
            <w:permEnd w:id="1201364522"/>
            <w:r w:rsidRPr="00161078">
              <w:rPr>
                <w:sz w:val="16"/>
                <w:lang w:val="pl-PL"/>
              </w:rPr>
              <w:t>26</w:t>
            </w:r>
          </w:p>
        </w:tc>
        <w:tc>
          <w:tcPr>
            <w:tcW w:w="2850" w:type="dxa"/>
            <w:vAlign w:val="center"/>
          </w:tcPr>
          <w:p w14:paraId="04C9A55A" w14:textId="77777777" w:rsidR="00A61407" w:rsidRPr="00161078" w:rsidRDefault="00A61407">
            <w:pPr>
              <w:spacing w:before="20" w:after="20"/>
              <w:jc w:val="left"/>
              <w:rPr>
                <w:lang w:val="pl-PL"/>
              </w:rPr>
            </w:pPr>
            <w:r w:rsidRPr="00161078">
              <w:rPr>
                <w:sz w:val="16"/>
                <w:lang w:val="pl-PL"/>
              </w:rPr>
              <w:t xml:space="preserve">Sterylne </w:t>
            </w:r>
            <w:proofErr w:type="spellStart"/>
            <w:r w:rsidRPr="00161078">
              <w:rPr>
                <w:sz w:val="16"/>
                <w:lang w:val="pl-PL"/>
              </w:rPr>
              <w:t>krioprobówki</w:t>
            </w:r>
            <w:proofErr w:type="spellEnd"/>
            <w:r w:rsidRPr="00161078">
              <w:rPr>
                <w:sz w:val="16"/>
                <w:lang w:val="pl-PL"/>
              </w:rPr>
              <w:t xml:space="preserve"> z gwintem wewnętrznym do -196°C, 1,8 ml</w:t>
            </w:r>
          </w:p>
        </w:tc>
        <w:tc>
          <w:tcPr>
            <w:tcW w:w="1050" w:type="dxa"/>
            <w:vAlign w:val="center"/>
          </w:tcPr>
          <w:p w14:paraId="46D910C3" w14:textId="77777777" w:rsidR="00A61407" w:rsidRPr="00161078" w:rsidRDefault="00A61407">
            <w:pPr>
              <w:spacing w:before="20" w:after="20"/>
              <w:jc w:val="center"/>
              <w:rPr>
                <w:lang w:val="pl-PL"/>
              </w:rPr>
            </w:pPr>
            <w:r w:rsidRPr="00161078">
              <w:rPr>
                <w:sz w:val="16"/>
                <w:lang w:val="pl-PL"/>
              </w:rPr>
              <w:t>500 szt.</w:t>
            </w:r>
          </w:p>
        </w:tc>
        <w:tc>
          <w:tcPr>
            <w:tcW w:w="640" w:type="dxa"/>
            <w:vAlign w:val="center"/>
          </w:tcPr>
          <w:p w14:paraId="1064E2FB"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09647E5E" w14:textId="1011B7DC" w:rsidR="00A61407" w:rsidRPr="00161078" w:rsidRDefault="00A61407">
            <w:pPr>
              <w:spacing w:before="20" w:after="20"/>
              <w:jc w:val="center"/>
              <w:rPr>
                <w:lang w:val="pl-PL"/>
              </w:rPr>
            </w:pPr>
            <w:r>
              <w:rPr>
                <w:sz w:val="16"/>
                <w:lang w:val="pl-PL"/>
              </w:rPr>
              <w:t>12</w:t>
            </w:r>
          </w:p>
        </w:tc>
        <w:tc>
          <w:tcPr>
            <w:tcW w:w="1250" w:type="dxa"/>
            <w:vAlign w:val="center"/>
          </w:tcPr>
          <w:p w14:paraId="03D8D9D0" w14:textId="77777777" w:rsidR="00A61407" w:rsidRPr="00161078" w:rsidRDefault="00A61407">
            <w:pPr>
              <w:spacing w:before="20" w:after="20"/>
              <w:jc w:val="center"/>
              <w:rPr>
                <w:lang w:val="pl-PL"/>
              </w:rPr>
            </w:pPr>
          </w:p>
        </w:tc>
        <w:tc>
          <w:tcPr>
            <w:tcW w:w="620" w:type="dxa"/>
            <w:vAlign w:val="center"/>
          </w:tcPr>
          <w:p w14:paraId="3128BE3B" w14:textId="77777777" w:rsidR="00A61407" w:rsidRPr="00161078" w:rsidRDefault="00A61407">
            <w:pPr>
              <w:spacing w:before="20" w:after="20"/>
              <w:jc w:val="center"/>
              <w:rPr>
                <w:lang w:val="pl-PL"/>
              </w:rPr>
            </w:pPr>
          </w:p>
        </w:tc>
        <w:tc>
          <w:tcPr>
            <w:tcW w:w="1250" w:type="dxa"/>
            <w:vAlign w:val="center"/>
          </w:tcPr>
          <w:p w14:paraId="0316A3B8" w14:textId="77777777" w:rsidR="00A61407" w:rsidRPr="00161078" w:rsidRDefault="00A61407">
            <w:pPr>
              <w:spacing w:before="20" w:after="20"/>
              <w:jc w:val="center"/>
              <w:rPr>
                <w:lang w:val="pl-PL"/>
              </w:rPr>
            </w:pPr>
          </w:p>
        </w:tc>
        <w:tc>
          <w:tcPr>
            <w:tcW w:w="1350" w:type="dxa"/>
            <w:gridSpan w:val="2"/>
            <w:vAlign w:val="center"/>
          </w:tcPr>
          <w:p w14:paraId="16938BDC" w14:textId="77777777" w:rsidR="00A61407" w:rsidRPr="00161078" w:rsidRDefault="00A61407">
            <w:pPr>
              <w:spacing w:before="20" w:after="20"/>
              <w:jc w:val="center"/>
              <w:rPr>
                <w:lang w:val="pl-PL"/>
              </w:rPr>
            </w:pPr>
          </w:p>
        </w:tc>
        <w:tc>
          <w:tcPr>
            <w:tcW w:w="1350" w:type="dxa"/>
            <w:gridSpan w:val="2"/>
            <w:vAlign w:val="center"/>
          </w:tcPr>
          <w:p w14:paraId="35692B60" w14:textId="77777777" w:rsidR="00A61407" w:rsidRPr="00161078" w:rsidRDefault="00A61407">
            <w:pPr>
              <w:spacing w:before="20" w:after="20"/>
              <w:jc w:val="center"/>
              <w:rPr>
                <w:lang w:val="pl-PL"/>
              </w:rPr>
            </w:pPr>
          </w:p>
        </w:tc>
      </w:tr>
      <w:tr w:rsidR="00A61407" w:rsidRPr="00161078" w14:paraId="72E87376" w14:textId="77777777" w:rsidTr="00795294">
        <w:trPr>
          <w:jc w:val="center"/>
        </w:trPr>
        <w:tc>
          <w:tcPr>
            <w:tcW w:w="420" w:type="dxa"/>
            <w:vAlign w:val="center"/>
          </w:tcPr>
          <w:p w14:paraId="26D3FDD6" w14:textId="77777777" w:rsidR="00A61407" w:rsidRPr="00161078" w:rsidRDefault="00A61407">
            <w:pPr>
              <w:spacing w:before="20" w:after="20"/>
              <w:jc w:val="center"/>
              <w:rPr>
                <w:lang w:val="pl-PL"/>
              </w:rPr>
            </w:pPr>
            <w:permStart w:id="345244762" w:edGrp="everyone" w:colFirst="5" w:colLast="5"/>
            <w:permStart w:id="2144609381" w:edGrp="everyone" w:colFirst="6" w:colLast="6"/>
            <w:permStart w:id="1582580625" w:edGrp="everyone" w:colFirst="7" w:colLast="7"/>
            <w:permStart w:id="37385270" w:edGrp="everyone" w:colFirst="8" w:colLast="8"/>
            <w:permStart w:id="573114422" w:edGrp="everyone" w:colFirst="9" w:colLast="9"/>
            <w:permEnd w:id="783043186"/>
            <w:permEnd w:id="615401046"/>
            <w:permEnd w:id="693523098"/>
            <w:permEnd w:id="161285089"/>
            <w:permEnd w:id="455609007"/>
            <w:r w:rsidRPr="00161078">
              <w:rPr>
                <w:sz w:val="16"/>
                <w:lang w:val="pl-PL"/>
              </w:rPr>
              <w:t>27</w:t>
            </w:r>
          </w:p>
        </w:tc>
        <w:tc>
          <w:tcPr>
            <w:tcW w:w="2850" w:type="dxa"/>
            <w:vAlign w:val="center"/>
          </w:tcPr>
          <w:p w14:paraId="2DBDCEAA" w14:textId="77777777" w:rsidR="00A61407" w:rsidRPr="00161078" w:rsidRDefault="00A61407">
            <w:pPr>
              <w:spacing w:before="20" w:after="20"/>
              <w:jc w:val="left"/>
              <w:rPr>
                <w:lang w:val="pl-PL"/>
              </w:rPr>
            </w:pPr>
            <w:r w:rsidRPr="00161078">
              <w:rPr>
                <w:sz w:val="16"/>
                <w:lang w:val="pl-PL"/>
              </w:rPr>
              <w:t>Płytki hodowlane 48-dołkowe</w:t>
            </w:r>
          </w:p>
        </w:tc>
        <w:tc>
          <w:tcPr>
            <w:tcW w:w="1050" w:type="dxa"/>
            <w:vAlign w:val="center"/>
          </w:tcPr>
          <w:p w14:paraId="65AE1404" w14:textId="77777777" w:rsidR="00A61407" w:rsidRPr="00161078" w:rsidRDefault="00A61407">
            <w:pPr>
              <w:spacing w:before="20" w:after="20"/>
              <w:jc w:val="center"/>
              <w:rPr>
                <w:lang w:val="pl-PL"/>
              </w:rPr>
            </w:pPr>
            <w:r w:rsidRPr="00161078">
              <w:rPr>
                <w:sz w:val="16"/>
                <w:lang w:val="pl-PL"/>
              </w:rPr>
              <w:t>50 szt.</w:t>
            </w:r>
          </w:p>
        </w:tc>
        <w:tc>
          <w:tcPr>
            <w:tcW w:w="640" w:type="dxa"/>
            <w:vAlign w:val="center"/>
          </w:tcPr>
          <w:p w14:paraId="6242C97F"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37390A7E" w14:textId="77777777" w:rsidR="00A61407" w:rsidRPr="00161078" w:rsidRDefault="00A61407">
            <w:pPr>
              <w:spacing w:before="20" w:after="20"/>
              <w:jc w:val="center"/>
              <w:rPr>
                <w:lang w:val="pl-PL"/>
              </w:rPr>
            </w:pPr>
            <w:r w:rsidRPr="00161078">
              <w:rPr>
                <w:sz w:val="16"/>
                <w:lang w:val="pl-PL"/>
              </w:rPr>
              <w:t>10</w:t>
            </w:r>
          </w:p>
        </w:tc>
        <w:tc>
          <w:tcPr>
            <w:tcW w:w="1250" w:type="dxa"/>
            <w:vAlign w:val="center"/>
          </w:tcPr>
          <w:p w14:paraId="18EE8957" w14:textId="77777777" w:rsidR="00A61407" w:rsidRPr="00161078" w:rsidRDefault="00A61407">
            <w:pPr>
              <w:spacing w:before="20" w:after="20"/>
              <w:jc w:val="center"/>
              <w:rPr>
                <w:lang w:val="pl-PL"/>
              </w:rPr>
            </w:pPr>
          </w:p>
        </w:tc>
        <w:tc>
          <w:tcPr>
            <w:tcW w:w="620" w:type="dxa"/>
            <w:vAlign w:val="center"/>
          </w:tcPr>
          <w:p w14:paraId="12178E99" w14:textId="77777777" w:rsidR="00A61407" w:rsidRPr="00161078" w:rsidRDefault="00A61407">
            <w:pPr>
              <w:spacing w:before="20" w:after="20"/>
              <w:jc w:val="center"/>
              <w:rPr>
                <w:lang w:val="pl-PL"/>
              </w:rPr>
            </w:pPr>
          </w:p>
        </w:tc>
        <w:tc>
          <w:tcPr>
            <w:tcW w:w="1250" w:type="dxa"/>
            <w:vAlign w:val="center"/>
          </w:tcPr>
          <w:p w14:paraId="2CC63BB4" w14:textId="77777777" w:rsidR="00A61407" w:rsidRPr="00161078" w:rsidRDefault="00A61407">
            <w:pPr>
              <w:spacing w:before="20" w:after="20"/>
              <w:jc w:val="center"/>
              <w:rPr>
                <w:lang w:val="pl-PL"/>
              </w:rPr>
            </w:pPr>
          </w:p>
        </w:tc>
        <w:tc>
          <w:tcPr>
            <w:tcW w:w="1350" w:type="dxa"/>
            <w:gridSpan w:val="2"/>
            <w:vAlign w:val="center"/>
          </w:tcPr>
          <w:p w14:paraId="4BED441A" w14:textId="77777777" w:rsidR="00A61407" w:rsidRPr="00161078" w:rsidRDefault="00A61407">
            <w:pPr>
              <w:spacing w:before="20" w:after="20"/>
              <w:jc w:val="center"/>
              <w:rPr>
                <w:lang w:val="pl-PL"/>
              </w:rPr>
            </w:pPr>
          </w:p>
        </w:tc>
        <w:tc>
          <w:tcPr>
            <w:tcW w:w="1350" w:type="dxa"/>
            <w:gridSpan w:val="2"/>
            <w:vAlign w:val="center"/>
          </w:tcPr>
          <w:p w14:paraId="685A7FDF" w14:textId="77777777" w:rsidR="00A61407" w:rsidRPr="00161078" w:rsidRDefault="00A61407">
            <w:pPr>
              <w:spacing w:before="20" w:after="20"/>
              <w:jc w:val="center"/>
              <w:rPr>
                <w:lang w:val="pl-PL"/>
              </w:rPr>
            </w:pPr>
          </w:p>
        </w:tc>
      </w:tr>
      <w:tr w:rsidR="00A61407" w:rsidRPr="00161078" w14:paraId="5F153FEF" w14:textId="77777777" w:rsidTr="00795294">
        <w:trPr>
          <w:jc w:val="center"/>
        </w:trPr>
        <w:tc>
          <w:tcPr>
            <w:tcW w:w="420" w:type="dxa"/>
            <w:vAlign w:val="center"/>
          </w:tcPr>
          <w:p w14:paraId="5AA273D2" w14:textId="77777777" w:rsidR="00A61407" w:rsidRPr="00161078" w:rsidRDefault="00A61407">
            <w:pPr>
              <w:spacing w:before="20" w:after="20"/>
              <w:jc w:val="center"/>
              <w:rPr>
                <w:lang w:val="pl-PL"/>
              </w:rPr>
            </w:pPr>
            <w:permStart w:id="1352348073" w:edGrp="everyone" w:colFirst="5" w:colLast="5"/>
            <w:permStart w:id="562366521" w:edGrp="everyone" w:colFirst="6" w:colLast="6"/>
            <w:permStart w:id="1329664266" w:edGrp="everyone" w:colFirst="7" w:colLast="7"/>
            <w:permStart w:id="1691692130" w:edGrp="everyone" w:colFirst="8" w:colLast="8"/>
            <w:permStart w:id="1272316776" w:edGrp="everyone" w:colFirst="9" w:colLast="9"/>
            <w:permEnd w:id="345244762"/>
            <w:permEnd w:id="2144609381"/>
            <w:permEnd w:id="1582580625"/>
            <w:permEnd w:id="37385270"/>
            <w:permEnd w:id="573114422"/>
            <w:r w:rsidRPr="00161078">
              <w:rPr>
                <w:sz w:val="16"/>
                <w:lang w:val="pl-PL"/>
              </w:rPr>
              <w:t>28</w:t>
            </w:r>
          </w:p>
        </w:tc>
        <w:tc>
          <w:tcPr>
            <w:tcW w:w="2850" w:type="dxa"/>
            <w:vAlign w:val="center"/>
          </w:tcPr>
          <w:p w14:paraId="2542262B" w14:textId="77777777" w:rsidR="00A61407" w:rsidRPr="00161078" w:rsidRDefault="00A61407">
            <w:pPr>
              <w:spacing w:before="20" w:after="20"/>
              <w:jc w:val="left"/>
              <w:rPr>
                <w:lang w:val="pl-PL"/>
              </w:rPr>
            </w:pPr>
            <w:r w:rsidRPr="00161078">
              <w:rPr>
                <w:sz w:val="16"/>
                <w:lang w:val="pl-PL"/>
              </w:rPr>
              <w:t>Skrobaki do komórek</w:t>
            </w:r>
          </w:p>
        </w:tc>
        <w:tc>
          <w:tcPr>
            <w:tcW w:w="1050" w:type="dxa"/>
            <w:vAlign w:val="center"/>
          </w:tcPr>
          <w:p w14:paraId="75BF0228" w14:textId="77777777" w:rsidR="00A61407" w:rsidRPr="00161078" w:rsidRDefault="00A61407">
            <w:pPr>
              <w:spacing w:before="20" w:after="20"/>
              <w:jc w:val="center"/>
              <w:rPr>
                <w:lang w:val="pl-PL"/>
              </w:rPr>
            </w:pPr>
            <w:r w:rsidRPr="00161078">
              <w:rPr>
                <w:sz w:val="16"/>
                <w:lang w:val="pl-PL"/>
              </w:rPr>
              <w:t>100 szt.</w:t>
            </w:r>
          </w:p>
        </w:tc>
        <w:tc>
          <w:tcPr>
            <w:tcW w:w="640" w:type="dxa"/>
            <w:vAlign w:val="center"/>
          </w:tcPr>
          <w:p w14:paraId="3BC29DC3" w14:textId="77777777" w:rsidR="00A61407" w:rsidRPr="00161078" w:rsidRDefault="00A61407">
            <w:pPr>
              <w:spacing w:before="20" w:after="20"/>
              <w:jc w:val="center"/>
              <w:rPr>
                <w:lang w:val="pl-PL"/>
              </w:rPr>
            </w:pPr>
            <w:r w:rsidRPr="00161078">
              <w:rPr>
                <w:sz w:val="16"/>
                <w:lang w:val="pl-PL"/>
              </w:rPr>
              <w:t>opak.</w:t>
            </w:r>
          </w:p>
        </w:tc>
        <w:tc>
          <w:tcPr>
            <w:tcW w:w="1260" w:type="dxa"/>
            <w:vAlign w:val="center"/>
          </w:tcPr>
          <w:p w14:paraId="342B049A" w14:textId="6A5D69CC" w:rsidR="00A61407" w:rsidRPr="00161078" w:rsidRDefault="00A61407">
            <w:pPr>
              <w:spacing w:before="20" w:after="20"/>
              <w:jc w:val="center"/>
              <w:rPr>
                <w:lang w:val="pl-PL"/>
              </w:rPr>
            </w:pPr>
            <w:r>
              <w:rPr>
                <w:sz w:val="16"/>
                <w:lang w:val="pl-PL"/>
              </w:rPr>
              <w:t>5</w:t>
            </w:r>
          </w:p>
        </w:tc>
        <w:tc>
          <w:tcPr>
            <w:tcW w:w="1250" w:type="dxa"/>
            <w:vAlign w:val="center"/>
          </w:tcPr>
          <w:p w14:paraId="7F37582A" w14:textId="77777777" w:rsidR="00A61407" w:rsidRPr="00161078" w:rsidRDefault="00A61407">
            <w:pPr>
              <w:spacing w:before="20" w:after="20"/>
              <w:jc w:val="center"/>
              <w:rPr>
                <w:lang w:val="pl-PL"/>
              </w:rPr>
            </w:pPr>
          </w:p>
        </w:tc>
        <w:tc>
          <w:tcPr>
            <w:tcW w:w="620" w:type="dxa"/>
            <w:vAlign w:val="center"/>
          </w:tcPr>
          <w:p w14:paraId="093E37A0" w14:textId="77777777" w:rsidR="00A61407" w:rsidRPr="00161078" w:rsidRDefault="00A61407">
            <w:pPr>
              <w:spacing w:before="20" w:after="20"/>
              <w:jc w:val="center"/>
              <w:rPr>
                <w:lang w:val="pl-PL"/>
              </w:rPr>
            </w:pPr>
          </w:p>
        </w:tc>
        <w:tc>
          <w:tcPr>
            <w:tcW w:w="1250" w:type="dxa"/>
            <w:vAlign w:val="center"/>
          </w:tcPr>
          <w:p w14:paraId="32E8AC0C" w14:textId="77777777" w:rsidR="00A61407" w:rsidRPr="00161078" w:rsidRDefault="00A61407">
            <w:pPr>
              <w:spacing w:before="20" w:after="20"/>
              <w:jc w:val="center"/>
              <w:rPr>
                <w:lang w:val="pl-PL"/>
              </w:rPr>
            </w:pPr>
          </w:p>
        </w:tc>
        <w:tc>
          <w:tcPr>
            <w:tcW w:w="1350" w:type="dxa"/>
            <w:gridSpan w:val="2"/>
            <w:vAlign w:val="center"/>
          </w:tcPr>
          <w:p w14:paraId="231D27AC" w14:textId="77777777" w:rsidR="00A61407" w:rsidRPr="00161078" w:rsidRDefault="00A61407">
            <w:pPr>
              <w:spacing w:before="20" w:after="20"/>
              <w:jc w:val="center"/>
              <w:rPr>
                <w:lang w:val="pl-PL"/>
              </w:rPr>
            </w:pPr>
          </w:p>
        </w:tc>
        <w:tc>
          <w:tcPr>
            <w:tcW w:w="1350" w:type="dxa"/>
            <w:gridSpan w:val="2"/>
            <w:vAlign w:val="center"/>
          </w:tcPr>
          <w:p w14:paraId="3087A6C2" w14:textId="77777777" w:rsidR="00A61407" w:rsidRPr="00161078" w:rsidRDefault="00A61407">
            <w:pPr>
              <w:spacing w:before="20" w:after="20"/>
              <w:jc w:val="center"/>
              <w:rPr>
                <w:lang w:val="pl-PL"/>
              </w:rPr>
            </w:pPr>
          </w:p>
        </w:tc>
      </w:tr>
      <w:tr w:rsidR="001512C8" w:rsidRPr="00161078" w14:paraId="46DE9A80" w14:textId="77777777" w:rsidTr="007E1996">
        <w:trPr>
          <w:gridAfter w:val="1"/>
          <w:wAfter w:w="7" w:type="dxa"/>
          <w:jc w:val="center"/>
        </w:trPr>
        <w:tc>
          <w:tcPr>
            <w:tcW w:w="9340" w:type="dxa"/>
            <w:gridSpan w:val="8"/>
            <w:shd w:val="clear" w:color="auto" w:fill="D9D9D9"/>
            <w:vAlign w:val="center"/>
          </w:tcPr>
          <w:p w14:paraId="4D429D66" w14:textId="77777777" w:rsidR="001512C8" w:rsidRPr="00161078" w:rsidRDefault="00443F1E">
            <w:pPr>
              <w:spacing w:before="20" w:after="20"/>
              <w:jc w:val="right"/>
              <w:rPr>
                <w:lang w:val="pl-PL"/>
              </w:rPr>
            </w:pPr>
            <w:permStart w:id="1008284850" w:edGrp="everyone" w:colFirst="1" w:colLast="1"/>
            <w:permStart w:id="1845707455" w:edGrp="everyone" w:colFirst="2" w:colLast="2"/>
            <w:permEnd w:id="1352348073"/>
            <w:permEnd w:id="562366521"/>
            <w:permEnd w:id="1329664266"/>
            <w:permEnd w:id="1691692130"/>
            <w:permEnd w:id="1272316776"/>
            <w:r w:rsidRPr="00161078">
              <w:rPr>
                <w:b/>
                <w:sz w:val="18"/>
                <w:lang w:val="pl-PL"/>
              </w:rPr>
              <w:t>RAZEM (wartość oferty):</w:t>
            </w:r>
          </w:p>
        </w:tc>
        <w:tc>
          <w:tcPr>
            <w:tcW w:w="1276" w:type="dxa"/>
            <w:shd w:val="clear" w:color="auto" w:fill="D9D9D9"/>
            <w:vAlign w:val="center"/>
          </w:tcPr>
          <w:p w14:paraId="0F9D2946" w14:textId="77777777" w:rsidR="001512C8" w:rsidRPr="00161078" w:rsidRDefault="001512C8">
            <w:pPr>
              <w:spacing w:before="20" w:after="20"/>
              <w:jc w:val="center"/>
              <w:rPr>
                <w:lang w:val="pl-PL"/>
              </w:rPr>
            </w:pPr>
          </w:p>
        </w:tc>
        <w:tc>
          <w:tcPr>
            <w:tcW w:w="1417" w:type="dxa"/>
            <w:gridSpan w:val="2"/>
            <w:shd w:val="clear" w:color="auto" w:fill="D9D9D9"/>
            <w:vAlign w:val="center"/>
          </w:tcPr>
          <w:p w14:paraId="1B452664" w14:textId="77777777" w:rsidR="001512C8" w:rsidRPr="00161078" w:rsidRDefault="001512C8">
            <w:pPr>
              <w:spacing w:before="20" w:after="20"/>
              <w:jc w:val="center"/>
              <w:rPr>
                <w:lang w:val="pl-PL"/>
              </w:rPr>
            </w:pPr>
          </w:p>
        </w:tc>
      </w:tr>
      <w:permEnd w:id="1008284850"/>
      <w:permEnd w:id="1845707455"/>
    </w:tbl>
    <w:p w14:paraId="64DA07F9" w14:textId="77777777" w:rsidR="001512C8" w:rsidRPr="00161078" w:rsidRDefault="001512C8">
      <w:pPr>
        <w:spacing w:after="40"/>
        <w:rPr>
          <w:lang w:val="pl-PL"/>
        </w:rPr>
      </w:pPr>
    </w:p>
    <w:p w14:paraId="1B70D5BE" w14:textId="4B0167F6"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BD4691F" w:rsidR="001512C8" w:rsidRPr="00161078" w:rsidRDefault="00443F1E">
      <w:pPr>
        <w:spacing w:after="80"/>
        <w:ind w:left="340" w:hanging="340"/>
        <w:rPr>
          <w:lang w:val="pl-PL"/>
        </w:rPr>
      </w:pPr>
      <w:r w:rsidRPr="00161078">
        <w:rPr>
          <w:lang w:val="pl-PL"/>
        </w:rPr>
        <w:t xml:space="preserve">4.  Oświadczamy, że będziemy realizować dostawy sukcesywnie, na podstawie zamówień e-mailowych, w terminie do </w:t>
      </w:r>
      <w:r w:rsidR="00C86981">
        <w:rPr>
          <w:lang w:val="pl-PL"/>
        </w:rPr>
        <w:t>30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permStart w:id="1357126509" w:edGrp="everyone"/>
      <w:r w:rsidRPr="00161078">
        <w:rPr>
          <w:lang w:val="pl-PL"/>
        </w:rPr>
        <w:lastRenderedPageBreak/>
        <w:t>...............................................</w:t>
      </w:r>
    </w:p>
    <w:permEnd w:id="1357126509"/>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77777777" w:rsidR="001512C8" w:rsidRPr="00161078" w:rsidRDefault="00443F1E">
      <w:pPr>
        <w:spacing w:after="80"/>
        <w:rPr>
          <w:lang w:val="pl-PL"/>
        </w:rPr>
      </w:pPr>
      <w:r w:rsidRPr="00161078">
        <w:rPr>
          <w:lang w:val="pl-PL"/>
        </w:rPr>
        <w:t>Składając ofertę do zapytania ofertowego na sukcesywną dostawę jednorazowych materiałów zużywalnych (wyrobów z tworzyw sztucznych) do aseptycznej obróbki komórek 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ermStart w:id="112068544" w:edGrp="everyone"/>
    </w:p>
    <w:p w14:paraId="598FAA95" w14:textId="77777777" w:rsidR="001512C8" w:rsidRPr="00161078" w:rsidRDefault="00443F1E">
      <w:pPr>
        <w:spacing w:after="0"/>
        <w:jc w:val="center"/>
        <w:rPr>
          <w:lang w:val="pl-PL"/>
        </w:rPr>
      </w:pPr>
      <w:r w:rsidRPr="00161078">
        <w:rPr>
          <w:lang w:val="pl-PL"/>
        </w:rPr>
        <w:t>...............................................          ...............................................</w:t>
      </w:r>
    </w:p>
    <w:permEnd w:id="112068544"/>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permStart w:id="1853387799" w:edGrp="everyone"/>
      <w:r w:rsidRPr="00161078">
        <w:rPr>
          <w:lang w:val="pl-PL"/>
        </w:rPr>
        <w:t>...............................................          ...............................................</w:t>
      </w:r>
    </w:p>
    <w:permEnd w:id="1853387799"/>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77777777" w:rsidR="001512C8" w:rsidRPr="00161078" w:rsidRDefault="00443F1E">
      <w:pPr>
        <w:spacing w:after="80"/>
        <w:ind w:left="340" w:hanging="227"/>
        <w:rPr>
          <w:lang w:val="pl-PL"/>
        </w:rPr>
      </w:pPr>
      <w:r w:rsidRPr="00161078">
        <w:rPr>
          <w:lang w:val="pl-PL"/>
        </w:rPr>
        <w:t>–  Przedmiotem umowy jest sukcesywna dostawa jednorazowych materiałów zużywalnych zgodnie z zapytaniem ofertowym i ofertą Wykonawcy. Umowa zostaje zawarta na okres 12 miesięcy od dnia jej zawarcia.</w:t>
      </w:r>
    </w:p>
    <w:p w14:paraId="3B951F95" w14:textId="610E0554"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do </w:t>
      </w:r>
      <w:r w:rsidR="00A912C4">
        <w:rPr>
          <w:lang w:val="pl-PL"/>
        </w:rPr>
        <w:t>30</w:t>
      </w:r>
      <w:r w:rsidRPr="00161078">
        <w:rPr>
          <w:lang w:val="pl-PL"/>
        </w:rPr>
        <w:t xml:space="preserve"> dni roboczych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2CB728E5" w14:textId="77777777" w:rsidR="001512C8" w:rsidRPr="00161078" w:rsidRDefault="00443F1E">
      <w:pPr>
        <w:spacing w:after="80"/>
        <w:ind w:left="340" w:hanging="227"/>
        <w:rPr>
          <w:lang w:val="pl-PL"/>
        </w:rPr>
      </w:pPr>
      <w:r w:rsidRPr="00161078">
        <w:rPr>
          <w:lang w:val="pl-PL"/>
        </w:rPr>
        <w:t>–  Rozliczenie następuje po każdej zrealizowanej dostawie, na podstawie prawidłowo wystawionej faktury oraz podpisanego bez zastrzeżeń dokumentu odbioru. Termin płatności wynosi do 30 dni od dnia doręczenia prawidłowo wystawionej faktury. Płatność uważa się za zrealizowaną w dniu obciążenia rachunku Zamawiającego.</w:t>
      </w: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8B2C0" w14:textId="77777777" w:rsidR="00D46B8E" w:rsidRDefault="00D46B8E" w:rsidP="007A5F46">
      <w:pPr>
        <w:spacing w:after="0" w:line="240" w:lineRule="auto"/>
      </w:pPr>
      <w:r>
        <w:separator/>
      </w:r>
    </w:p>
  </w:endnote>
  <w:endnote w:type="continuationSeparator" w:id="0">
    <w:p w14:paraId="22D92875" w14:textId="77777777" w:rsidR="00D46B8E" w:rsidRDefault="00D46B8E"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9ED5F" w14:textId="77777777" w:rsidR="00D46B8E" w:rsidRDefault="00D46B8E" w:rsidP="007A5F46">
      <w:pPr>
        <w:spacing w:after="0" w:line="240" w:lineRule="auto"/>
      </w:pPr>
      <w:r>
        <w:separator/>
      </w:r>
    </w:p>
  </w:footnote>
  <w:footnote w:type="continuationSeparator" w:id="0">
    <w:p w14:paraId="0F753C20" w14:textId="77777777" w:rsidR="00D46B8E" w:rsidRDefault="00D46B8E"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TyJIfzRmHfCMH/muNrfXnpL1MFaaVzgE+OCbnYFW12wHZxtI9OBEmbrC3nZhDudCMHCNJ9tdJYyGj/eyvy1qJg==" w:salt="BNS4f41p21ZSQheahTuFRQ=="/>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34616"/>
    <w:rsid w:val="00056A14"/>
    <w:rsid w:val="0006063C"/>
    <w:rsid w:val="00081C05"/>
    <w:rsid w:val="0015074B"/>
    <w:rsid w:val="001512C8"/>
    <w:rsid w:val="00161078"/>
    <w:rsid w:val="001905AA"/>
    <w:rsid w:val="0019327D"/>
    <w:rsid w:val="001B0B75"/>
    <w:rsid w:val="001D65B2"/>
    <w:rsid w:val="00211EA2"/>
    <w:rsid w:val="00235FF4"/>
    <w:rsid w:val="002747C6"/>
    <w:rsid w:val="0029639D"/>
    <w:rsid w:val="002B2018"/>
    <w:rsid w:val="002F5B1C"/>
    <w:rsid w:val="003010EC"/>
    <w:rsid w:val="00307ED0"/>
    <w:rsid w:val="00326F90"/>
    <w:rsid w:val="00373829"/>
    <w:rsid w:val="003F3471"/>
    <w:rsid w:val="003F7441"/>
    <w:rsid w:val="00413CED"/>
    <w:rsid w:val="00443F1E"/>
    <w:rsid w:val="004454D0"/>
    <w:rsid w:val="00446850"/>
    <w:rsid w:val="00471C1A"/>
    <w:rsid w:val="004A1C0F"/>
    <w:rsid w:val="004E5ACF"/>
    <w:rsid w:val="00595ABB"/>
    <w:rsid w:val="005D5D9D"/>
    <w:rsid w:val="0062219F"/>
    <w:rsid w:val="00625CC2"/>
    <w:rsid w:val="0064032A"/>
    <w:rsid w:val="00690BB7"/>
    <w:rsid w:val="006F66BD"/>
    <w:rsid w:val="0072607B"/>
    <w:rsid w:val="00756F5B"/>
    <w:rsid w:val="00795294"/>
    <w:rsid w:val="007A5F46"/>
    <w:rsid w:val="007B582D"/>
    <w:rsid w:val="007D1D58"/>
    <w:rsid w:val="007E1996"/>
    <w:rsid w:val="007E413F"/>
    <w:rsid w:val="007F6AC1"/>
    <w:rsid w:val="00892D92"/>
    <w:rsid w:val="008C78C8"/>
    <w:rsid w:val="00901B23"/>
    <w:rsid w:val="00990C14"/>
    <w:rsid w:val="0099136A"/>
    <w:rsid w:val="009D66A1"/>
    <w:rsid w:val="009E6F09"/>
    <w:rsid w:val="00A0693F"/>
    <w:rsid w:val="00A61407"/>
    <w:rsid w:val="00A912C4"/>
    <w:rsid w:val="00AA1D8D"/>
    <w:rsid w:val="00AB387C"/>
    <w:rsid w:val="00AE5562"/>
    <w:rsid w:val="00B05E60"/>
    <w:rsid w:val="00B32199"/>
    <w:rsid w:val="00B47730"/>
    <w:rsid w:val="00B75CE2"/>
    <w:rsid w:val="00B7720C"/>
    <w:rsid w:val="00B971E9"/>
    <w:rsid w:val="00BB5AA7"/>
    <w:rsid w:val="00BF0536"/>
    <w:rsid w:val="00C057E6"/>
    <w:rsid w:val="00C244CC"/>
    <w:rsid w:val="00C649C2"/>
    <w:rsid w:val="00C853A3"/>
    <w:rsid w:val="00C86981"/>
    <w:rsid w:val="00CB0664"/>
    <w:rsid w:val="00CE5DDD"/>
    <w:rsid w:val="00D11F9D"/>
    <w:rsid w:val="00D35310"/>
    <w:rsid w:val="00D44A80"/>
    <w:rsid w:val="00D46B8E"/>
    <w:rsid w:val="00D65178"/>
    <w:rsid w:val="00D90BE0"/>
    <w:rsid w:val="00D9726F"/>
    <w:rsid w:val="00E321A2"/>
    <w:rsid w:val="00E47144"/>
    <w:rsid w:val="00E47DBB"/>
    <w:rsid w:val="00EC4751"/>
    <w:rsid w:val="00EE5DEC"/>
    <w:rsid w:val="00EF6C41"/>
    <w:rsid w:val="00F628E2"/>
    <w:rsid w:val="00F80F71"/>
    <w:rsid w:val="00F94025"/>
    <w:rsid w:val="00FC2C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AA3153CC-DED1-455F-8CFF-BB18402DA374}">
  <ds:schemaRefs>
    <ds:schemaRef ds:uri="http://schemas.microsoft.com/sharepoint/v3/contenttype/forms"/>
  </ds:schemaRefs>
</ds:datastoreItem>
</file>

<file path=customXml/itemProps4.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1318</Words>
  <Characters>7908</Characters>
  <Application>Microsoft Office Word</Application>
  <DocSecurity>8</DocSecurity>
  <Lines>65</Lines>
  <Paragraphs>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3</cp:revision>
  <cp:lastPrinted>2026-10-09T07:40:00Z</cp:lastPrinted>
  <dcterms:created xsi:type="dcterms:W3CDTF">2026-10-09T07:58:00Z</dcterms:created>
  <dcterms:modified xsi:type="dcterms:W3CDTF">2026-10-09T07:58:00Z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