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Dane Wykonawcy</w:t>
      </w:r>
      <w:permStart w:id="498211334" w:edGrp="everyone"/>
      <w:r w:rsidRPr="00161078">
        <w:rPr>
          <w:lang w:val="pl-PL"/>
        </w:rPr>
        <w:t xml:space="preserve">: ...............................................................................................  </w:t>
      </w:r>
      <w:permEnd w:id="498211334"/>
      <w:r w:rsidRPr="00161078">
        <w:rPr>
          <w:lang w:val="pl-PL"/>
        </w:rPr>
        <w:t>(nazwa i adres)</w:t>
      </w:r>
    </w:p>
    <w:p w14:paraId="3EAC9A3E" w14:textId="77777777" w:rsidR="001512C8" w:rsidRPr="00161078" w:rsidRDefault="00443F1E">
      <w:pPr>
        <w:rPr>
          <w:lang w:val="pl-PL"/>
        </w:rPr>
      </w:pPr>
      <w:r w:rsidRPr="00161078">
        <w:rPr>
          <w:lang w:val="pl-PL"/>
        </w:rPr>
        <w:t xml:space="preserve">NIP: </w:t>
      </w:r>
      <w:permStart w:id="1883331332" w:edGrp="everyone"/>
      <w:r w:rsidRPr="00161078">
        <w:rPr>
          <w:lang w:val="pl-PL"/>
        </w:rPr>
        <w:t>.............................</w:t>
      </w:r>
      <w:permEnd w:id="1883331332"/>
      <w:r w:rsidRPr="00161078">
        <w:rPr>
          <w:lang w:val="pl-PL"/>
        </w:rPr>
        <w:t xml:space="preserve">   tel.: </w:t>
      </w:r>
      <w:permStart w:id="859328291" w:edGrp="everyone"/>
      <w:r w:rsidRPr="00161078">
        <w:rPr>
          <w:lang w:val="pl-PL"/>
        </w:rPr>
        <w:t xml:space="preserve">............................. </w:t>
      </w:r>
      <w:permEnd w:id="859328291"/>
      <w:r w:rsidRPr="00161078">
        <w:rPr>
          <w:lang w:val="pl-PL"/>
        </w:rPr>
        <w:t xml:space="preserve">  e-mail: </w:t>
      </w:r>
      <w:permStart w:id="95231104" w:edGrp="everyone"/>
      <w:r w:rsidRPr="00161078">
        <w:rPr>
          <w:lang w:val="pl-PL"/>
        </w:rPr>
        <w:t>............................</w:t>
      </w:r>
      <w:permEnd w:id="95231104"/>
      <w:r w:rsidRPr="00161078">
        <w:rPr>
          <w:lang w:val="pl-PL"/>
        </w:rPr>
        <w:t>.</w:t>
      </w:r>
    </w:p>
    <w:p w14:paraId="7EA6031A" w14:textId="115A2D37" w:rsidR="001512C8" w:rsidRPr="00161078" w:rsidRDefault="00443F1E">
      <w:pPr>
        <w:rPr>
          <w:lang w:val="pl-PL"/>
        </w:rPr>
      </w:pPr>
      <w:r w:rsidRPr="00161078">
        <w:rPr>
          <w:lang w:val="pl-PL"/>
        </w:rPr>
        <w:t xml:space="preserve">W nawiązaniu do zapytania ofertowego na sukcesywną dostawę materiałów zużywalnych i odczynników laboratoryjnych – grupa 9, </w:t>
      </w:r>
      <w:r w:rsidR="006E3935" w:rsidRPr="006E3935">
        <w:rPr>
          <w:lang w:val="pl-PL"/>
        </w:rPr>
        <w:t>do izolacji i analizy kwasów nukleinowych</w:t>
      </w:r>
      <w:r w:rsidR="006E3935" w:rsidRPr="00161078">
        <w:rPr>
          <w:lang w:val="pl-PL"/>
        </w:rPr>
        <w:t xml:space="preserve"> </w:t>
      </w:r>
      <w:r w:rsidRPr="00161078">
        <w:rPr>
          <w:lang w:val="pl-PL"/>
        </w:rPr>
        <w:t>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965"/>
        <w:gridCol w:w="1560"/>
        <w:gridCol w:w="1559"/>
        <w:gridCol w:w="1986"/>
        <w:gridCol w:w="1250"/>
        <w:gridCol w:w="620"/>
        <w:gridCol w:w="1250"/>
        <w:gridCol w:w="1350"/>
        <w:gridCol w:w="1350"/>
      </w:tblGrid>
      <w:tr w:rsidR="001512C8" w:rsidRPr="00161078" w14:paraId="0C818EE2" w14:textId="77777777" w:rsidTr="00836714">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2965"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560"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1559"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986"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836714">
        <w:trPr>
          <w:jc w:val="center"/>
        </w:trPr>
        <w:tc>
          <w:tcPr>
            <w:tcW w:w="420" w:type="dxa"/>
            <w:vAlign w:val="center"/>
          </w:tcPr>
          <w:p w14:paraId="61531AB0" w14:textId="77777777" w:rsidR="001512C8" w:rsidRPr="00161078" w:rsidRDefault="00443F1E">
            <w:pPr>
              <w:spacing w:before="20" w:after="20"/>
              <w:jc w:val="center"/>
              <w:rPr>
                <w:lang w:val="pl-PL"/>
              </w:rPr>
            </w:pPr>
            <w:permStart w:id="755855385" w:edGrp="everyone" w:colFirst="5" w:colLast="5"/>
            <w:permStart w:id="1379407354" w:edGrp="everyone" w:colFirst="6" w:colLast="6"/>
            <w:permStart w:id="1555523359" w:edGrp="everyone" w:colFirst="7" w:colLast="7"/>
            <w:permStart w:id="1404310227" w:edGrp="everyone" w:colFirst="8" w:colLast="8"/>
            <w:permStart w:id="1642291115" w:edGrp="everyone" w:colFirst="9" w:colLast="9"/>
            <w:r w:rsidRPr="00161078">
              <w:rPr>
                <w:sz w:val="16"/>
                <w:lang w:val="pl-PL"/>
              </w:rPr>
              <w:t>1</w:t>
            </w:r>
          </w:p>
        </w:tc>
        <w:tc>
          <w:tcPr>
            <w:tcW w:w="2965" w:type="dxa"/>
            <w:vAlign w:val="center"/>
          </w:tcPr>
          <w:p w14:paraId="4C33C0AE" w14:textId="77777777" w:rsidR="001512C8" w:rsidRPr="00161078" w:rsidRDefault="00443F1E">
            <w:pPr>
              <w:spacing w:before="20" w:after="20"/>
              <w:jc w:val="left"/>
              <w:rPr>
                <w:lang w:val="pl-PL"/>
              </w:rPr>
            </w:pPr>
            <w:proofErr w:type="spellStart"/>
            <w:r w:rsidRPr="00161078">
              <w:rPr>
                <w:sz w:val="16"/>
                <w:lang w:val="pl-PL"/>
              </w:rPr>
              <w:t>AllPrep</w:t>
            </w:r>
            <w:proofErr w:type="spellEnd"/>
            <w:r w:rsidRPr="00161078">
              <w:rPr>
                <w:sz w:val="16"/>
                <w:lang w:val="pl-PL"/>
              </w:rPr>
              <w:t xml:space="preserve"> DNA/RNA Mini Kit (50)</w:t>
            </w:r>
          </w:p>
        </w:tc>
        <w:tc>
          <w:tcPr>
            <w:tcW w:w="1560" w:type="dxa"/>
            <w:vAlign w:val="center"/>
          </w:tcPr>
          <w:p w14:paraId="7873BEE1" w14:textId="77777777" w:rsidR="001512C8" w:rsidRPr="00161078" w:rsidRDefault="00443F1E">
            <w:pPr>
              <w:spacing w:before="20" w:after="20"/>
              <w:jc w:val="center"/>
              <w:rPr>
                <w:lang w:val="pl-PL"/>
              </w:rPr>
            </w:pPr>
            <w:r w:rsidRPr="00161078">
              <w:rPr>
                <w:sz w:val="16"/>
                <w:lang w:val="pl-PL"/>
              </w:rPr>
              <w:t>50 oznaczeń</w:t>
            </w:r>
          </w:p>
        </w:tc>
        <w:tc>
          <w:tcPr>
            <w:tcW w:w="1559" w:type="dxa"/>
            <w:vAlign w:val="center"/>
          </w:tcPr>
          <w:p w14:paraId="0B6EBE9E" w14:textId="77777777" w:rsidR="001512C8" w:rsidRPr="00161078" w:rsidRDefault="00443F1E">
            <w:pPr>
              <w:spacing w:before="20" w:after="20"/>
              <w:jc w:val="center"/>
              <w:rPr>
                <w:lang w:val="pl-PL"/>
              </w:rPr>
            </w:pPr>
            <w:r w:rsidRPr="00161078">
              <w:rPr>
                <w:sz w:val="16"/>
                <w:lang w:val="pl-PL"/>
              </w:rPr>
              <w:t>zestaw</w:t>
            </w:r>
          </w:p>
        </w:tc>
        <w:tc>
          <w:tcPr>
            <w:tcW w:w="1986" w:type="dxa"/>
            <w:vAlign w:val="center"/>
          </w:tcPr>
          <w:p w14:paraId="3293770F" w14:textId="1417A4B2" w:rsidR="001512C8" w:rsidRPr="00161078" w:rsidRDefault="00056A14">
            <w:pPr>
              <w:spacing w:before="20" w:after="20"/>
              <w:jc w:val="center"/>
              <w:rPr>
                <w:lang w:val="pl-PL"/>
              </w:rPr>
            </w:pPr>
            <w:r>
              <w:rPr>
                <w:sz w:val="16"/>
                <w:lang w:val="pl-PL"/>
              </w:rPr>
              <w:t>10</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2AE3229E" w14:textId="77777777" w:rsidTr="00836714">
        <w:trPr>
          <w:jc w:val="center"/>
        </w:trPr>
        <w:tc>
          <w:tcPr>
            <w:tcW w:w="420" w:type="dxa"/>
            <w:vAlign w:val="center"/>
          </w:tcPr>
          <w:p w14:paraId="294CE9EC" w14:textId="77777777" w:rsidR="001512C8" w:rsidRPr="00161078" w:rsidRDefault="00443F1E">
            <w:pPr>
              <w:spacing w:before="20" w:after="20"/>
              <w:jc w:val="center"/>
              <w:rPr>
                <w:lang w:val="pl-PL"/>
              </w:rPr>
            </w:pPr>
            <w:permStart w:id="347242007" w:edGrp="everyone" w:colFirst="5" w:colLast="5"/>
            <w:permStart w:id="574231843" w:edGrp="everyone" w:colFirst="6" w:colLast="6"/>
            <w:permStart w:id="1127105121" w:edGrp="everyone" w:colFirst="7" w:colLast="7"/>
            <w:permStart w:id="1292203898" w:edGrp="everyone" w:colFirst="8" w:colLast="8"/>
            <w:permStart w:id="739144365" w:edGrp="everyone" w:colFirst="9" w:colLast="9"/>
            <w:permEnd w:id="755855385"/>
            <w:permEnd w:id="1379407354"/>
            <w:permEnd w:id="1555523359"/>
            <w:permEnd w:id="1404310227"/>
            <w:permEnd w:id="1642291115"/>
            <w:r w:rsidRPr="00161078">
              <w:rPr>
                <w:sz w:val="16"/>
                <w:lang w:val="pl-PL"/>
              </w:rPr>
              <w:t>2</w:t>
            </w:r>
          </w:p>
        </w:tc>
        <w:tc>
          <w:tcPr>
            <w:tcW w:w="2965" w:type="dxa"/>
            <w:vAlign w:val="center"/>
          </w:tcPr>
          <w:p w14:paraId="06B6C3B3" w14:textId="77777777" w:rsidR="001512C8" w:rsidRPr="00161078" w:rsidRDefault="00443F1E">
            <w:pPr>
              <w:spacing w:before="20" w:after="20"/>
              <w:jc w:val="left"/>
              <w:rPr>
                <w:lang w:val="pl-PL"/>
              </w:rPr>
            </w:pPr>
            <w:proofErr w:type="spellStart"/>
            <w:r w:rsidRPr="00161078">
              <w:rPr>
                <w:sz w:val="16"/>
                <w:lang w:val="pl-PL"/>
              </w:rPr>
              <w:t>QuantiTect</w:t>
            </w:r>
            <w:proofErr w:type="spellEnd"/>
            <w:r w:rsidRPr="00161078">
              <w:rPr>
                <w:sz w:val="16"/>
                <w:lang w:val="pl-PL"/>
              </w:rPr>
              <w:t xml:space="preserve"> </w:t>
            </w:r>
            <w:proofErr w:type="spellStart"/>
            <w:r w:rsidRPr="00161078">
              <w:rPr>
                <w:sz w:val="16"/>
                <w:lang w:val="pl-PL"/>
              </w:rPr>
              <w:t>Rev</w:t>
            </w:r>
            <w:proofErr w:type="spellEnd"/>
            <w:r w:rsidRPr="00161078">
              <w:rPr>
                <w:sz w:val="16"/>
                <w:lang w:val="pl-PL"/>
              </w:rPr>
              <w:t xml:space="preserve">. </w:t>
            </w:r>
            <w:proofErr w:type="spellStart"/>
            <w:r w:rsidRPr="00161078">
              <w:rPr>
                <w:sz w:val="16"/>
                <w:lang w:val="pl-PL"/>
              </w:rPr>
              <w:t>Transcription</w:t>
            </w:r>
            <w:proofErr w:type="spellEnd"/>
            <w:r w:rsidRPr="00161078">
              <w:rPr>
                <w:sz w:val="16"/>
                <w:lang w:val="pl-PL"/>
              </w:rPr>
              <w:t xml:space="preserve"> Kit (50)</w:t>
            </w:r>
          </w:p>
        </w:tc>
        <w:tc>
          <w:tcPr>
            <w:tcW w:w="1560" w:type="dxa"/>
            <w:vAlign w:val="center"/>
          </w:tcPr>
          <w:p w14:paraId="2C7E7003" w14:textId="77777777" w:rsidR="001512C8" w:rsidRPr="00161078" w:rsidRDefault="00443F1E">
            <w:pPr>
              <w:spacing w:before="20" w:after="20"/>
              <w:jc w:val="center"/>
              <w:rPr>
                <w:lang w:val="pl-PL"/>
              </w:rPr>
            </w:pPr>
            <w:r w:rsidRPr="00161078">
              <w:rPr>
                <w:sz w:val="16"/>
                <w:lang w:val="pl-PL"/>
              </w:rPr>
              <w:t>50 oznaczeń</w:t>
            </w:r>
          </w:p>
        </w:tc>
        <w:tc>
          <w:tcPr>
            <w:tcW w:w="1559" w:type="dxa"/>
            <w:vAlign w:val="center"/>
          </w:tcPr>
          <w:p w14:paraId="099BEF98" w14:textId="77777777" w:rsidR="001512C8" w:rsidRPr="00161078" w:rsidRDefault="00443F1E">
            <w:pPr>
              <w:spacing w:before="20" w:after="20"/>
              <w:jc w:val="center"/>
              <w:rPr>
                <w:lang w:val="pl-PL"/>
              </w:rPr>
            </w:pPr>
            <w:r w:rsidRPr="00161078">
              <w:rPr>
                <w:sz w:val="16"/>
                <w:lang w:val="pl-PL"/>
              </w:rPr>
              <w:t>zestaw</w:t>
            </w:r>
          </w:p>
        </w:tc>
        <w:tc>
          <w:tcPr>
            <w:tcW w:w="1986" w:type="dxa"/>
            <w:vAlign w:val="center"/>
          </w:tcPr>
          <w:p w14:paraId="3E435F27" w14:textId="77777777" w:rsidR="001512C8" w:rsidRPr="00161078" w:rsidRDefault="00056A14">
            <w:pPr>
              <w:spacing w:before="20" w:after="20"/>
              <w:jc w:val="center"/>
              <w:rPr>
                <w:lang w:val="pl-PL"/>
              </w:rPr>
            </w:pPr>
            <w:r>
              <w:rPr>
                <w:sz w:val="16"/>
                <w:lang w:val="pl-PL"/>
              </w:rPr>
              <w:t>6</w:t>
            </w:r>
          </w:p>
        </w:tc>
        <w:tc>
          <w:tcPr>
            <w:tcW w:w="1250" w:type="dxa"/>
            <w:vAlign w:val="center"/>
          </w:tcPr>
          <w:p w14:paraId="39A63934" w14:textId="77777777" w:rsidR="001512C8" w:rsidRPr="00161078" w:rsidRDefault="001512C8">
            <w:pPr>
              <w:spacing w:before="20" w:after="20"/>
              <w:jc w:val="center"/>
              <w:rPr>
                <w:lang w:val="pl-PL"/>
              </w:rPr>
            </w:pPr>
          </w:p>
        </w:tc>
        <w:tc>
          <w:tcPr>
            <w:tcW w:w="620" w:type="dxa"/>
            <w:vAlign w:val="center"/>
          </w:tcPr>
          <w:p w14:paraId="38ED5828" w14:textId="77777777" w:rsidR="001512C8" w:rsidRPr="00161078" w:rsidRDefault="001512C8">
            <w:pPr>
              <w:spacing w:before="20" w:after="20"/>
              <w:jc w:val="center"/>
              <w:rPr>
                <w:lang w:val="pl-PL"/>
              </w:rPr>
            </w:pPr>
          </w:p>
        </w:tc>
        <w:tc>
          <w:tcPr>
            <w:tcW w:w="1250" w:type="dxa"/>
            <w:vAlign w:val="center"/>
          </w:tcPr>
          <w:p w14:paraId="045BCF53" w14:textId="77777777" w:rsidR="001512C8" w:rsidRPr="00161078" w:rsidRDefault="001512C8">
            <w:pPr>
              <w:spacing w:before="20" w:after="20"/>
              <w:jc w:val="center"/>
              <w:rPr>
                <w:lang w:val="pl-PL"/>
              </w:rPr>
            </w:pPr>
          </w:p>
        </w:tc>
        <w:tc>
          <w:tcPr>
            <w:tcW w:w="1350" w:type="dxa"/>
            <w:vAlign w:val="center"/>
          </w:tcPr>
          <w:p w14:paraId="512D5FFE" w14:textId="77777777" w:rsidR="001512C8" w:rsidRPr="00161078" w:rsidRDefault="001512C8">
            <w:pPr>
              <w:spacing w:before="20" w:after="20"/>
              <w:jc w:val="center"/>
              <w:rPr>
                <w:lang w:val="pl-PL"/>
              </w:rPr>
            </w:pPr>
          </w:p>
        </w:tc>
        <w:tc>
          <w:tcPr>
            <w:tcW w:w="1350" w:type="dxa"/>
            <w:vAlign w:val="center"/>
          </w:tcPr>
          <w:p w14:paraId="54C87FFE" w14:textId="77777777" w:rsidR="001512C8" w:rsidRPr="00161078" w:rsidRDefault="001512C8">
            <w:pPr>
              <w:spacing w:before="20" w:after="20"/>
              <w:jc w:val="center"/>
              <w:rPr>
                <w:lang w:val="pl-PL"/>
              </w:rPr>
            </w:pPr>
          </w:p>
        </w:tc>
      </w:tr>
      <w:tr w:rsidR="001512C8" w:rsidRPr="00161078" w14:paraId="1A2C79E9" w14:textId="77777777" w:rsidTr="00836714">
        <w:trPr>
          <w:jc w:val="center"/>
        </w:trPr>
        <w:tc>
          <w:tcPr>
            <w:tcW w:w="420" w:type="dxa"/>
            <w:vAlign w:val="center"/>
          </w:tcPr>
          <w:p w14:paraId="66B3DE17" w14:textId="77777777" w:rsidR="001512C8" w:rsidRPr="00161078" w:rsidRDefault="00443F1E">
            <w:pPr>
              <w:spacing w:before="20" w:after="20"/>
              <w:jc w:val="center"/>
              <w:rPr>
                <w:lang w:val="pl-PL"/>
              </w:rPr>
            </w:pPr>
            <w:permStart w:id="1052137786" w:edGrp="everyone" w:colFirst="5" w:colLast="5"/>
            <w:permStart w:id="1018760944" w:edGrp="everyone" w:colFirst="6" w:colLast="6"/>
            <w:permStart w:id="1952003741" w:edGrp="everyone" w:colFirst="7" w:colLast="7"/>
            <w:permStart w:id="1607748278" w:edGrp="everyone" w:colFirst="8" w:colLast="8"/>
            <w:permStart w:id="1045430579" w:edGrp="everyone" w:colFirst="9" w:colLast="9"/>
            <w:permEnd w:id="347242007"/>
            <w:permEnd w:id="574231843"/>
            <w:permEnd w:id="1127105121"/>
            <w:permEnd w:id="1292203898"/>
            <w:permEnd w:id="739144365"/>
            <w:r w:rsidRPr="00161078">
              <w:rPr>
                <w:sz w:val="16"/>
                <w:lang w:val="pl-PL"/>
              </w:rPr>
              <w:t>3</w:t>
            </w:r>
          </w:p>
        </w:tc>
        <w:tc>
          <w:tcPr>
            <w:tcW w:w="2965" w:type="dxa"/>
            <w:vAlign w:val="center"/>
          </w:tcPr>
          <w:p w14:paraId="1D5BF844" w14:textId="77777777" w:rsidR="001512C8" w:rsidRPr="00161078" w:rsidRDefault="00443F1E">
            <w:pPr>
              <w:spacing w:before="20" w:after="20"/>
              <w:jc w:val="left"/>
              <w:rPr>
                <w:lang w:val="pl-PL"/>
              </w:rPr>
            </w:pPr>
            <w:proofErr w:type="spellStart"/>
            <w:r w:rsidRPr="00161078">
              <w:rPr>
                <w:sz w:val="16"/>
                <w:lang w:val="pl-PL"/>
              </w:rPr>
              <w:t>QIAprep</w:t>
            </w:r>
            <w:proofErr w:type="spellEnd"/>
            <w:r w:rsidRPr="00161078">
              <w:rPr>
                <w:sz w:val="16"/>
                <w:lang w:val="pl-PL"/>
              </w:rPr>
              <w:t xml:space="preserve"> Spin </w:t>
            </w:r>
            <w:proofErr w:type="spellStart"/>
            <w:r w:rsidRPr="00161078">
              <w:rPr>
                <w:sz w:val="16"/>
                <w:lang w:val="pl-PL"/>
              </w:rPr>
              <w:t>Miniprep</w:t>
            </w:r>
            <w:proofErr w:type="spellEnd"/>
            <w:r w:rsidRPr="00161078">
              <w:rPr>
                <w:sz w:val="16"/>
                <w:lang w:val="pl-PL"/>
              </w:rPr>
              <w:t xml:space="preserve"> Kit (250)</w:t>
            </w:r>
          </w:p>
        </w:tc>
        <w:tc>
          <w:tcPr>
            <w:tcW w:w="1560" w:type="dxa"/>
            <w:vAlign w:val="center"/>
          </w:tcPr>
          <w:p w14:paraId="6C500F5C" w14:textId="61A468BA" w:rsidR="001512C8" w:rsidRPr="00161078" w:rsidRDefault="00443F1E">
            <w:pPr>
              <w:spacing w:before="20" w:after="20"/>
              <w:jc w:val="center"/>
              <w:rPr>
                <w:lang w:val="pl-PL"/>
              </w:rPr>
            </w:pPr>
            <w:r w:rsidRPr="00161078">
              <w:rPr>
                <w:sz w:val="16"/>
                <w:lang w:val="pl-PL"/>
              </w:rPr>
              <w:t xml:space="preserve">250 </w:t>
            </w:r>
            <w:r w:rsidR="00450039" w:rsidRPr="00161078">
              <w:rPr>
                <w:sz w:val="16"/>
                <w:lang w:val="pl-PL"/>
              </w:rPr>
              <w:t>reakcji</w:t>
            </w:r>
          </w:p>
        </w:tc>
        <w:tc>
          <w:tcPr>
            <w:tcW w:w="1559" w:type="dxa"/>
            <w:vAlign w:val="center"/>
          </w:tcPr>
          <w:p w14:paraId="566A2146" w14:textId="77777777" w:rsidR="001512C8" w:rsidRPr="00161078" w:rsidRDefault="00443F1E">
            <w:pPr>
              <w:spacing w:before="20" w:after="20"/>
              <w:jc w:val="center"/>
              <w:rPr>
                <w:lang w:val="pl-PL"/>
              </w:rPr>
            </w:pPr>
            <w:r w:rsidRPr="00161078">
              <w:rPr>
                <w:sz w:val="16"/>
                <w:lang w:val="pl-PL"/>
              </w:rPr>
              <w:t>zestaw</w:t>
            </w:r>
          </w:p>
        </w:tc>
        <w:tc>
          <w:tcPr>
            <w:tcW w:w="1986" w:type="dxa"/>
            <w:vAlign w:val="center"/>
          </w:tcPr>
          <w:p w14:paraId="408B6727" w14:textId="77777777" w:rsidR="001512C8" w:rsidRPr="00161078" w:rsidRDefault="00056A14">
            <w:pPr>
              <w:spacing w:before="20" w:after="20"/>
              <w:jc w:val="center"/>
              <w:rPr>
                <w:lang w:val="pl-PL"/>
              </w:rPr>
            </w:pPr>
            <w:r>
              <w:rPr>
                <w:sz w:val="16"/>
                <w:lang w:val="pl-PL"/>
              </w:rPr>
              <w:t>2</w:t>
            </w:r>
          </w:p>
        </w:tc>
        <w:tc>
          <w:tcPr>
            <w:tcW w:w="1250" w:type="dxa"/>
            <w:vAlign w:val="center"/>
          </w:tcPr>
          <w:p w14:paraId="3F010C26" w14:textId="77777777" w:rsidR="001512C8" w:rsidRPr="00161078" w:rsidRDefault="001512C8">
            <w:pPr>
              <w:spacing w:before="20" w:after="20"/>
              <w:jc w:val="center"/>
              <w:rPr>
                <w:lang w:val="pl-PL"/>
              </w:rPr>
            </w:pPr>
          </w:p>
        </w:tc>
        <w:tc>
          <w:tcPr>
            <w:tcW w:w="620" w:type="dxa"/>
            <w:vAlign w:val="center"/>
          </w:tcPr>
          <w:p w14:paraId="263BE480" w14:textId="77777777" w:rsidR="001512C8" w:rsidRPr="00161078" w:rsidRDefault="001512C8">
            <w:pPr>
              <w:spacing w:before="20" w:after="20"/>
              <w:jc w:val="center"/>
              <w:rPr>
                <w:lang w:val="pl-PL"/>
              </w:rPr>
            </w:pPr>
          </w:p>
        </w:tc>
        <w:tc>
          <w:tcPr>
            <w:tcW w:w="1250" w:type="dxa"/>
            <w:vAlign w:val="center"/>
          </w:tcPr>
          <w:p w14:paraId="62B9BC0B" w14:textId="77777777" w:rsidR="001512C8" w:rsidRPr="00161078" w:rsidRDefault="001512C8">
            <w:pPr>
              <w:spacing w:before="20" w:after="20"/>
              <w:jc w:val="center"/>
              <w:rPr>
                <w:lang w:val="pl-PL"/>
              </w:rPr>
            </w:pPr>
          </w:p>
        </w:tc>
        <w:tc>
          <w:tcPr>
            <w:tcW w:w="1350" w:type="dxa"/>
            <w:vAlign w:val="center"/>
          </w:tcPr>
          <w:p w14:paraId="0A6FDF05" w14:textId="77777777" w:rsidR="001512C8" w:rsidRPr="00161078" w:rsidRDefault="001512C8">
            <w:pPr>
              <w:spacing w:before="20" w:after="20"/>
              <w:jc w:val="center"/>
              <w:rPr>
                <w:lang w:val="pl-PL"/>
              </w:rPr>
            </w:pPr>
          </w:p>
        </w:tc>
        <w:tc>
          <w:tcPr>
            <w:tcW w:w="1350" w:type="dxa"/>
            <w:vAlign w:val="center"/>
          </w:tcPr>
          <w:p w14:paraId="00CB8150"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2004301503" w:edGrp="everyone" w:colFirst="1" w:colLast="1"/>
            <w:permStart w:id="988507851" w:edGrp="everyone" w:colFirst="2" w:colLast="2"/>
            <w:permEnd w:id="1052137786"/>
            <w:permEnd w:id="1018760944"/>
            <w:permEnd w:id="1952003741"/>
            <w:permEnd w:id="1607748278"/>
            <w:permEnd w:id="1045430579"/>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2004301503"/>
      <w:permEnd w:id="988507851"/>
    </w:tbl>
    <w:p w14:paraId="64DA07F9" w14:textId="77777777" w:rsidR="001512C8" w:rsidRPr="00161078" w:rsidRDefault="001512C8">
      <w:pPr>
        <w:spacing w:after="40"/>
        <w:rPr>
          <w:lang w:val="pl-PL"/>
        </w:rPr>
      </w:pPr>
    </w:p>
    <w:p w14:paraId="1B70D5BE" w14:textId="498EC7B5"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450039">
        <w:rPr>
          <w:i/>
          <w:sz w:val="18"/>
          <w:lang w:val="pl-PL"/>
        </w:rPr>
        <w:t xml:space="preserve">  Ceny należy podać w walucie oferty, wskazując walutę. Oferty w walucie innej niż PLN zostaną przeliczone na PLN według średniego kursu NBP z dnia</w:t>
      </w:r>
      <w:r w:rsidR="000C02E7">
        <w:rPr>
          <w:i/>
          <w:sz w:val="18"/>
          <w:lang w:val="pl-PL"/>
        </w:rPr>
        <w:t xml:space="preserve"> terminu</w:t>
      </w:r>
      <w:r w:rsidRPr="00450039">
        <w:rPr>
          <w:i/>
          <w:sz w:val="18"/>
          <w:lang w:val="pl-PL"/>
        </w:rPr>
        <w:t xml:space="preserve"> 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155062813" w:edGrp="everyone"/>
      <w:r w:rsidRPr="00161078">
        <w:rPr>
          <w:lang w:val="pl-PL"/>
        </w:rPr>
        <w:lastRenderedPageBreak/>
        <w:t>...............................................</w:t>
      </w:r>
    </w:p>
    <w:permEnd w:id="155062813"/>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2AFD2EE0" w:rsidR="001512C8" w:rsidRPr="00161078" w:rsidRDefault="00443F1E">
      <w:pPr>
        <w:spacing w:after="80"/>
        <w:rPr>
          <w:lang w:val="pl-PL"/>
        </w:rPr>
      </w:pPr>
      <w:r w:rsidRPr="00161078">
        <w:rPr>
          <w:lang w:val="pl-PL"/>
        </w:rPr>
        <w:t xml:space="preserve">Składając ofertę do zapytania ofertowego na sukcesywną dostawę materiałów zużywalnych i odczynników laboratoryjnych – grupa 9, </w:t>
      </w:r>
      <w:r w:rsidR="006E3935" w:rsidRPr="006E3935">
        <w:rPr>
          <w:lang w:val="pl-PL"/>
        </w:rPr>
        <w:t>do izolacji i analizy kwasów nukleinowych</w:t>
      </w:r>
      <w:r w:rsidR="006E3935" w:rsidRPr="00161078">
        <w:rPr>
          <w:lang w:val="pl-PL"/>
        </w:rPr>
        <w:t xml:space="preserve"> </w:t>
      </w:r>
      <w:r w:rsidRPr="00161078">
        <w:rPr>
          <w:lang w:val="pl-PL"/>
        </w:rPr>
        <w:t>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1857375229" w:edGrp="everyone"/>
      <w:r w:rsidRPr="00161078">
        <w:rPr>
          <w:lang w:val="pl-PL"/>
        </w:rPr>
        <w:t>...............................................          ...............................................</w:t>
      </w:r>
    </w:p>
    <w:permEnd w:id="1857375229"/>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413240869" w:edGrp="everyone"/>
      <w:r w:rsidRPr="00161078">
        <w:rPr>
          <w:lang w:val="pl-PL"/>
        </w:rPr>
        <w:t>...............................................          ...............................................</w:t>
      </w:r>
    </w:p>
    <w:permEnd w:id="1413240869"/>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9,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ABBA5" w14:textId="77777777" w:rsidR="00874CB2" w:rsidRDefault="00874CB2" w:rsidP="007A5F46">
      <w:pPr>
        <w:spacing w:after="0" w:line="240" w:lineRule="auto"/>
      </w:pPr>
      <w:r>
        <w:separator/>
      </w:r>
    </w:p>
  </w:endnote>
  <w:endnote w:type="continuationSeparator" w:id="0">
    <w:p w14:paraId="25966F32" w14:textId="77777777" w:rsidR="00874CB2" w:rsidRDefault="00874CB2"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2F2A" w14:textId="77777777" w:rsidR="00874CB2" w:rsidRDefault="00874CB2" w:rsidP="007A5F46">
      <w:pPr>
        <w:spacing w:after="0" w:line="240" w:lineRule="auto"/>
      </w:pPr>
      <w:r>
        <w:separator/>
      </w:r>
    </w:p>
  </w:footnote>
  <w:footnote w:type="continuationSeparator" w:id="0">
    <w:p w14:paraId="2A68FD73" w14:textId="77777777" w:rsidR="00874CB2" w:rsidRDefault="00874CB2"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c/O1DVQjrm3Edo/VQuEtR2v/gHe+Wc1CDccgOubxI85hGTq/Ac97CLtZe+gFXU3suFnGDXwkzDlapS50zzVTUA==" w:salt="gh6m6sIe1UrVxZN8YoTqfw=="/>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81C05"/>
    <w:rsid w:val="0009665E"/>
    <w:rsid w:val="000C02E7"/>
    <w:rsid w:val="000C29A9"/>
    <w:rsid w:val="0015074B"/>
    <w:rsid w:val="001512C8"/>
    <w:rsid w:val="00161078"/>
    <w:rsid w:val="0019327D"/>
    <w:rsid w:val="001977C2"/>
    <w:rsid w:val="001B0B75"/>
    <w:rsid w:val="001D65B2"/>
    <w:rsid w:val="00211EA2"/>
    <w:rsid w:val="00235FF4"/>
    <w:rsid w:val="002619B9"/>
    <w:rsid w:val="00266830"/>
    <w:rsid w:val="002747C6"/>
    <w:rsid w:val="0029639D"/>
    <w:rsid w:val="002B2018"/>
    <w:rsid w:val="003010EC"/>
    <w:rsid w:val="00307ED0"/>
    <w:rsid w:val="00326F90"/>
    <w:rsid w:val="00375054"/>
    <w:rsid w:val="003E1486"/>
    <w:rsid w:val="003F7441"/>
    <w:rsid w:val="00413CED"/>
    <w:rsid w:val="00443F1E"/>
    <w:rsid w:val="004454D0"/>
    <w:rsid w:val="00446850"/>
    <w:rsid w:val="00450039"/>
    <w:rsid w:val="00471C1A"/>
    <w:rsid w:val="004D3733"/>
    <w:rsid w:val="004E5ACF"/>
    <w:rsid w:val="004E7579"/>
    <w:rsid w:val="005548A4"/>
    <w:rsid w:val="005673FD"/>
    <w:rsid w:val="00595ABB"/>
    <w:rsid w:val="005D5D9D"/>
    <w:rsid w:val="0062219F"/>
    <w:rsid w:val="00625CC2"/>
    <w:rsid w:val="0064032A"/>
    <w:rsid w:val="00690BB7"/>
    <w:rsid w:val="006B6389"/>
    <w:rsid w:val="006E3935"/>
    <w:rsid w:val="006E4827"/>
    <w:rsid w:val="006F66BD"/>
    <w:rsid w:val="0072607B"/>
    <w:rsid w:val="007450FF"/>
    <w:rsid w:val="00756F5B"/>
    <w:rsid w:val="00795294"/>
    <w:rsid w:val="007A5F46"/>
    <w:rsid w:val="007B582D"/>
    <w:rsid w:val="007D1D58"/>
    <w:rsid w:val="007F6AC1"/>
    <w:rsid w:val="00836714"/>
    <w:rsid w:val="00874CB2"/>
    <w:rsid w:val="00892D92"/>
    <w:rsid w:val="008C78C8"/>
    <w:rsid w:val="00901B23"/>
    <w:rsid w:val="009216AC"/>
    <w:rsid w:val="00956300"/>
    <w:rsid w:val="00990C14"/>
    <w:rsid w:val="0099136A"/>
    <w:rsid w:val="009D66A1"/>
    <w:rsid w:val="009E6F09"/>
    <w:rsid w:val="00A0693F"/>
    <w:rsid w:val="00A231D9"/>
    <w:rsid w:val="00A912C4"/>
    <w:rsid w:val="00AA1D8D"/>
    <w:rsid w:val="00AB387C"/>
    <w:rsid w:val="00B0404D"/>
    <w:rsid w:val="00B05E60"/>
    <w:rsid w:val="00B32199"/>
    <w:rsid w:val="00B47730"/>
    <w:rsid w:val="00B75CE2"/>
    <w:rsid w:val="00B971E9"/>
    <w:rsid w:val="00BA3548"/>
    <w:rsid w:val="00BB5AA7"/>
    <w:rsid w:val="00C0261F"/>
    <w:rsid w:val="00C057E6"/>
    <w:rsid w:val="00C359BA"/>
    <w:rsid w:val="00C649C2"/>
    <w:rsid w:val="00C769ED"/>
    <w:rsid w:val="00C853A3"/>
    <w:rsid w:val="00C86981"/>
    <w:rsid w:val="00CB0664"/>
    <w:rsid w:val="00CE5DDD"/>
    <w:rsid w:val="00D11F9D"/>
    <w:rsid w:val="00D35310"/>
    <w:rsid w:val="00D65178"/>
    <w:rsid w:val="00D9726F"/>
    <w:rsid w:val="00E47DBB"/>
    <w:rsid w:val="00EE5DEC"/>
    <w:rsid w:val="00F539AB"/>
    <w:rsid w:val="00F628E2"/>
    <w:rsid w:val="00F84F23"/>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4.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1141</Words>
  <Characters>6850</Characters>
  <Application>Microsoft Office Word</Application>
  <DocSecurity>8</DocSecurity>
  <Lines>57</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2026-10-07T09:36:00Z</cp:lastPrinted>
  <dcterms:created xsi:type="dcterms:W3CDTF">2026-10-20T07:26:00Z</dcterms:created>
  <dcterms:modified xsi:type="dcterms:W3CDTF">2026-10-20T07:53:00Z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