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44699174" w:edGrp="everyone"/>
      <w:r w:rsidRPr="00161078">
        <w:rPr>
          <w:lang w:val="pl-PL"/>
        </w:rPr>
        <w:t xml:space="preserve">............................................................................................... </w:t>
      </w:r>
      <w:permEnd w:id="44699174"/>
      <w:r w:rsidRPr="00161078">
        <w:rPr>
          <w:lang w:val="pl-PL"/>
        </w:rPr>
        <w:t xml:space="preserve"> (nazwa i adres)</w:t>
      </w:r>
    </w:p>
    <w:p w14:paraId="3EAC9A3E" w14:textId="77777777" w:rsidR="001512C8" w:rsidRPr="00161078" w:rsidRDefault="00443F1E">
      <w:pPr>
        <w:rPr>
          <w:lang w:val="pl-PL"/>
        </w:rPr>
      </w:pPr>
      <w:r w:rsidRPr="00161078">
        <w:rPr>
          <w:lang w:val="pl-PL"/>
        </w:rPr>
        <w:t xml:space="preserve">NIP: </w:t>
      </w:r>
      <w:permStart w:id="1869896555" w:edGrp="everyone"/>
      <w:r w:rsidRPr="00161078">
        <w:rPr>
          <w:lang w:val="pl-PL"/>
        </w:rPr>
        <w:t xml:space="preserve">............................. </w:t>
      </w:r>
      <w:permEnd w:id="1869896555"/>
      <w:r w:rsidRPr="00161078">
        <w:rPr>
          <w:lang w:val="pl-PL"/>
        </w:rPr>
        <w:t xml:space="preserve">  tel.: </w:t>
      </w:r>
      <w:permStart w:id="1817344257" w:edGrp="everyone"/>
      <w:r w:rsidRPr="00161078">
        <w:rPr>
          <w:lang w:val="pl-PL"/>
        </w:rPr>
        <w:t xml:space="preserve">............................. </w:t>
      </w:r>
      <w:permEnd w:id="1817344257"/>
      <w:r w:rsidRPr="00161078">
        <w:rPr>
          <w:lang w:val="pl-PL"/>
        </w:rPr>
        <w:t xml:space="preserve">  e-mail: </w:t>
      </w:r>
      <w:permStart w:id="1606110098" w:edGrp="everyone"/>
      <w:r w:rsidRPr="00161078">
        <w:rPr>
          <w:lang w:val="pl-PL"/>
        </w:rPr>
        <w:t>.............................</w:t>
      </w:r>
    </w:p>
    <w:permEnd w:id="1606110098"/>
    <w:p w14:paraId="7EA6031A" w14:textId="6F9AC370" w:rsidR="001512C8" w:rsidRPr="00161078" w:rsidRDefault="00443F1E">
      <w:pPr>
        <w:rPr>
          <w:lang w:val="pl-PL"/>
        </w:rPr>
      </w:pPr>
      <w:r w:rsidRPr="00161078">
        <w:rPr>
          <w:lang w:val="pl-PL"/>
        </w:rPr>
        <w:t>W nawiązaniu do zapytania ofertowego na sukcesywną dostawę materiałów zużywalnyc</w:t>
      </w:r>
      <w:r w:rsidR="00464928">
        <w:rPr>
          <w:lang w:val="pl-PL"/>
        </w:rPr>
        <w:t xml:space="preserve">h </w:t>
      </w:r>
      <w:r w:rsidRPr="00161078">
        <w:rPr>
          <w:lang w:val="pl-PL"/>
        </w:rPr>
        <w:t>– grupa 7, do aseptycznej obróbki i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2682"/>
        <w:gridCol w:w="1276"/>
        <w:gridCol w:w="2852"/>
        <w:gridCol w:w="1260"/>
        <w:gridCol w:w="1250"/>
        <w:gridCol w:w="620"/>
        <w:gridCol w:w="1250"/>
        <w:gridCol w:w="1350"/>
        <w:gridCol w:w="1350"/>
      </w:tblGrid>
      <w:tr w:rsidR="001512C8" w:rsidRPr="00161078" w14:paraId="0C818EE2" w14:textId="77777777" w:rsidTr="00CF0713">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2682"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276"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2852"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CF0713">
        <w:trPr>
          <w:jc w:val="center"/>
        </w:trPr>
        <w:tc>
          <w:tcPr>
            <w:tcW w:w="420" w:type="dxa"/>
            <w:vAlign w:val="center"/>
          </w:tcPr>
          <w:p w14:paraId="61531AB0" w14:textId="77777777" w:rsidR="001512C8" w:rsidRPr="00161078" w:rsidRDefault="00443F1E">
            <w:pPr>
              <w:spacing w:before="20" w:after="20"/>
              <w:jc w:val="center"/>
              <w:rPr>
                <w:lang w:val="pl-PL"/>
              </w:rPr>
            </w:pPr>
            <w:permStart w:id="488981181" w:edGrp="everyone" w:colFirst="5" w:colLast="5"/>
            <w:permStart w:id="404576418" w:edGrp="everyone" w:colFirst="6" w:colLast="6"/>
            <w:permStart w:id="1993626158" w:edGrp="everyone" w:colFirst="7" w:colLast="7"/>
            <w:permStart w:id="241042955" w:edGrp="everyone" w:colFirst="8" w:colLast="8"/>
            <w:permStart w:id="1272867148" w:edGrp="everyone" w:colFirst="9" w:colLast="9"/>
            <w:permStart w:id="1740655956" w:edGrp="everyone" w:colFirst="10" w:colLast="10"/>
            <w:r w:rsidRPr="00161078">
              <w:rPr>
                <w:sz w:val="16"/>
                <w:lang w:val="pl-PL"/>
              </w:rPr>
              <w:t>1</w:t>
            </w:r>
          </w:p>
        </w:tc>
        <w:tc>
          <w:tcPr>
            <w:tcW w:w="2682" w:type="dxa"/>
            <w:vAlign w:val="center"/>
          </w:tcPr>
          <w:p w14:paraId="4C33C0AE" w14:textId="77777777" w:rsidR="001512C8" w:rsidRPr="00161078" w:rsidRDefault="00443F1E">
            <w:pPr>
              <w:spacing w:before="20" w:after="20"/>
              <w:jc w:val="left"/>
              <w:rPr>
                <w:lang w:val="pl-PL"/>
              </w:rPr>
            </w:pPr>
            <w:proofErr w:type="spellStart"/>
            <w:r w:rsidRPr="00161078">
              <w:rPr>
                <w:sz w:val="16"/>
                <w:lang w:val="pl-PL"/>
              </w:rPr>
              <w:t>MagSep</w:t>
            </w:r>
            <w:proofErr w:type="spellEnd"/>
            <w:r w:rsidRPr="00161078">
              <w:rPr>
                <w:sz w:val="16"/>
                <w:lang w:val="pl-PL"/>
              </w:rPr>
              <w:t xml:space="preserve"> </w:t>
            </w:r>
            <w:proofErr w:type="spellStart"/>
            <w:r w:rsidRPr="00161078">
              <w:rPr>
                <w:sz w:val="16"/>
                <w:lang w:val="pl-PL"/>
              </w:rPr>
              <w:t>Cassette</w:t>
            </w:r>
            <w:proofErr w:type="spellEnd"/>
            <w:r w:rsidRPr="00161078">
              <w:rPr>
                <w:sz w:val="16"/>
                <w:lang w:val="pl-PL"/>
              </w:rPr>
              <w:t xml:space="preserve"> &amp; </w:t>
            </w:r>
            <w:proofErr w:type="spellStart"/>
            <w:r w:rsidRPr="00161078">
              <w:rPr>
                <w:sz w:val="16"/>
                <w:lang w:val="pl-PL"/>
              </w:rPr>
              <w:t>Reservoir</w:t>
            </w:r>
            <w:proofErr w:type="spellEnd"/>
          </w:p>
        </w:tc>
        <w:tc>
          <w:tcPr>
            <w:tcW w:w="1276" w:type="dxa"/>
            <w:vAlign w:val="center"/>
          </w:tcPr>
          <w:p w14:paraId="7873BEE1"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0B6EBE9E"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3293770F" w14:textId="1417A4B2" w:rsidR="001512C8" w:rsidRPr="00161078" w:rsidRDefault="00056A14">
            <w:pPr>
              <w:spacing w:before="20" w:after="20"/>
              <w:jc w:val="center"/>
              <w:rPr>
                <w:lang w:val="pl-PL"/>
              </w:rPr>
            </w:pPr>
            <w:r>
              <w:rPr>
                <w:sz w:val="16"/>
                <w:lang w:val="pl-PL"/>
              </w:rPr>
              <w:t>9</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3702016F" w14:textId="77777777" w:rsidTr="00CF0713">
        <w:trPr>
          <w:jc w:val="center"/>
        </w:trPr>
        <w:tc>
          <w:tcPr>
            <w:tcW w:w="420" w:type="dxa"/>
            <w:vAlign w:val="center"/>
          </w:tcPr>
          <w:p w14:paraId="6E977976" w14:textId="77777777" w:rsidR="001512C8" w:rsidRPr="00161078" w:rsidRDefault="00443F1E">
            <w:pPr>
              <w:spacing w:before="20" w:after="20"/>
              <w:jc w:val="center"/>
              <w:rPr>
                <w:lang w:val="pl-PL"/>
              </w:rPr>
            </w:pPr>
            <w:permStart w:id="1648390981" w:edGrp="everyone" w:colFirst="5" w:colLast="5"/>
            <w:permStart w:id="1669202732" w:edGrp="everyone" w:colFirst="6" w:colLast="6"/>
            <w:permStart w:id="1794908254" w:edGrp="everyone" w:colFirst="7" w:colLast="7"/>
            <w:permStart w:id="1021582035" w:edGrp="everyone" w:colFirst="8" w:colLast="8"/>
            <w:permStart w:id="335685157" w:edGrp="everyone" w:colFirst="9" w:colLast="9"/>
            <w:permStart w:id="216812702" w:edGrp="everyone" w:colFirst="10" w:colLast="10"/>
            <w:permEnd w:id="488981181"/>
            <w:permEnd w:id="404576418"/>
            <w:permEnd w:id="1993626158"/>
            <w:permEnd w:id="241042955"/>
            <w:permEnd w:id="1272867148"/>
            <w:permEnd w:id="1740655956"/>
            <w:r w:rsidRPr="00161078">
              <w:rPr>
                <w:sz w:val="16"/>
                <w:lang w:val="pl-PL"/>
              </w:rPr>
              <w:t>2</w:t>
            </w:r>
          </w:p>
        </w:tc>
        <w:tc>
          <w:tcPr>
            <w:tcW w:w="2682" w:type="dxa"/>
            <w:vAlign w:val="center"/>
          </w:tcPr>
          <w:p w14:paraId="441B8653" w14:textId="77777777" w:rsidR="001512C8" w:rsidRPr="00161078" w:rsidRDefault="00443F1E">
            <w:pPr>
              <w:spacing w:before="20" w:after="20"/>
              <w:jc w:val="left"/>
              <w:rPr>
                <w:lang w:val="pl-PL"/>
              </w:rPr>
            </w:pPr>
            <w:proofErr w:type="spellStart"/>
            <w:r w:rsidRPr="00161078">
              <w:rPr>
                <w:sz w:val="16"/>
                <w:lang w:val="pl-PL"/>
              </w:rPr>
              <w:t>Excess</w:t>
            </w:r>
            <w:proofErr w:type="spellEnd"/>
            <w:r w:rsidRPr="00161078">
              <w:rPr>
                <w:sz w:val="16"/>
                <w:lang w:val="pl-PL"/>
              </w:rPr>
              <w:t xml:space="preserve"> </w:t>
            </w:r>
            <w:proofErr w:type="spellStart"/>
            <w:r w:rsidRPr="00161078">
              <w:rPr>
                <w:sz w:val="16"/>
                <w:lang w:val="pl-PL"/>
              </w:rPr>
              <w:t>Exterior</w:t>
            </w:r>
            <w:proofErr w:type="spellEnd"/>
            <w:r w:rsidRPr="00161078">
              <w:rPr>
                <w:sz w:val="16"/>
                <w:lang w:val="pl-PL"/>
              </w:rPr>
              <w:t xml:space="preserve"> </w:t>
            </w:r>
            <w:proofErr w:type="spellStart"/>
            <w:r w:rsidRPr="00161078">
              <w:rPr>
                <w:sz w:val="16"/>
                <w:lang w:val="pl-PL"/>
              </w:rPr>
              <w:t>Reservoir</w:t>
            </w:r>
            <w:proofErr w:type="spellEnd"/>
            <w:r w:rsidRPr="00161078">
              <w:rPr>
                <w:sz w:val="16"/>
                <w:lang w:val="pl-PL"/>
              </w:rPr>
              <w:t xml:space="preserve"> </w:t>
            </w:r>
            <w:proofErr w:type="spellStart"/>
            <w:r w:rsidRPr="00161078">
              <w:rPr>
                <w:sz w:val="16"/>
                <w:lang w:val="pl-PL"/>
              </w:rPr>
              <w:t>bag</w:t>
            </w:r>
            <w:proofErr w:type="spellEnd"/>
          </w:p>
        </w:tc>
        <w:tc>
          <w:tcPr>
            <w:tcW w:w="1276" w:type="dxa"/>
            <w:vAlign w:val="center"/>
          </w:tcPr>
          <w:p w14:paraId="6EFCEBB3"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77EB3227"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14EFF363" w14:textId="77777777" w:rsidR="001512C8" w:rsidRPr="00161078" w:rsidRDefault="00056A14">
            <w:pPr>
              <w:spacing w:before="20" w:after="20"/>
              <w:jc w:val="center"/>
              <w:rPr>
                <w:lang w:val="pl-PL"/>
              </w:rPr>
            </w:pPr>
            <w:r>
              <w:rPr>
                <w:sz w:val="16"/>
                <w:lang w:val="pl-PL"/>
              </w:rPr>
              <w:t>45</w:t>
            </w:r>
          </w:p>
        </w:tc>
        <w:tc>
          <w:tcPr>
            <w:tcW w:w="1250" w:type="dxa"/>
            <w:vAlign w:val="center"/>
          </w:tcPr>
          <w:p w14:paraId="5458E21F" w14:textId="77777777" w:rsidR="001512C8" w:rsidRPr="00161078" w:rsidRDefault="001512C8">
            <w:pPr>
              <w:spacing w:before="20" w:after="20"/>
              <w:jc w:val="center"/>
              <w:rPr>
                <w:lang w:val="pl-PL"/>
              </w:rPr>
            </w:pPr>
          </w:p>
        </w:tc>
        <w:tc>
          <w:tcPr>
            <w:tcW w:w="620" w:type="dxa"/>
            <w:vAlign w:val="center"/>
          </w:tcPr>
          <w:p w14:paraId="70E7B233" w14:textId="77777777" w:rsidR="001512C8" w:rsidRPr="00161078" w:rsidRDefault="001512C8">
            <w:pPr>
              <w:spacing w:before="20" w:after="20"/>
              <w:jc w:val="center"/>
              <w:rPr>
                <w:lang w:val="pl-PL"/>
              </w:rPr>
            </w:pPr>
          </w:p>
        </w:tc>
        <w:tc>
          <w:tcPr>
            <w:tcW w:w="1250" w:type="dxa"/>
            <w:vAlign w:val="center"/>
          </w:tcPr>
          <w:p w14:paraId="03AC40CC" w14:textId="77777777" w:rsidR="001512C8" w:rsidRPr="00161078" w:rsidRDefault="001512C8">
            <w:pPr>
              <w:spacing w:before="20" w:after="20"/>
              <w:jc w:val="center"/>
              <w:rPr>
                <w:lang w:val="pl-PL"/>
              </w:rPr>
            </w:pPr>
          </w:p>
        </w:tc>
        <w:tc>
          <w:tcPr>
            <w:tcW w:w="1350" w:type="dxa"/>
            <w:vAlign w:val="center"/>
          </w:tcPr>
          <w:p w14:paraId="023E85BD" w14:textId="77777777" w:rsidR="001512C8" w:rsidRPr="00161078" w:rsidRDefault="001512C8">
            <w:pPr>
              <w:spacing w:before="20" w:after="20"/>
              <w:jc w:val="center"/>
              <w:rPr>
                <w:lang w:val="pl-PL"/>
              </w:rPr>
            </w:pPr>
          </w:p>
        </w:tc>
        <w:tc>
          <w:tcPr>
            <w:tcW w:w="1350" w:type="dxa"/>
            <w:vAlign w:val="center"/>
          </w:tcPr>
          <w:p w14:paraId="339D5CE8" w14:textId="77777777" w:rsidR="001512C8" w:rsidRPr="00161078" w:rsidRDefault="001512C8">
            <w:pPr>
              <w:spacing w:before="20" w:after="20"/>
              <w:jc w:val="center"/>
              <w:rPr>
                <w:lang w:val="pl-PL"/>
              </w:rPr>
            </w:pPr>
          </w:p>
        </w:tc>
      </w:tr>
      <w:tr w:rsidR="001512C8" w:rsidRPr="00161078" w14:paraId="4AA36AC9" w14:textId="77777777" w:rsidTr="00CF0713">
        <w:trPr>
          <w:jc w:val="center"/>
        </w:trPr>
        <w:tc>
          <w:tcPr>
            <w:tcW w:w="420" w:type="dxa"/>
            <w:vAlign w:val="center"/>
          </w:tcPr>
          <w:p w14:paraId="62FDBEF0" w14:textId="77777777" w:rsidR="001512C8" w:rsidRPr="00161078" w:rsidRDefault="00443F1E">
            <w:pPr>
              <w:spacing w:before="20" w:after="20"/>
              <w:jc w:val="center"/>
              <w:rPr>
                <w:lang w:val="pl-PL"/>
              </w:rPr>
            </w:pPr>
            <w:permStart w:id="1738038627" w:edGrp="everyone" w:colFirst="5" w:colLast="5"/>
            <w:permStart w:id="1112017037" w:edGrp="everyone" w:colFirst="6" w:colLast="6"/>
            <w:permStart w:id="1318191869" w:edGrp="everyone" w:colFirst="7" w:colLast="7"/>
            <w:permStart w:id="1837593937" w:edGrp="everyone" w:colFirst="8" w:colLast="8"/>
            <w:permStart w:id="131475421" w:edGrp="everyone" w:colFirst="9" w:colLast="9"/>
            <w:permStart w:id="1195200462" w:edGrp="everyone" w:colFirst="10" w:colLast="10"/>
            <w:permEnd w:id="1648390981"/>
            <w:permEnd w:id="1669202732"/>
            <w:permEnd w:id="1794908254"/>
            <w:permEnd w:id="1021582035"/>
            <w:permEnd w:id="335685157"/>
            <w:permEnd w:id="216812702"/>
            <w:r w:rsidRPr="00161078">
              <w:rPr>
                <w:sz w:val="16"/>
                <w:lang w:val="pl-PL"/>
              </w:rPr>
              <w:t>3</w:t>
            </w:r>
          </w:p>
        </w:tc>
        <w:tc>
          <w:tcPr>
            <w:tcW w:w="2682" w:type="dxa"/>
            <w:vAlign w:val="center"/>
          </w:tcPr>
          <w:p w14:paraId="3B92DF32" w14:textId="77777777" w:rsidR="001512C8" w:rsidRPr="00161078" w:rsidRDefault="00443F1E">
            <w:pPr>
              <w:spacing w:before="20" w:after="20"/>
              <w:jc w:val="left"/>
              <w:rPr>
                <w:lang w:val="pl-PL"/>
              </w:rPr>
            </w:pPr>
            <w:r w:rsidRPr="00161078">
              <w:rPr>
                <w:sz w:val="16"/>
                <w:lang w:val="pl-PL"/>
              </w:rPr>
              <w:t>Input/</w:t>
            </w:r>
            <w:proofErr w:type="spellStart"/>
            <w:r w:rsidRPr="00161078">
              <w:rPr>
                <w:sz w:val="16"/>
                <w:lang w:val="pl-PL"/>
              </w:rPr>
              <w:t>output</w:t>
            </w:r>
            <w:proofErr w:type="spellEnd"/>
            <w:r w:rsidRPr="00161078">
              <w:rPr>
                <w:sz w:val="16"/>
                <w:lang w:val="pl-PL"/>
              </w:rPr>
              <w:t xml:space="preserve"> lines</w:t>
            </w:r>
          </w:p>
        </w:tc>
        <w:tc>
          <w:tcPr>
            <w:tcW w:w="1276" w:type="dxa"/>
            <w:vAlign w:val="center"/>
          </w:tcPr>
          <w:p w14:paraId="0C894B1F"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0A13A275"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2E4C0CD7" w14:textId="77777777" w:rsidR="001512C8" w:rsidRPr="00161078" w:rsidRDefault="00056A14">
            <w:pPr>
              <w:spacing w:before="20" w:after="20"/>
              <w:jc w:val="center"/>
              <w:rPr>
                <w:lang w:val="pl-PL"/>
              </w:rPr>
            </w:pPr>
            <w:r>
              <w:rPr>
                <w:sz w:val="16"/>
                <w:lang w:val="pl-PL"/>
              </w:rPr>
              <w:t>18</w:t>
            </w:r>
          </w:p>
        </w:tc>
        <w:tc>
          <w:tcPr>
            <w:tcW w:w="1250" w:type="dxa"/>
            <w:vAlign w:val="center"/>
          </w:tcPr>
          <w:p w14:paraId="36955FA2" w14:textId="77777777" w:rsidR="001512C8" w:rsidRPr="00161078" w:rsidRDefault="001512C8">
            <w:pPr>
              <w:spacing w:before="20" w:after="20"/>
              <w:jc w:val="center"/>
              <w:rPr>
                <w:lang w:val="pl-PL"/>
              </w:rPr>
            </w:pPr>
          </w:p>
        </w:tc>
        <w:tc>
          <w:tcPr>
            <w:tcW w:w="620" w:type="dxa"/>
            <w:vAlign w:val="center"/>
          </w:tcPr>
          <w:p w14:paraId="1B82A74A" w14:textId="77777777" w:rsidR="001512C8" w:rsidRPr="00161078" w:rsidRDefault="001512C8">
            <w:pPr>
              <w:spacing w:before="20" w:after="20"/>
              <w:jc w:val="center"/>
              <w:rPr>
                <w:lang w:val="pl-PL"/>
              </w:rPr>
            </w:pPr>
          </w:p>
        </w:tc>
        <w:tc>
          <w:tcPr>
            <w:tcW w:w="1250" w:type="dxa"/>
            <w:vAlign w:val="center"/>
          </w:tcPr>
          <w:p w14:paraId="7E5888C3" w14:textId="77777777" w:rsidR="001512C8" w:rsidRPr="00161078" w:rsidRDefault="001512C8">
            <w:pPr>
              <w:spacing w:before="20" w:after="20"/>
              <w:jc w:val="center"/>
              <w:rPr>
                <w:lang w:val="pl-PL"/>
              </w:rPr>
            </w:pPr>
          </w:p>
        </w:tc>
        <w:tc>
          <w:tcPr>
            <w:tcW w:w="1350" w:type="dxa"/>
            <w:vAlign w:val="center"/>
          </w:tcPr>
          <w:p w14:paraId="25839A9A" w14:textId="77777777" w:rsidR="001512C8" w:rsidRPr="00161078" w:rsidRDefault="001512C8">
            <w:pPr>
              <w:spacing w:before="20" w:after="20"/>
              <w:jc w:val="center"/>
              <w:rPr>
                <w:lang w:val="pl-PL"/>
              </w:rPr>
            </w:pPr>
          </w:p>
        </w:tc>
        <w:tc>
          <w:tcPr>
            <w:tcW w:w="1350" w:type="dxa"/>
            <w:vAlign w:val="center"/>
          </w:tcPr>
          <w:p w14:paraId="44CEBFDD" w14:textId="77777777" w:rsidR="001512C8" w:rsidRPr="00161078" w:rsidRDefault="001512C8">
            <w:pPr>
              <w:spacing w:before="20" w:after="20"/>
              <w:jc w:val="center"/>
              <w:rPr>
                <w:lang w:val="pl-PL"/>
              </w:rPr>
            </w:pPr>
          </w:p>
        </w:tc>
      </w:tr>
      <w:tr w:rsidR="001512C8" w:rsidRPr="00161078" w14:paraId="5105CDE1" w14:textId="77777777" w:rsidTr="00CF0713">
        <w:trPr>
          <w:jc w:val="center"/>
        </w:trPr>
        <w:tc>
          <w:tcPr>
            <w:tcW w:w="420" w:type="dxa"/>
            <w:vAlign w:val="center"/>
          </w:tcPr>
          <w:p w14:paraId="7A447144" w14:textId="77777777" w:rsidR="001512C8" w:rsidRPr="00161078" w:rsidRDefault="00443F1E">
            <w:pPr>
              <w:spacing w:before="20" w:after="20"/>
              <w:jc w:val="center"/>
              <w:rPr>
                <w:lang w:val="pl-PL"/>
              </w:rPr>
            </w:pPr>
            <w:permStart w:id="1007238742" w:edGrp="everyone" w:colFirst="5" w:colLast="5"/>
            <w:permStart w:id="586440434" w:edGrp="everyone" w:colFirst="6" w:colLast="6"/>
            <w:permStart w:id="1632771109" w:edGrp="everyone" w:colFirst="7" w:colLast="7"/>
            <w:permStart w:id="171917442" w:edGrp="everyone" w:colFirst="8" w:colLast="8"/>
            <w:permStart w:id="398406189" w:edGrp="everyone" w:colFirst="9" w:colLast="9"/>
            <w:permStart w:id="1358242696" w:edGrp="everyone" w:colFirst="10" w:colLast="10"/>
            <w:permEnd w:id="1738038627"/>
            <w:permEnd w:id="1112017037"/>
            <w:permEnd w:id="1318191869"/>
            <w:permEnd w:id="1837593937"/>
            <w:permEnd w:id="131475421"/>
            <w:permEnd w:id="1195200462"/>
            <w:r w:rsidRPr="00161078">
              <w:rPr>
                <w:sz w:val="16"/>
                <w:lang w:val="pl-PL"/>
              </w:rPr>
              <w:t>4</w:t>
            </w:r>
          </w:p>
        </w:tc>
        <w:tc>
          <w:tcPr>
            <w:tcW w:w="2682" w:type="dxa"/>
            <w:vAlign w:val="center"/>
          </w:tcPr>
          <w:p w14:paraId="2EBA2C26" w14:textId="77777777" w:rsidR="001512C8" w:rsidRPr="00161078" w:rsidRDefault="00443F1E">
            <w:pPr>
              <w:spacing w:before="20" w:after="20"/>
              <w:jc w:val="left"/>
              <w:rPr>
                <w:lang w:val="pl-PL"/>
              </w:rPr>
            </w:pPr>
            <w:proofErr w:type="spellStart"/>
            <w:r w:rsidRPr="00161078">
              <w:rPr>
                <w:sz w:val="16"/>
                <w:lang w:val="pl-PL"/>
              </w:rPr>
              <w:t>Exterior</w:t>
            </w:r>
            <w:proofErr w:type="spellEnd"/>
            <w:r w:rsidRPr="00161078">
              <w:rPr>
                <w:sz w:val="16"/>
                <w:lang w:val="pl-PL"/>
              </w:rPr>
              <w:t xml:space="preserve"> </w:t>
            </w:r>
            <w:proofErr w:type="spellStart"/>
            <w:r w:rsidRPr="00161078">
              <w:rPr>
                <w:sz w:val="16"/>
                <w:lang w:val="pl-PL"/>
              </w:rPr>
              <w:t>loading</w:t>
            </w:r>
            <w:proofErr w:type="spellEnd"/>
            <w:r w:rsidRPr="00161078">
              <w:rPr>
                <w:sz w:val="16"/>
                <w:lang w:val="pl-PL"/>
              </w:rPr>
              <w:t xml:space="preserve"> </w:t>
            </w:r>
            <w:proofErr w:type="spellStart"/>
            <w:r w:rsidRPr="00161078">
              <w:rPr>
                <w:sz w:val="16"/>
                <w:lang w:val="pl-PL"/>
              </w:rPr>
              <w:t>bag</w:t>
            </w:r>
            <w:proofErr w:type="spellEnd"/>
          </w:p>
        </w:tc>
        <w:tc>
          <w:tcPr>
            <w:tcW w:w="1276" w:type="dxa"/>
            <w:vAlign w:val="center"/>
          </w:tcPr>
          <w:p w14:paraId="373C7DC1"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26B127B0"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754C44DB" w14:textId="77777777" w:rsidR="001512C8" w:rsidRPr="00161078" w:rsidRDefault="00056A14">
            <w:pPr>
              <w:spacing w:before="20" w:after="20"/>
              <w:jc w:val="center"/>
              <w:rPr>
                <w:lang w:val="pl-PL"/>
              </w:rPr>
            </w:pPr>
            <w:r>
              <w:rPr>
                <w:sz w:val="16"/>
                <w:lang w:val="pl-PL"/>
              </w:rPr>
              <w:t>27</w:t>
            </w:r>
          </w:p>
        </w:tc>
        <w:tc>
          <w:tcPr>
            <w:tcW w:w="1250" w:type="dxa"/>
            <w:vAlign w:val="center"/>
          </w:tcPr>
          <w:p w14:paraId="09FA6F10" w14:textId="77777777" w:rsidR="001512C8" w:rsidRPr="00161078" w:rsidRDefault="001512C8">
            <w:pPr>
              <w:spacing w:before="20" w:after="20"/>
              <w:jc w:val="center"/>
              <w:rPr>
                <w:lang w:val="pl-PL"/>
              </w:rPr>
            </w:pPr>
          </w:p>
        </w:tc>
        <w:tc>
          <w:tcPr>
            <w:tcW w:w="620" w:type="dxa"/>
            <w:vAlign w:val="center"/>
          </w:tcPr>
          <w:p w14:paraId="678362B2" w14:textId="77777777" w:rsidR="001512C8" w:rsidRPr="00161078" w:rsidRDefault="001512C8">
            <w:pPr>
              <w:spacing w:before="20" w:after="20"/>
              <w:jc w:val="center"/>
              <w:rPr>
                <w:lang w:val="pl-PL"/>
              </w:rPr>
            </w:pPr>
          </w:p>
        </w:tc>
        <w:tc>
          <w:tcPr>
            <w:tcW w:w="1250" w:type="dxa"/>
            <w:vAlign w:val="center"/>
          </w:tcPr>
          <w:p w14:paraId="366E351C" w14:textId="77777777" w:rsidR="001512C8" w:rsidRPr="00161078" w:rsidRDefault="001512C8">
            <w:pPr>
              <w:spacing w:before="20" w:after="20"/>
              <w:jc w:val="center"/>
              <w:rPr>
                <w:lang w:val="pl-PL"/>
              </w:rPr>
            </w:pPr>
          </w:p>
        </w:tc>
        <w:tc>
          <w:tcPr>
            <w:tcW w:w="1350" w:type="dxa"/>
            <w:vAlign w:val="center"/>
          </w:tcPr>
          <w:p w14:paraId="3CF842F9" w14:textId="77777777" w:rsidR="001512C8" w:rsidRPr="00161078" w:rsidRDefault="001512C8">
            <w:pPr>
              <w:spacing w:before="20" w:after="20"/>
              <w:jc w:val="center"/>
              <w:rPr>
                <w:lang w:val="pl-PL"/>
              </w:rPr>
            </w:pPr>
          </w:p>
        </w:tc>
        <w:tc>
          <w:tcPr>
            <w:tcW w:w="1350" w:type="dxa"/>
            <w:vAlign w:val="center"/>
          </w:tcPr>
          <w:p w14:paraId="1B2E0F18" w14:textId="77777777" w:rsidR="001512C8" w:rsidRPr="00161078" w:rsidRDefault="001512C8">
            <w:pPr>
              <w:spacing w:before="20" w:after="20"/>
              <w:jc w:val="center"/>
              <w:rPr>
                <w:lang w:val="pl-PL"/>
              </w:rPr>
            </w:pPr>
          </w:p>
        </w:tc>
      </w:tr>
      <w:tr w:rsidR="001512C8" w:rsidRPr="00161078" w14:paraId="3CF44DC3" w14:textId="77777777" w:rsidTr="00CF0713">
        <w:trPr>
          <w:jc w:val="center"/>
        </w:trPr>
        <w:tc>
          <w:tcPr>
            <w:tcW w:w="420" w:type="dxa"/>
            <w:vAlign w:val="center"/>
          </w:tcPr>
          <w:p w14:paraId="66B8197C" w14:textId="77777777" w:rsidR="001512C8" w:rsidRPr="00161078" w:rsidRDefault="00443F1E">
            <w:pPr>
              <w:spacing w:before="20" w:after="20"/>
              <w:jc w:val="center"/>
              <w:rPr>
                <w:lang w:val="pl-PL"/>
              </w:rPr>
            </w:pPr>
            <w:permStart w:id="331876649" w:edGrp="everyone" w:colFirst="5" w:colLast="5"/>
            <w:permStart w:id="1602231426" w:edGrp="everyone" w:colFirst="6" w:colLast="6"/>
            <w:permStart w:id="416444036" w:edGrp="everyone" w:colFirst="7" w:colLast="7"/>
            <w:permStart w:id="1455841758" w:edGrp="everyone" w:colFirst="8" w:colLast="8"/>
            <w:permStart w:id="114897519" w:edGrp="everyone" w:colFirst="9" w:colLast="9"/>
            <w:permStart w:id="2147112975" w:edGrp="everyone" w:colFirst="10" w:colLast="10"/>
            <w:permEnd w:id="1007238742"/>
            <w:permEnd w:id="586440434"/>
            <w:permEnd w:id="1632771109"/>
            <w:permEnd w:id="171917442"/>
            <w:permEnd w:id="398406189"/>
            <w:permEnd w:id="1358242696"/>
            <w:r w:rsidRPr="00161078">
              <w:rPr>
                <w:sz w:val="16"/>
                <w:lang w:val="pl-PL"/>
              </w:rPr>
              <w:t>5</w:t>
            </w:r>
          </w:p>
        </w:tc>
        <w:tc>
          <w:tcPr>
            <w:tcW w:w="2682" w:type="dxa"/>
            <w:vAlign w:val="center"/>
          </w:tcPr>
          <w:p w14:paraId="3FB6A7B4" w14:textId="77777777" w:rsidR="001512C8" w:rsidRPr="00161078" w:rsidRDefault="00443F1E">
            <w:pPr>
              <w:spacing w:before="20" w:after="20"/>
              <w:jc w:val="left"/>
              <w:rPr>
                <w:lang w:val="pl-PL"/>
              </w:rPr>
            </w:pPr>
            <w:proofErr w:type="spellStart"/>
            <w:r w:rsidRPr="00161078">
              <w:rPr>
                <w:sz w:val="16"/>
                <w:lang w:val="pl-PL"/>
              </w:rPr>
              <w:t>Reservoir</w:t>
            </w:r>
            <w:proofErr w:type="spellEnd"/>
            <w:r w:rsidRPr="00161078">
              <w:rPr>
                <w:sz w:val="16"/>
                <w:lang w:val="pl-PL"/>
              </w:rPr>
              <w:t xml:space="preserve"> </w:t>
            </w:r>
            <w:proofErr w:type="spellStart"/>
            <w:r w:rsidRPr="00161078">
              <w:rPr>
                <w:sz w:val="16"/>
                <w:lang w:val="pl-PL"/>
              </w:rPr>
              <w:t>Filler</w:t>
            </w:r>
            <w:proofErr w:type="spellEnd"/>
            <w:r w:rsidRPr="00161078">
              <w:rPr>
                <w:sz w:val="16"/>
                <w:lang w:val="pl-PL"/>
              </w:rPr>
              <w:t xml:space="preserve"> 38-430</w:t>
            </w:r>
          </w:p>
        </w:tc>
        <w:tc>
          <w:tcPr>
            <w:tcW w:w="1276" w:type="dxa"/>
            <w:vAlign w:val="center"/>
          </w:tcPr>
          <w:p w14:paraId="5D4C6F51"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585768D7"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2C5DE7F5" w14:textId="77777777" w:rsidR="001512C8" w:rsidRPr="00161078" w:rsidRDefault="00056A14">
            <w:pPr>
              <w:spacing w:before="20" w:after="20"/>
              <w:jc w:val="center"/>
              <w:rPr>
                <w:lang w:val="pl-PL"/>
              </w:rPr>
            </w:pPr>
            <w:r>
              <w:rPr>
                <w:sz w:val="16"/>
                <w:lang w:val="pl-PL"/>
              </w:rPr>
              <w:t>18</w:t>
            </w:r>
          </w:p>
        </w:tc>
        <w:tc>
          <w:tcPr>
            <w:tcW w:w="1250" w:type="dxa"/>
            <w:vAlign w:val="center"/>
          </w:tcPr>
          <w:p w14:paraId="29987267" w14:textId="77777777" w:rsidR="001512C8" w:rsidRPr="00161078" w:rsidRDefault="001512C8">
            <w:pPr>
              <w:spacing w:before="20" w:after="20"/>
              <w:jc w:val="center"/>
              <w:rPr>
                <w:lang w:val="pl-PL"/>
              </w:rPr>
            </w:pPr>
          </w:p>
        </w:tc>
        <w:tc>
          <w:tcPr>
            <w:tcW w:w="620" w:type="dxa"/>
            <w:vAlign w:val="center"/>
          </w:tcPr>
          <w:p w14:paraId="5869AF6F" w14:textId="77777777" w:rsidR="001512C8" w:rsidRPr="00161078" w:rsidRDefault="001512C8">
            <w:pPr>
              <w:spacing w:before="20" w:after="20"/>
              <w:jc w:val="center"/>
              <w:rPr>
                <w:lang w:val="pl-PL"/>
              </w:rPr>
            </w:pPr>
          </w:p>
        </w:tc>
        <w:tc>
          <w:tcPr>
            <w:tcW w:w="1250" w:type="dxa"/>
            <w:vAlign w:val="center"/>
          </w:tcPr>
          <w:p w14:paraId="697C233E" w14:textId="77777777" w:rsidR="001512C8" w:rsidRPr="00161078" w:rsidRDefault="001512C8">
            <w:pPr>
              <w:spacing w:before="20" w:after="20"/>
              <w:jc w:val="center"/>
              <w:rPr>
                <w:lang w:val="pl-PL"/>
              </w:rPr>
            </w:pPr>
          </w:p>
        </w:tc>
        <w:tc>
          <w:tcPr>
            <w:tcW w:w="1350" w:type="dxa"/>
            <w:vAlign w:val="center"/>
          </w:tcPr>
          <w:p w14:paraId="5A60ED45" w14:textId="77777777" w:rsidR="001512C8" w:rsidRPr="00161078" w:rsidRDefault="001512C8">
            <w:pPr>
              <w:spacing w:before="20" w:after="20"/>
              <w:jc w:val="center"/>
              <w:rPr>
                <w:lang w:val="pl-PL"/>
              </w:rPr>
            </w:pPr>
          </w:p>
        </w:tc>
        <w:tc>
          <w:tcPr>
            <w:tcW w:w="1350" w:type="dxa"/>
            <w:vAlign w:val="center"/>
          </w:tcPr>
          <w:p w14:paraId="537B518C" w14:textId="77777777" w:rsidR="001512C8" w:rsidRPr="00161078" w:rsidRDefault="001512C8">
            <w:pPr>
              <w:spacing w:before="20" w:after="20"/>
              <w:jc w:val="center"/>
              <w:rPr>
                <w:lang w:val="pl-PL"/>
              </w:rPr>
            </w:pPr>
          </w:p>
        </w:tc>
      </w:tr>
      <w:tr w:rsidR="001512C8" w:rsidRPr="00161078" w14:paraId="135BCF74" w14:textId="77777777" w:rsidTr="00CF0713">
        <w:trPr>
          <w:jc w:val="center"/>
        </w:trPr>
        <w:tc>
          <w:tcPr>
            <w:tcW w:w="420" w:type="dxa"/>
            <w:vAlign w:val="center"/>
          </w:tcPr>
          <w:p w14:paraId="03580CE2" w14:textId="77777777" w:rsidR="001512C8" w:rsidRPr="00161078" w:rsidRDefault="00443F1E">
            <w:pPr>
              <w:spacing w:before="20" w:after="20"/>
              <w:jc w:val="center"/>
              <w:rPr>
                <w:lang w:val="pl-PL"/>
              </w:rPr>
            </w:pPr>
            <w:permStart w:id="1230470090" w:edGrp="everyone" w:colFirst="5" w:colLast="5"/>
            <w:permStart w:id="1941063894" w:edGrp="everyone" w:colFirst="6" w:colLast="6"/>
            <w:permStart w:id="237652796" w:edGrp="everyone" w:colFirst="7" w:colLast="7"/>
            <w:permStart w:id="1173293244" w:edGrp="everyone" w:colFirst="8" w:colLast="8"/>
            <w:permStart w:id="968896489" w:edGrp="everyone" w:colFirst="9" w:colLast="9"/>
            <w:permStart w:id="2093758270" w:edGrp="everyone" w:colFirst="10" w:colLast="10"/>
            <w:permEnd w:id="331876649"/>
            <w:permEnd w:id="1602231426"/>
            <w:permEnd w:id="416444036"/>
            <w:permEnd w:id="1455841758"/>
            <w:permEnd w:id="114897519"/>
            <w:permEnd w:id="2147112975"/>
            <w:r w:rsidRPr="00161078">
              <w:rPr>
                <w:sz w:val="16"/>
                <w:lang w:val="pl-PL"/>
              </w:rPr>
              <w:t>6</w:t>
            </w:r>
          </w:p>
        </w:tc>
        <w:tc>
          <w:tcPr>
            <w:tcW w:w="2682" w:type="dxa"/>
            <w:vAlign w:val="center"/>
          </w:tcPr>
          <w:p w14:paraId="63F2E1D0" w14:textId="77777777" w:rsidR="001512C8" w:rsidRPr="00161078" w:rsidRDefault="00443F1E">
            <w:pPr>
              <w:spacing w:before="20" w:after="20"/>
              <w:jc w:val="left"/>
              <w:rPr>
                <w:lang w:val="pl-PL"/>
              </w:rPr>
            </w:pPr>
            <w:proofErr w:type="spellStart"/>
            <w:r w:rsidRPr="00161078">
              <w:rPr>
                <w:sz w:val="16"/>
                <w:lang w:val="pl-PL"/>
              </w:rPr>
              <w:t>Reservoir</w:t>
            </w:r>
            <w:proofErr w:type="spellEnd"/>
            <w:r w:rsidRPr="00161078">
              <w:rPr>
                <w:sz w:val="16"/>
                <w:lang w:val="pl-PL"/>
              </w:rPr>
              <w:t xml:space="preserve"> </w:t>
            </w:r>
            <w:proofErr w:type="spellStart"/>
            <w:r w:rsidRPr="00161078">
              <w:rPr>
                <w:sz w:val="16"/>
                <w:lang w:val="pl-PL"/>
              </w:rPr>
              <w:t>Filler</w:t>
            </w:r>
            <w:proofErr w:type="spellEnd"/>
            <w:r w:rsidRPr="00161078">
              <w:rPr>
                <w:sz w:val="16"/>
                <w:lang w:val="pl-PL"/>
              </w:rPr>
              <w:t xml:space="preserve"> 45-430</w:t>
            </w:r>
          </w:p>
        </w:tc>
        <w:tc>
          <w:tcPr>
            <w:tcW w:w="1276" w:type="dxa"/>
            <w:vAlign w:val="center"/>
          </w:tcPr>
          <w:p w14:paraId="77CDCCBD"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2D34693F"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4EB64FA8" w14:textId="77777777" w:rsidR="001512C8" w:rsidRPr="00161078" w:rsidRDefault="00056A14">
            <w:pPr>
              <w:spacing w:before="20" w:after="20"/>
              <w:jc w:val="center"/>
              <w:rPr>
                <w:lang w:val="pl-PL"/>
              </w:rPr>
            </w:pPr>
            <w:r>
              <w:rPr>
                <w:sz w:val="16"/>
                <w:lang w:val="pl-PL"/>
              </w:rPr>
              <w:t>9</w:t>
            </w:r>
          </w:p>
        </w:tc>
        <w:tc>
          <w:tcPr>
            <w:tcW w:w="1250" w:type="dxa"/>
            <w:vAlign w:val="center"/>
          </w:tcPr>
          <w:p w14:paraId="431ABB98" w14:textId="77777777" w:rsidR="001512C8" w:rsidRPr="00161078" w:rsidRDefault="001512C8">
            <w:pPr>
              <w:spacing w:before="20" w:after="20"/>
              <w:jc w:val="center"/>
              <w:rPr>
                <w:lang w:val="pl-PL"/>
              </w:rPr>
            </w:pPr>
          </w:p>
        </w:tc>
        <w:tc>
          <w:tcPr>
            <w:tcW w:w="620" w:type="dxa"/>
            <w:vAlign w:val="center"/>
          </w:tcPr>
          <w:p w14:paraId="739B8EB5" w14:textId="77777777" w:rsidR="001512C8" w:rsidRPr="00161078" w:rsidRDefault="001512C8">
            <w:pPr>
              <w:spacing w:before="20" w:after="20"/>
              <w:jc w:val="center"/>
              <w:rPr>
                <w:lang w:val="pl-PL"/>
              </w:rPr>
            </w:pPr>
          </w:p>
        </w:tc>
        <w:tc>
          <w:tcPr>
            <w:tcW w:w="1250" w:type="dxa"/>
            <w:vAlign w:val="center"/>
          </w:tcPr>
          <w:p w14:paraId="31BEA373" w14:textId="77777777" w:rsidR="001512C8" w:rsidRPr="00161078" w:rsidRDefault="001512C8">
            <w:pPr>
              <w:spacing w:before="20" w:after="20"/>
              <w:jc w:val="center"/>
              <w:rPr>
                <w:lang w:val="pl-PL"/>
              </w:rPr>
            </w:pPr>
          </w:p>
        </w:tc>
        <w:tc>
          <w:tcPr>
            <w:tcW w:w="1350" w:type="dxa"/>
            <w:vAlign w:val="center"/>
          </w:tcPr>
          <w:p w14:paraId="7991499E" w14:textId="77777777" w:rsidR="001512C8" w:rsidRPr="00161078" w:rsidRDefault="001512C8">
            <w:pPr>
              <w:spacing w:before="20" w:after="20"/>
              <w:jc w:val="center"/>
              <w:rPr>
                <w:lang w:val="pl-PL"/>
              </w:rPr>
            </w:pPr>
          </w:p>
        </w:tc>
        <w:tc>
          <w:tcPr>
            <w:tcW w:w="1350" w:type="dxa"/>
            <w:vAlign w:val="center"/>
          </w:tcPr>
          <w:p w14:paraId="55C2203E" w14:textId="77777777" w:rsidR="001512C8" w:rsidRPr="00161078" w:rsidRDefault="001512C8">
            <w:pPr>
              <w:spacing w:before="20" w:after="20"/>
              <w:jc w:val="center"/>
              <w:rPr>
                <w:lang w:val="pl-PL"/>
              </w:rPr>
            </w:pPr>
          </w:p>
        </w:tc>
      </w:tr>
      <w:tr w:rsidR="001512C8" w:rsidRPr="00161078" w14:paraId="25CD4EC0" w14:textId="77777777" w:rsidTr="00CF0713">
        <w:trPr>
          <w:jc w:val="center"/>
        </w:trPr>
        <w:tc>
          <w:tcPr>
            <w:tcW w:w="420" w:type="dxa"/>
            <w:vAlign w:val="center"/>
          </w:tcPr>
          <w:p w14:paraId="44326251" w14:textId="77777777" w:rsidR="001512C8" w:rsidRPr="00161078" w:rsidRDefault="00443F1E">
            <w:pPr>
              <w:spacing w:before="20" w:after="20"/>
              <w:jc w:val="center"/>
              <w:rPr>
                <w:lang w:val="pl-PL"/>
              </w:rPr>
            </w:pPr>
            <w:permStart w:id="826440503" w:edGrp="everyone" w:colFirst="5" w:colLast="5"/>
            <w:permStart w:id="1876975925" w:edGrp="everyone" w:colFirst="6" w:colLast="6"/>
            <w:permStart w:id="1667381797" w:edGrp="everyone" w:colFirst="7" w:colLast="7"/>
            <w:permStart w:id="1458270831" w:edGrp="everyone" w:colFirst="8" w:colLast="8"/>
            <w:permStart w:id="1138113371" w:edGrp="everyone" w:colFirst="9" w:colLast="9"/>
            <w:permStart w:id="747642295" w:edGrp="everyone" w:colFirst="10" w:colLast="10"/>
            <w:permEnd w:id="1230470090"/>
            <w:permEnd w:id="1941063894"/>
            <w:permEnd w:id="237652796"/>
            <w:permEnd w:id="1173293244"/>
            <w:permEnd w:id="968896489"/>
            <w:permEnd w:id="2093758270"/>
            <w:r w:rsidRPr="00161078">
              <w:rPr>
                <w:sz w:val="16"/>
                <w:lang w:val="pl-PL"/>
              </w:rPr>
              <w:t>7</w:t>
            </w:r>
          </w:p>
        </w:tc>
        <w:tc>
          <w:tcPr>
            <w:tcW w:w="2682" w:type="dxa"/>
            <w:vAlign w:val="center"/>
          </w:tcPr>
          <w:p w14:paraId="5BF29AB6" w14:textId="77777777" w:rsidR="001512C8" w:rsidRPr="009074EB" w:rsidRDefault="00443F1E">
            <w:pPr>
              <w:spacing w:before="20" w:after="20"/>
              <w:jc w:val="left"/>
            </w:pPr>
            <w:r w:rsidRPr="009074EB">
              <w:rPr>
                <w:sz w:val="16"/>
              </w:rPr>
              <w:t>Spiros to Spiros Adapter Line,  300mm</w:t>
            </w:r>
          </w:p>
        </w:tc>
        <w:tc>
          <w:tcPr>
            <w:tcW w:w="1276" w:type="dxa"/>
            <w:vAlign w:val="center"/>
          </w:tcPr>
          <w:p w14:paraId="0526176E"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215D8C3D"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1CD9B942" w14:textId="77777777" w:rsidR="001512C8" w:rsidRPr="00161078" w:rsidRDefault="00056A14">
            <w:pPr>
              <w:spacing w:before="20" w:after="20"/>
              <w:jc w:val="center"/>
              <w:rPr>
                <w:lang w:val="pl-PL"/>
              </w:rPr>
            </w:pPr>
            <w:r>
              <w:rPr>
                <w:sz w:val="16"/>
                <w:lang w:val="pl-PL"/>
              </w:rPr>
              <w:t>18</w:t>
            </w:r>
          </w:p>
        </w:tc>
        <w:tc>
          <w:tcPr>
            <w:tcW w:w="1250" w:type="dxa"/>
            <w:vAlign w:val="center"/>
          </w:tcPr>
          <w:p w14:paraId="67A4DC2F" w14:textId="77777777" w:rsidR="001512C8" w:rsidRPr="00161078" w:rsidRDefault="001512C8">
            <w:pPr>
              <w:spacing w:before="20" w:after="20"/>
              <w:jc w:val="center"/>
              <w:rPr>
                <w:lang w:val="pl-PL"/>
              </w:rPr>
            </w:pPr>
          </w:p>
        </w:tc>
        <w:tc>
          <w:tcPr>
            <w:tcW w:w="620" w:type="dxa"/>
            <w:vAlign w:val="center"/>
          </w:tcPr>
          <w:p w14:paraId="3A9FF4A8" w14:textId="77777777" w:rsidR="001512C8" w:rsidRPr="00161078" w:rsidRDefault="001512C8">
            <w:pPr>
              <w:spacing w:before="20" w:after="20"/>
              <w:jc w:val="center"/>
              <w:rPr>
                <w:lang w:val="pl-PL"/>
              </w:rPr>
            </w:pPr>
          </w:p>
        </w:tc>
        <w:tc>
          <w:tcPr>
            <w:tcW w:w="1250" w:type="dxa"/>
            <w:vAlign w:val="center"/>
          </w:tcPr>
          <w:p w14:paraId="257994FE" w14:textId="77777777" w:rsidR="001512C8" w:rsidRPr="00161078" w:rsidRDefault="001512C8">
            <w:pPr>
              <w:spacing w:before="20" w:after="20"/>
              <w:jc w:val="center"/>
              <w:rPr>
                <w:lang w:val="pl-PL"/>
              </w:rPr>
            </w:pPr>
          </w:p>
        </w:tc>
        <w:tc>
          <w:tcPr>
            <w:tcW w:w="1350" w:type="dxa"/>
            <w:vAlign w:val="center"/>
          </w:tcPr>
          <w:p w14:paraId="4455A472" w14:textId="77777777" w:rsidR="001512C8" w:rsidRPr="00161078" w:rsidRDefault="001512C8">
            <w:pPr>
              <w:spacing w:before="20" w:after="20"/>
              <w:jc w:val="center"/>
              <w:rPr>
                <w:lang w:val="pl-PL"/>
              </w:rPr>
            </w:pPr>
          </w:p>
        </w:tc>
        <w:tc>
          <w:tcPr>
            <w:tcW w:w="1350" w:type="dxa"/>
            <w:vAlign w:val="center"/>
          </w:tcPr>
          <w:p w14:paraId="249290E4" w14:textId="77777777" w:rsidR="001512C8" w:rsidRPr="00161078" w:rsidRDefault="001512C8">
            <w:pPr>
              <w:spacing w:before="20" w:after="20"/>
              <w:jc w:val="center"/>
              <w:rPr>
                <w:lang w:val="pl-PL"/>
              </w:rPr>
            </w:pPr>
          </w:p>
        </w:tc>
      </w:tr>
      <w:tr w:rsidR="001512C8" w:rsidRPr="00161078" w14:paraId="336590DD" w14:textId="77777777" w:rsidTr="00CF0713">
        <w:trPr>
          <w:jc w:val="center"/>
        </w:trPr>
        <w:tc>
          <w:tcPr>
            <w:tcW w:w="420" w:type="dxa"/>
            <w:vAlign w:val="center"/>
          </w:tcPr>
          <w:p w14:paraId="5052E002" w14:textId="77777777" w:rsidR="001512C8" w:rsidRPr="00161078" w:rsidRDefault="00443F1E">
            <w:pPr>
              <w:spacing w:before="20" w:after="20"/>
              <w:jc w:val="center"/>
              <w:rPr>
                <w:lang w:val="pl-PL"/>
              </w:rPr>
            </w:pPr>
            <w:permStart w:id="1417301442" w:edGrp="everyone" w:colFirst="5" w:colLast="5"/>
            <w:permStart w:id="148181950" w:edGrp="everyone" w:colFirst="6" w:colLast="6"/>
            <w:permStart w:id="359560366" w:edGrp="everyone" w:colFirst="7" w:colLast="7"/>
            <w:permStart w:id="1525959456" w:edGrp="everyone" w:colFirst="8" w:colLast="8"/>
            <w:permStart w:id="1667891458" w:edGrp="everyone" w:colFirst="9" w:colLast="9"/>
            <w:permStart w:id="105522411" w:edGrp="everyone" w:colFirst="10" w:colLast="10"/>
            <w:permEnd w:id="826440503"/>
            <w:permEnd w:id="1876975925"/>
            <w:permEnd w:id="1667381797"/>
            <w:permEnd w:id="1458270831"/>
            <w:permEnd w:id="1138113371"/>
            <w:permEnd w:id="747642295"/>
            <w:r w:rsidRPr="00161078">
              <w:rPr>
                <w:sz w:val="16"/>
                <w:lang w:val="pl-PL"/>
              </w:rPr>
              <w:t>8</w:t>
            </w:r>
          </w:p>
        </w:tc>
        <w:tc>
          <w:tcPr>
            <w:tcW w:w="2682" w:type="dxa"/>
            <w:vAlign w:val="center"/>
          </w:tcPr>
          <w:p w14:paraId="166898C7" w14:textId="77777777" w:rsidR="001512C8" w:rsidRPr="009074EB" w:rsidRDefault="00443F1E">
            <w:pPr>
              <w:spacing w:before="20" w:after="20"/>
              <w:jc w:val="left"/>
            </w:pPr>
            <w:r w:rsidRPr="009074EB">
              <w:rPr>
                <w:sz w:val="16"/>
              </w:rPr>
              <w:t>Spiros to Q-</w:t>
            </w:r>
            <w:proofErr w:type="spellStart"/>
            <w:r w:rsidRPr="009074EB">
              <w:rPr>
                <w:sz w:val="16"/>
              </w:rPr>
              <w:t>Syte</w:t>
            </w:r>
            <w:proofErr w:type="spellEnd"/>
            <w:r w:rsidRPr="009074EB">
              <w:rPr>
                <w:sz w:val="16"/>
              </w:rPr>
              <w:t xml:space="preserve"> Adapter Line, 300mm</w:t>
            </w:r>
          </w:p>
        </w:tc>
        <w:tc>
          <w:tcPr>
            <w:tcW w:w="1276" w:type="dxa"/>
            <w:vAlign w:val="center"/>
          </w:tcPr>
          <w:p w14:paraId="45B9BAEC"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0144C528"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464C45B4" w14:textId="77777777" w:rsidR="001512C8" w:rsidRPr="00161078" w:rsidRDefault="00056A14">
            <w:pPr>
              <w:spacing w:before="20" w:after="20"/>
              <w:jc w:val="center"/>
              <w:rPr>
                <w:lang w:val="pl-PL"/>
              </w:rPr>
            </w:pPr>
            <w:r>
              <w:rPr>
                <w:sz w:val="16"/>
                <w:lang w:val="pl-PL"/>
              </w:rPr>
              <w:t>54</w:t>
            </w:r>
          </w:p>
        </w:tc>
        <w:tc>
          <w:tcPr>
            <w:tcW w:w="1250" w:type="dxa"/>
            <w:vAlign w:val="center"/>
          </w:tcPr>
          <w:p w14:paraId="771AF0BE" w14:textId="77777777" w:rsidR="001512C8" w:rsidRPr="00161078" w:rsidRDefault="001512C8">
            <w:pPr>
              <w:spacing w:before="20" w:after="20"/>
              <w:jc w:val="center"/>
              <w:rPr>
                <w:lang w:val="pl-PL"/>
              </w:rPr>
            </w:pPr>
          </w:p>
        </w:tc>
        <w:tc>
          <w:tcPr>
            <w:tcW w:w="620" w:type="dxa"/>
            <w:vAlign w:val="center"/>
          </w:tcPr>
          <w:p w14:paraId="5F9292F8" w14:textId="77777777" w:rsidR="001512C8" w:rsidRPr="00161078" w:rsidRDefault="001512C8">
            <w:pPr>
              <w:spacing w:before="20" w:after="20"/>
              <w:jc w:val="center"/>
              <w:rPr>
                <w:lang w:val="pl-PL"/>
              </w:rPr>
            </w:pPr>
          </w:p>
        </w:tc>
        <w:tc>
          <w:tcPr>
            <w:tcW w:w="1250" w:type="dxa"/>
            <w:vAlign w:val="center"/>
          </w:tcPr>
          <w:p w14:paraId="151D2E4E" w14:textId="77777777" w:rsidR="001512C8" w:rsidRPr="00161078" w:rsidRDefault="001512C8">
            <w:pPr>
              <w:spacing w:before="20" w:after="20"/>
              <w:jc w:val="center"/>
              <w:rPr>
                <w:lang w:val="pl-PL"/>
              </w:rPr>
            </w:pPr>
          </w:p>
        </w:tc>
        <w:tc>
          <w:tcPr>
            <w:tcW w:w="1350" w:type="dxa"/>
            <w:vAlign w:val="center"/>
          </w:tcPr>
          <w:p w14:paraId="1B8623A1" w14:textId="77777777" w:rsidR="001512C8" w:rsidRPr="00161078" w:rsidRDefault="001512C8">
            <w:pPr>
              <w:spacing w:before="20" w:after="20"/>
              <w:jc w:val="center"/>
              <w:rPr>
                <w:lang w:val="pl-PL"/>
              </w:rPr>
            </w:pPr>
          </w:p>
        </w:tc>
        <w:tc>
          <w:tcPr>
            <w:tcW w:w="1350" w:type="dxa"/>
            <w:vAlign w:val="center"/>
          </w:tcPr>
          <w:p w14:paraId="0411A14C" w14:textId="77777777" w:rsidR="001512C8" w:rsidRPr="00161078" w:rsidRDefault="001512C8">
            <w:pPr>
              <w:spacing w:before="20" w:after="20"/>
              <w:jc w:val="center"/>
              <w:rPr>
                <w:lang w:val="pl-PL"/>
              </w:rPr>
            </w:pPr>
          </w:p>
        </w:tc>
      </w:tr>
      <w:tr w:rsidR="001512C8" w:rsidRPr="00161078" w14:paraId="086056CC" w14:textId="77777777" w:rsidTr="00CF0713">
        <w:trPr>
          <w:jc w:val="center"/>
        </w:trPr>
        <w:tc>
          <w:tcPr>
            <w:tcW w:w="420" w:type="dxa"/>
            <w:vAlign w:val="center"/>
          </w:tcPr>
          <w:p w14:paraId="5A734739" w14:textId="77777777" w:rsidR="001512C8" w:rsidRPr="00161078" w:rsidRDefault="00443F1E">
            <w:pPr>
              <w:spacing w:before="20" w:after="20"/>
              <w:jc w:val="center"/>
              <w:rPr>
                <w:lang w:val="pl-PL"/>
              </w:rPr>
            </w:pPr>
            <w:permStart w:id="518783623" w:edGrp="everyone" w:colFirst="5" w:colLast="5"/>
            <w:permStart w:id="1160514338" w:edGrp="everyone" w:colFirst="6" w:colLast="6"/>
            <w:permStart w:id="539650742" w:edGrp="everyone" w:colFirst="7" w:colLast="7"/>
            <w:permStart w:id="10235432" w:edGrp="everyone" w:colFirst="8" w:colLast="8"/>
            <w:permStart w:id="1166151682" w:edGrp="everyone" w:colFirst="9" w:colLast="9"/>
            <w:permStart w:id="219758659" w:edGrp="everyone" w:colFirst="10" w:colLast="10"/>
            <w:permEnd w:id="1417301442"/>
            <w:permEnd w:id="148181950"/>
            <w:permEnd w:id="359560366"/>
            <w:permEnd w:id="1525959456"/>
            <w:permEnd w:id="1667891458"/>
            <w:permEnd w:id="105522411"/>
            <w:r w:rsidRPr="00161078">
              <w:rPr>
                <w:sz w:val="16"/>
                <w:lang w:val="pl-PL"/>
              </w:rPr>
              <w:t>9</w:t>
            </w:r>
          </w:p>
        </w:tc>
        <w:tc>
          <w:tcPr>
            <w:tcW w:w="2682" w:type="dxa"/>
            <w:vAlign w:val="center"/>
          </w:tcPr>
          <w:p w14:paraId="138046DA" w14:textId="77777777" w:rsidR="001512C8" w:rsidRPr="009074EB" w:rsidRDefault="00443F1E">
            <w:pPr>
              <w:spacing w:before="20" w:after="20"/>
              <w:jc w:val="left"/>
            </w:pPr>
            <w:r w:rsidRPr="009074EB">
              <w:rPr>
                <w:sz w:val="16"/>
              </w:rPr>
              <w:t>Q-</w:t>
            </w:r>
            <w:proofErr w:type="spellStart"/>
            <w:r w:rsidRPr="009074EB">
              <w:rPr>
                <w:sz w:val="16"/>
              </w:rPr>
              <w:t>Syte</w:t>
            </w:r>
            <w:proofErr w:type="spellEnd"/>
            <w:r w:rsidRPr="009074EB">
              <w:rPr>
                <w:sz w:val="16"/>
              </w:rPr>
              <w:t xml:space="preserve"> to Q-</w:t>
            </w:r>
            <w:proofErr w:type="spellStart"/>
            <w:r w:rsidRPr="009074EB">
              <w:rPr>
                <w:sz w:val="16"/>
              </w:rPr>
              <w:t>Syte</w:t>
            </w:r>
            <w:proofErr w:type="spellEnd"/>
            <w:r w:rsidRPr="009074EB">
              <w:rPr>
                <w:sz w:val="16"/>
              </w:rPr>
              <w:t xml:space="preserve"> Adapter Line,  300mm</w:t>
            </w:r>
          </w:p>
        </w:tc>
        <w:tc>
          <w:tcPr>
            <w:tcW w:w="1276" w:type="dxa"/>
            <w:vAlign w:val="center"/>
          </w:tcPr>
          <w:p w14:paraId="3B2AD750"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7592E1CA"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1EECF866" w14:textId="77777777" w:rsidR="001512C8" w:rsidRPr="00161078" w:rsidRDefault="00056A14">
            <w:pPr>
              <w:spacing w:before="20" w:after="20"/>
              <w:jc w:val="center"/>
              <w:rPr>
                <w:lang w:val="pl-PL"/>
              </w:rPr>
            </w:pPr>
            <w:r>
              <w:rPr>
                <w:sz w:val="16"/>
                <w:lang w:val="pl-PL"/>
              </w:rPr>
              <w:t>9</w:t>
            </w:r>
          </w:p>
        </w:tc>
        <w:tc>
          <w:tcPr>
            <w:tcW w:w="1250" w:type="dxa"/>
            <w:vAlign w:val="center"/>
          </w:tcPr>
          <w:p w14:paraId="040217D5" w14:textId="77777777" w:rsidR="001512C8" w:rsidRPr="00161078" w:rsidRDefault="001512C8">
            <w:pPr>
              <w:spacing w:before="20" w:after="20"/>
              <w:jc w:val="center"/>
              <w:rPr>
                <w:lang w:val="pl-PL"/>
              </w:rPr>
            </w:pPr>
          </w:p>
        </w:tc>
        <w:tc>
          <w:tcPr>
            <w:tcW w:w="620" w:type="dxa"/>
            <w:vAlign w:val="center"/>
          </w:tcPr>
          <w:p w14:paraId="5F58F163" w14:textId="77777777" w:rsidR="001512C8" w:rsidRPr="00161078" w:rsidRDefault="001512C8">
            <w:pPr>
              <w:spacing w:before="20" w:after="20"/>
              <w:jc w:val="center"/>
              <w:rPr>
                <w:lang w:val="pl-PL"/>
              </w:rPr>
            </w:pPr>
          </w:p>
        </w:tc>
        <w:tc>
          <w:tcPr>
            <w:tcW w:w="1250" w:type="dxa"/>
            <w:vAlign w:val="center"/>
          </w:tcPr>
          <w:p w14:paraId="723146D7" w14:textId="77777777" w:rsidR="001512C8" w:rsidRPr="00161078" w:rsidRDefault="001512C8">
            <w:pPr>
              <w:spacing w:before="20" w:after="20"/>
              <w:jc w:val="center"/>
              <w:rPr>
                <w:lang w:val="pl-PL"/>
              </w:rPr>
            </w:pPr>
          </w:p>
        </w:tc>
        <w:tc>
          <w:tcPr>
            <w:tcW w:w="1350" w:type="dxa"/>
            <w:vAlign w:val="center"/>
          </w:tcPr>
          <w:p w14:paraId="6777AB2D" w14:textId="77777777" w:rsidR="001512C8" w:rsidRPr="00161078" w:rsidRDefault="001512C8">
            <w:pPr>
              <w:spacing w:before="20" w:after="20"/>
              <w:jc w:val="center"/>
              <w:rPr>
                <w:lang w:val="pl-PL"/>
              </w:rPr>
            </w:pPr>
          </w:p>
        </w:tc>
        <w:tc>
          <w:tcPr>
            <w:tcW w:w="1350" w:type="dxa"/>
            <w:vAlign w:val="center"/>
          </w:tcPr>
          <w:p w14:paraId="74EECDF6" w14:textId="77777777" w:rsidR="001512C8" w:rsidRPr="00161078" w:rsidRDefault="001512C8">
            <w:pPr>
              <w:spacing w:before="20" w:after="20"/>
              <w:jc w:val="center"/>
              <w:rPr>
                <w:lang w:val="pl-PL"/>
              </w:rPr>
            </w:pPr>
          </w:p>
        </w:tc>
      </w:tr>
      <w:tr w:rsidR="001512C8" w:rsidRPr="00161078" w14:paraId="49A83E03" w14:textId="77777777" w:rsidTr="00CF0713">
        <w:trPr>
          <w:jc w:val="center"/>
        </w:trPr>
        <w:tc>
          <w:tcPr>
            <w:tcW w:w="420" w:type="dxa"/>
            <w:vAlign w:val="center"/>
          </w:tcPr>
          <w:p w14:paraId="72EE9078" w14:textId="77777777" w:rsidR="001512C8" w:rsidRPr="00161078" w:rsidRDefault="00443F1E">
            <w:pPr>
              <w:spacing w:before="20" w:after="20"/>
              <w:jc w:val="center"/>
              <w:rPr>
                <w:lang w:val="pl-PL"/>
              </w:rPr>
            </w:pPr>
            <w:permStart w:id="1026234820" w:edGrp="everyone" w:colFirst="5" w:colLast="5"/>
            <w:permStart w:id="1940605706" w:edGrp="everyone" w:colFirst="6" w:colLast="6"/>
            <w:permStart w:id="952059205" w:edGrp="everyone" w:colFirst="7" w:colLast="7"/>
            <w:permStart w:id="1457273317" w:edGrp="everyone" w:colFirst="8" w:colLast="8"/>
            <w:permStart w:id="1654850231" w:edGrp="everyone" w:colFirst="9" w:colLast="9"/>
            <w:permStart w:id="777476322" w:edGrp="everyone" w:colFirst="10" w:colLast="10"/>
            <w:permEnd w:id="518783623"/>
            <w:permEnd w:id="1160514338"/>
            <w:permEnd w:id="539650742"/>
            <w:permEnd w:id="10235432"/>
            <w:permEnd w:id="1166151682"/>
            <w:permEnd w:id="219758659"/>
            <w:r w:rsidRPr="00161078">
              <w:rPr>
                <w:sz w:val="16"/>
                <w:lang w:val="pl-PL"/>
              </w:rPr>
              <w:t>10</w:t>
            </w:r>
          </w:p>
        </w:tc>
        <w:tc>
          <w:tcPr>
            <w:tcW w:w="2682" w:type="dxa"/>
            <w:vAlign w:val="center"/>
          </w:tcPr>
          <w:p w14:paraId="45294CEC" w14:textId="77777777" w:rsidR="001512C8" w:rsidRPr="00161078" w:rsidRDefault="00443F1E">
            <w:pPr>
              <w:spacing w:before="20" w:after="20"/>
              <w:jc w:val="left"/>
              <w:rPr>
                <w:lang w:val="pl-PL"/>
              </w:rPr>
            </w:pPr>
            <w:r w:rsidRPr="00161078">
              <w:rPr>
                <w:sz w:val="16"/>
                <w:lang w:val="pl-PL"/>
              </w:rPr>
              <w:t xml:space="preserve">Extension </w:t>
            </w:r>
            <w:proofErr w:type="spellStart"/>
            <w:r w:rsidRPr="00161078">
              <w:rPr>
                <w:sz w:val="16"/>
                <w:lang w:val="pl-PL"/>
              </w:rPr>
              <w:t>line</w:t>
            </w:r>
            <w:proofErr w:type="spellEnd"/>
            <w:r w:rsidRPr="00161078">
              <w:rPr>
                <w:sz w:val="16"/>
                <w:lang w:val="pl-PL"/>
              </w:rPr>
              <w:t xml:space="preserve"> - 150mm</w:t>
            </w:r>
          </w:p>
        </w:tc>
        <w:tc>
          <w:tcPr>
            <w:tcW w:w="1276" w:type="dxa"/>
            <w:vAlign w:val="center"/>
          </w:tcPr>
          <w:p w14:paraId="5C78C0FD"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1F90A026"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0A5C9D69" w14:textId="77777777" w:rsidR="001512C8" w:rsidRPr="00161078" w:rsidRDefault="00056A14">
            <w:pPr>
              <w:spacing w:before="20" w:after="20"/>
              <w:jc w:val="center"/>
              <w:rPr>
                <w:lang w:val="pl-PL"/>
              </w:rPr>
            </w:pPr>
            <w:r>
              <w:rPr>
                <w:sz w:val="16"/>
                <w:lang w:val="pl-PL"/>
              </w:rPr>
              <w:t>72</w:t>
            </w:r>
          </w:p>
        </w:tc>
        <w:tc>
          <w:tcPr>
            <w:tcW w:w="1250" w:type="dxa"/>
            <w:vAlign w:val="center"/>
          </w:tcPr>
          <w:p w14:paraId="1E0F8330" w14:textId="77777777" w:rsidR="001512C8" w:rsidRPr="00161078" w:rsidRDefault="001512C8">
            <w:pPr>
              <w:spacing w:before="20" w:after="20"/>
              <w:jc w:val="center"/>
              <w:rPr>
                <w:lang w:val="pl-PL"/>
              </w:rPr>
            </w:pPr>
          </w:p>
        </w:tc>
        <w:tc>
          <w:tcPr>
            <w:tcW w:w="620" w:type="dxa"/>
            <w:vAlign w:val="center"/>
          </w:tcPr>
          <w:p w14:paraId="54288B33" w14:textId="77777777" w:rsidR="001512C8" w:rsidRPr="00161078" w:rsidRDefault="001512C8">
            <w:pPr>
              <w:spacing w:before="20" w:after="20"/>
              <w:jc w:val="center"/>
              <w:rPr>
                <w:lang w:val="pl-PL"/>
              </w:rPr>
            </w:pPr>
          </w:p>
        </w:tc>
        <w:tc>
          <w:tcPr>
            <w:tcW w:w="1250" w:type="dxa"/>
            <w:vAlign w:val="center"/>
          </w:tcPr>
          <w:p w14:paraId="3270F74C" w14:textId="77777777" w:rsidR="001512C8" w:rsidRPr="00161078" w:rsidRDefault="001512C8">
            <w:pPr>
              <w:spacing w:before="20" w:after="20"/>
              <w:jc w:val="center"/>
              <w:rPr>
                <w:lang w:val="pl-PL"/>
              </w:rPr>
            </w:pPr>
          </w:p>
        </w:tc>
        <w:tc>
          <w:tcPr>
            <w:tcW w:w="1350" w:type="dxa"/>
            <w:vAlign w:val="center"/>
          </w:tcPr>
          <w:p w14:paraId="32CBFB4C" w14:textId="77777777" w:rsidR="001512C8" w:rsidRPr="00161078" w:rsidRDefault="001512C8">
            <w:pPr>
              <w:spacing w:before="20" w:after="20"/>
              <w:jc w:val="center"/>
              <w:rPr>
                <w:lang w:val="pl-PL"/>
              </w:rPr>
            </w:pPr>
          </w:p>
        </w:tc>
        <w:tc>
          <w:tcPr>
            <w:tcW w:w="1350" w:type="dxa"/>
            <w:vAlign w:val="center"/>
          </w:tcPr>
          <w:p w14:paraId="56746089"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928153449" w:edGrp="everyone" w:colFirst="1" w:colLast="1"/>
            <w:permStart w:id="314669968" w:edGrp="everyone" w:colFirst="2" w:colLast="2"/>
            <w:permEnd w:id="1026234820"/>
            <w:permEnd w:id="1940605706"/>
            <w:permEnd w:id="952059205"/>
            <w:permEnd w:id="1457273317"/>
            <w:permEnd w:id="1654850231"/>
            <w:permEnd w:id="777476322"/>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928153449"/>
      <w:permEnd w:id="314669968"/>
    </w:tbl>
    <w:p w14:paraId="64DA07F9" w14:textId="77777777" w:rsidR="001512C8" w:rsidRPr="00161078" w:rsidRDefault="001512C8">
      <w:pPr>
        <w:spacing w:after="40"/>
        <w:rPr>
          <w:lang w:val="pl-PL"/>
        </w:rPr>
      </w:pPr>
    </w:p>
    <w:p w14:paraId="1B70D5BE" w14:textId="4554E2C8"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9074EB">
        <w:rPr>
          <w:i/>
          <w:sz w:val="18"/>
          <w:lang w:val="pl-PL"/>
        </w:rPr>
        <w:t xml:space="preserve">  Ceny należy podać w walucie oferty, wskazując walutę. Oferty w walucie innej niż PLN zostaną przeliczone na PLN według średniego kursu NBP z dnia </w:t>
      </w:r>
      <w:r w:rsidR="00B15FD7">
        <w:rPr>
          <w:i/>
          <w:sz w:val="18"/>
          <w:lang w:val="pl-PL"/>
        </w:rPr>
        <w:t xml:space="preserve">terminu </w:t>
      </w:r>
      <w:r w:rsidRPr="009074EB">
        <w:rPr>
          <w:i/>
          <w:sz w:val="18"/>
          <w:lang w:val="pl-PL"/>
        </w:rPr>
        <w:t>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lastRenderedPageBreak/>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48E5ABC"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9C2722">
        <w:rPr>
          <w:lang w:val="pl-PL"/>
        </w:rPr>
        <w:t>9</w:t>
      </w:r>
      <w:r w:rsidR="00C86981">
        <w:rPr>
          <w:lang w:val="pl-PL"/>
        </w:rPr>
        <w:t>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716644157" w:edGrp="everyone"/>
      <w:r w:rsidRPr="00161078">
        <w:rPr>
          <w:lang w:val="pl-PL"/>
        </w:rPr>
        <w:t>...............................................</w:t>
      </w:r>
    </w:p>
    <w:permEnd w:id="716644157"/>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3E61B410" w:rsidR="001512C8" w:rsidRPr="00161078" w:rsidRDefault="00443F1E">
      <w:pPr>
        <w:spacing w:after="80"/>
        <w:rPr>
          <w:lang w:val="pl-PL"/>
        </w:rPr>
      </w:pPr>
      <w:r w:rsidRPr="00161078">
        <w:rPr>
          <w:lang w:val="pl-PL"/>
        </w:rPr>
        <w:t>Składając ofertę do zapytania ofertowego na sukcesywną dostawę materiałów zużywalnych</w:t>
      </w:r>
      <w:r w:rsidR="00464928">
        <w:rPr>
          <w:lang w:val="pl-PL"/>
        </w:rPr>
        <w:t xml:space="preserve"> </w:t>
      </w:r>
      <w:r w:rsidRPr="00161078">
        <w:rPr>
          <w:lang w:val="pl-PL"/>
        </w:rPr>
        <w:t>– grupa 7,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
    <w:p w14:paraId="598FAA95" w14:textId="77777777" w:rsidR="001512C8" w:rsidRPr="00161078" w:rsidRDefault="00443F1E">
      <w:pPr>
        <w:spacing w:after="0"/>
        <w:jc w:val="center"/>
        <w:rPr>
          <w:lang w:val="pl-PL"/>
        </w:rPr>
      </w:pPr>
      <w:permStart w:id="1495363843" w:edGrp="everyone"/>
      <w:r w:rsidRPr="00161078">
        <w:rPr>
          <w:lang w:val="pl-PL"/>
        </w:rPr>
        <w:t>...............................................          ...............................................</w:t>
      </w:r>
    </w:p>
    <w:permEnd w:id="1495363843"/>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1781990929" w:edGrp="everyone"/>
      <w:r w:rsidRPr="00161078">
        <w:rPr>
          <w:lang w:val="pl-PL"/>
        </w:rPr>
        <w:t>...............................................          ...............................................</w:t>
      </w:r>
    </w:p>
    <w:permEnd w:id="1781990929"/>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1C08AAD1" w:rsidR="001512C8" w:rsidRPr="00161078" w:rsidRDefault="00443F1E">
      <w:pPr>
        <w:spacing w:after="80"/>
        <w:ind w:left="340" w:hanging="227"/>
        <w:rPr>
          <w:lang w:val="pl-PL"/>
        </w:rPr>
      </w:pPr>
      <w:r w:rsidRPr="00161078">
        <w:rPr>
          <w:lang w:val="pl-PL"/>
        </w:rPr>
        <w:t>–  Przedmiotem umowy jest sukcesywna dostawa materiałów zużywalnych</w:t>
      </w:r>
      <w:r w:rsidR="00464928">
        <w:rPr>
          <w:lang w:val="pl-PL"/>
        </w:rPr>
        <w:t xml:space="preserve"> </w:t>
      </w:r>
      <w:r w:rsidRPr="00161078">
        <w:rPr>
          <w:lang w:val="pl-PL"/>
        </w:rPr>
        <w:t>– grupa 7, zgodnie z zapytaniem ofertowym i ofertą Wykonawcy. Umowa zostaje zawarta na okres 12 miesięcy od dnia jej zawarcia.</w:t>
      </w:r>
    </w:p>
    <w:p w14:paraId="3B951F95" w14:textId="49D14055"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w:t>
      </w:r>
      <w:r w:rsidRPr="002D1827">
        <w:rPr>
          <w:lang w:val="pl-PL"/>
        </w:rPr>
        <w:t xml:space="preserve">do </w:t>
      </w:r>
      <w:r w:rsidR="009942F3" w:rsidRPr="002D1827">
        <w:rPr>
          <w:lang w:val="pl-PL"/>
        </w:rPr>
        <w:t>9</w:t>
      </w:r>
      <w:r w:rsidR="00A912C4" w:rsidRPr="002D1827">
        <w:rPr>
          <w:lang w:val="pl-PL"/>
        </w:rPr>
        <w:t>0</w:t>
      </w:r>
      <w:r w:rsidRPr="002D1827">
        <w:rPr>
          <w:lang w:val="pl-PL"/>
        </w:rPr>
        <w:t xml:space="preserve"> dni roboczych</w:t>
      </w:r>
      <w:r w:rsidRPr="00161078">
        <w:rPr>
          <w:lang w:val="pl-PL"/>
        </w:rPr>
        <w:t xml:space="preserve">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C17C" w14:textId="77777777" w:rsidR="00F96592" w:rsidRDefault="00F96592" w:rsidP="007A5F46">
      <w:pPr>
        <w:spacing w:after="0" w:line="240" w:lineRule="auto"/>
      </w:pPr>
      <w:r>
        <w:separator/>
      </w:r>
    </w:p>
  </w:endnote>
  <w:endnote w:type="continuationSeparator" w:id="0">
    <w:p w14:paraId="66547E85" w14:textId="77777777" w:rsidR="00F96592" w:rsidRDefault="00F96592"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43190" w14:textId="77777777" w:rsidR="00F96592" w:rsidRDefault="00F96592" w:rsidP="007A5F46">
      <w:pPr>
        <w:spacing w:after="0" w:line="240" w:lineRule="auto"/>
      </w:pPr>
      <w:r>
        <w:separator/>
      </w:r>
    </w:p>
  </w:footnote>
  <w:footnote w:type="continuationSeparator" w:id="0">
    <w:p w14:paraId="14DC8088" w14:textId="77777777" w:rsidR="00F96592" w:rsidRDefault="00F96592"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sLIYnz3Appjpe1Z6WaPWF08rqfzmoTCVvUDSyvi6byrR18Di5497W0dahQx9v1wF04n65pDAfL/rJZI/M+Jmyw==" w:salt="Mf6e4AixR05mPhlcQ2nwEw=="/>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6063C"/>
    <w:rsid w:val="00081C05"/>
    <w:rsid w:val="00120102"/>
    <w:rsid w:val="0015074B"/>
    <w:rsid w:val="001512C8"/>
    <w:rsid w:val="00161078"/>
    <w:rsid w:val="0019327D"/>
    <w:rsid w:val="001B0B75"/>
    <w:rsid w:val="001C5855"/>
    <w:rsid w:val="001D65B2"/>
    <w:rsid w:val="001E50CD"/>
    <w:rsid w:val="00211EA2"/>
    <w:rsid w:val="00235FF4"/>
    <w:rsid w:val="002747C6"/>
    <w:rsid w:val="0029639D"/>
    <w:rsid w:val="002B2018"/>
    <w:rsid w:val="002B631F"/>
    <w:rsid w:val="002D1827"/>
    <w:rsid w:val="002E23B4"/>
    <w:rsid w:val="002F307D"/>
    <w:rsid w:val="003010EC"/>
    <w:rsid w:val="00307ED0"/>
    <w:rsid w:val="00326F90"/>
    <w:rsid w:val="00356CA4"/>
    <w:rsid w:val="00362F3A"/>
    <w:rsid w:val="003F7441"/>
    <w:rsid w:val="00400841"/>
    <w:rsid w:val="00413CED"/>
    <w:rsid w:val="00443F1E"/>
    <w:rsid w:val="004454D0"/>
    <w:rsid w:val="00446850"/>
    <w:rsid w:val="00464928"/>
    <w:rsid w:val="00471C1A"/>
    <w:rsid w:val="004E1C52"/>
    <w:rsid w:val="004E5ACF"/>
    <w:rsid w:val="00581A9A"/>
    <w:rsid w:val="00595ABB"/>
    <w:rsid w:val="005B3ADA"/>
    <w:rsid w:val="005D5D9D"/>
    <w:rsid w:val="005F358F"/>
    <w:rsid w:val="0062219F"/>
    <w:rsid w:val="00625CC2"/>
    <w:rsid w:val="0064032A"/>
    <w:rsid w:val="00690BB7"/>
    <w:rsid w:val="006E3F2A"/>
    <w:rsid w:val="006F66BD"/>
    <w:rsid w:val="0072607B"/>
    <w:rsid w:val="00756F5B"/>
    <w:rsid w:val="007778B7"/>
    <w:rsid w:val="00795294"/>
    <w:rsid w:val="007A5F46"/>
    <w:rsid w:val="007B582D"/>
    <w:rsid w:val="007D1D58"/>
    <w:rsid w:val="007E4033"/>
    <w:rsid w:val="007F6AC1"/>
    <w:rsid w:val="00892D92"/>
    <w:rsid w:val="008C78C8"/>
    <w:rsid w:val="00901B23"/>
    <w:rsid w:val="009050EF"/>
    <w:rsid w:val="009074EB"/>
    <w:rsid w:val="00990C14"/>
    <w:rsid w:val="0099136A"/>
    <w:rsid w:val="009942F3"/>
    <w:rsid w:val="009C2722"/>
    <w:rsid w:val="009D66A1"/>
    <w:rsid w:val="009E6F09"/>
    <w:rsid w:val="00A0693F"/>
    <w:rsid w:val="00A912C4"/>
    <w:rsid w:val="00AA1D8D"/>
    <w:rsid w:val="00AB387C"/>
    <w:rsid w:val="00B05E60"/>
    <w:rsid w:val="00B15FD7"/>
    <w:rsid w:val="00B31F59"/>
    <w:rsid w:val="00B32199"/>
    <w:rsid w:val="00B47730"/>
    <w:rsid w:val="00B75CE2"/>
    <w:rsid w:val="00B971E9"/>
    <w:rsid w:val="00BA3548"/>
    <w:rsid w:val="00BB5AA7"/>
    <w:rsid w:val="00C057E6"/>
    <w:rsid w:val="00C54363"/>
    <w:rsid w:val="00C649C2"/>
    <w:rsid w:val="00C853A3"/>
    <w:rsid w:val="00C86981"/>
    <w:rsid w:val="00CB0664"/>
    <w:rsid w:val="00CD7BA7"/>
    <w:rsid w:val="00CE5DDD"/>
    <w:rsid w:val="00CF0713"/>
    <w:rsid w:val="00D114C7"/>
    <w:rsid w:val="00D11F9D"/>
    <w:rsid w:val="00D35310"/>
    <w:rsid w:val="00D47F2A"/>
    <w:rsid w:val="00D65178"/>
    <w:rsid w:val="00D734E9"/>
    <w:rsid w:val="00D9726F"/>
    <w:rsid w:val="00DF68CB"/>
    <w:rsid w:val="00E31218"/>
    <w:rsid w:val="00E47DBB"/>
    <w:rsid w:val="00E758A1"/>
    <w:rsid w:val="00EA395C"/>
    <w:rsid w:val="00EC103B"/>
    <w:rsid w:val="00EE5DEC"/>
    <w:rsid w:val="00F25231"/>
    <w:rsid w:val="00F3420D"/>
    <w:rsid w:val="00F628E2"/>
    <w:rsid w:val="00F96592"/>
    <w:rsid w:val="00FC2C5E"/>
    <w:rsid w:val="00FC3097"/>
    <w:rsid w:val="00FC693F"/>
    <w:rsid w:val="00FF01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3153CC-DED1-455F-8CFF-BB18402DA374}">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1257</Words>
  <Characters>7543</Characters>
  <Application>Microsoft Office Word</Application>
  <DocSecurity>8</DocSecurity>
  <Lines>62</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6</cp:revision>
  <cp:lastPrinted>2026-10-20T06:33:00Z</cp:lastPrinted>
  <dcterms:created xsi:type="dcterms:W3CDTF">2026-10-20T06:33:00Z</dcterms:created>
  <dcterms:modified xsi:type="dcterms:W3CDTF">2026-10-20T07:22:00Z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