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97C4E" w14:textId="77777777" w:rsidR="001512C8" w:rsidRPr="00161078" w:rsidRDefault="00443F1E">
      <w:pPr>
        <w:jc w:val="right"/>
        <w:rPr>
          <w:lang w:val="pl-PL"/>
        </w:rPr>
      </w:pPr>
      <w:r w:rsidRPr="00161078">
        <w:rPr>
          <w:b/>
          <w:lang w:val="pl-PL"/>
        </w:rPr>
        <w:t>Załącznik nr 1 do Zapytania ofertowego</w:t>
      </w:r>
    </w:p>
    <w:p w14:paraId="70529C51" w14:textId="77777777" w:rsidR="001512C8" w:rsidRPr="00161078" w:rsidRDefault="00443F1E">
      <w:pPr>
        <w:spacing w:after="160"/>
        <w:jc w:val="center"/>
        <w:rPr>
          <w:lang w:val="pl-PL"/>
        </w:rPr>
      </w:pPr>
      <w:r w:rsidRPr="00161078">
        <w:rPr>
          <w:b/>
          <w:sz w:val="24"/>
          <w:lang w:val="pl-PL"/>
        </w:rPr>
        <w:t>FORMULARZ OFERTOWY</w:t>
      </w:r>
    </w:p>
    <w:p w14:paraId="2C43C36B" w14:textId="77777777" w:rsidR="001512C8" w:rsidRPr="00161078" w:rsidRDefault="00443F1E">
      <w:pPr>
        <w:spacing w:after="40"/>
        <w:rPr>
          <w:lang w:val="pl-PL"/>
        </w:rPr>
      </w:pPr>
      <w:r w:rsidRPr="00161078">
        <w:rPr>
          <w:lang w:val="pl-PL"/>
        </w:rPr>
        <w:t xml:space="preserve">Dane Wykonawcy: </w:t>
      </w:r>
      <w:permStart w:id="509443858" w:edGrp="everyone"/>
      <w:r w:rsidRPr="00161078">
        <w:rPr>
          <w:lang w:val="pl-PL"/>
        </w:rPr>
        <w:t xml:space="preserve">............................................................................................... </w:t>
      </w:r>
      <w:permEnd w:id="509443858"/>
      <w:r w:rsidRPr="00161078">
        <w:rPr>
          <w:lang w:val="pl-PL"/>
        </w:rPr>
        <w:t xml:space="preserve"> (nazwa i adres)</w:t>
      </w:r>
    </w:p>
    <w:p w14:paraId="3EAC9A3E" w14:textId="77777777" w:rsidR="001512C8" w:rsidRPr="00161078" w:rsidRDefault="00443F1E">
      <w:pPr>
        <w:rPr>
          <w:lang w:val="pl-PL"/>
        </w:rPr>
      </w:pPr>
      <w:r w:rsidRPr="00161078">
        <w:rPr>
          <w:lang w:val="pl-PL"/>
        </w:rPr>
        <w:t xml:space="preserve">NIP: </w:t>
      </w:r>
      <w:permStart w:id="2032997166" w:edGrp="everyone"/>
      <w:r w:rsidRPr="00161078">
        <w:rPr>
          <w:lang w:val="pl-PL"/>
        </w:rPr>
        <w:t>.............................</w:t>
      </w:r>
      <w:permEnd w:id="2032997166"/>
      <w:r w:rsidRPr="00161078">
        <w:rPr>
          <w:lang w:val="pl-PL"/>
        </w:rPr>
        <w:t xml:space="preserve">   tel.: .</w:t>
      </w:r>
      <w:permStart w:id="484835725" w:edGrp="everyone"/>
      <w:r w:rsidRPr="00161078">
        <w:rPr>
          <w:lang w:val="pl-PL"/>
        </w:rPr>
        <w:t>............................</w:t>
      </w:r>
      <w:permEnd w:id="484835725"/>
      <w:r w:rsidRPr="00161078">
        <w:rPr>
          <w:lang w:val="pl-PL"/>
        </w:rPr>
        <w:t xml:space="preserve">   e-mail: </w:t>
      </w:r>
      <w:permStart w:id="1860656373" w:edGrp="everyone"/>
      <w:r w:rsidRPr="00161078">
        <w:rPr>
          <w:lang w:val="pl-PL"/>
        </w:rPr>
        <w:t>.............................</w:t>
      </w:r>
      <w:permEnd w:id="1860656373"/>
    </w:p>
    <w:p w14:paraId="7EA6031A" w14:textId="470DFF97" w:rsidR="001512C8" w:rsidRPr="00161078" w:rsidRDefault="00443F1E">
      <w:pPr>
        <w:rPr>
          <w:lang w:val="pl-PL"/>
        </w:rPr>
      </w:pPr>
      <w:r w:rsidRPr="00161078">
        <w:rPr>
          <w:lang w:val="pl-PL"/>
        </w:rPr>
        <w:t xml:space="preserve">W nawiązaniu do zapytania ofertowego na sukcesywną dostawę materiałów zużywalnych i odczynników laboratoryjnych – grupa 6, do </w:t>
      </w:r>
      <w:proofErr w:type="spellStart"/>
      <w:r w:rsidR="00D11FD5">
        <w:rPr>
          <w:lang w:val="pl-PL"/>
        </w:rPr>
        <w:t>cytometrii</w:t>
      </w:r>
      <w:proofErr w:type="spellEnd"/>
      <w:r w:rsidR="00D11FD5">
        <w:rPr>
          <w:lang w:val="pl-PL"/>
        </w:rPr>
        <w:t xml:space="preserve"> przepływowej </w:t>
      </w:r>
      <w:r w:rsidRPr="00161078">
        <w:rPr>
          <w:lang w:val="pl-PL"/>
        </w:rPr>
        <w:t>na potrzeby Przedsiębiorstwa Farmaceutycznego LEK-AM Sp. z o.o. do realizacji projektu „VAX-TCAR”, oferujemy realizację przedmiotu zamówienia zgodnie z zapytaniem ofertowym, na warunkach określonych poniżej:</w:t>
      </w:r>
    </w:p>
    <w:tbl>
      <w:tblPr>
        <w:tblStyle w:val="Tabela-Siatka"/>
        <w:tblW w:w="0" w:type="auto"/>
        <w:jc w:val="center"/>
        <w:tblLayout w:type="fixed"/>
        <w:tblLook w:val="04A0" w:firstRow="1" w:lastRow="0" w:firstColumn="1" w:lastColumn="0" w:noHBand="0" w:noVBand="1"/>
      </w:tblPr>
      <w:tblGrid>
        <w:gridCol w:w="420"/>
        <w:gridCol w:w="4450"/>
        <w:gridCol w:w="1720"/>
        <w:gridCol w:w="640"/>
        <w:gridCol w:w="1260"/>
        <w:gridCol w:w="1250"/>
        <w:gridCol w:w="620"/>
        <w:gridCol w:w="1250"/>
        <w:gridCol w:w="1350"/>
        <w:gridCol w:w="1350"/>
      </w:tblGrid>
      <w:tr w:rsidR="001512C8" w:rsidRPr="00161078" w14:paraId="0C818EE2" w14:textId="77777777" w:rsidTr="00795294">
        <w:trPr>
          <w:tblHeader/>
          <w:jc w:val="center"/>
        </w:trPr>
        <w:tc>
          <w:tcPr>
            <w:tcW w:w="420" w:type="dxa"/>
            <w:shd w:val="clear" w:color="auto" w:fill="D9D9D9"/>
            <w:vAlign w:val="center"/>
          </w:tcPr>
          <w:p w14:paraId="41D200B2" w14:textId="77777777" w:rsidR="001512C8" w:rsidRPr="00161078" w:rsidRDefault="00443F1E">
            <w:pPr>
              <w:spacing w:before="20" w:after="20"/>
              <w:jc w:val="center"/>
              <w:rPr>
                <w:lang w:val="pl-PL"/>
              </w:rPr>
            </w:pPr>
            <w:r w:rsidRPr="00161078">
              <w:rPr>
                <w:b/>
                <w:sz w:val="16"/>
                <w:lang w:val="pl-PL"/>
              </w:rPr>
              <w:t>Lp.</w:t>
            </w:r>
          </w:p>
        </w:tc>
        <w:tc>
          <w:tcPr>
            <w:tcW w:w="4450" w:type="dxa"/>
            <w:shd w:val="clear" w:color="auto" w:fill="D9D9D9"/>
            <w:vAlign w:val="center"/>
          </w:tcPr>
          <w:p w14:paraId="30717712" w14:textId="77777777" w:rsidR="001512C8" w:rsidRPr="00161078" w:rsidRDefault="00443F1E">
            <w:pPr>
              <w:spacing w:before="20" w:after="20"/>
              <w:jc w:val="center"/>
              <w:rPr>
                <w:lang w:val="pl-PL"/>
              </w:rPr>
            </w:pPr>
            <w:r w:rsidRPr="00161078">
              <w:rPr>
                <w:b/>
                <w:sz w:val="16"/>
                <w:lang w:val="pl-PL"/>
              </w:rPr>
              <w:t>Nazwa asortymentu</w:t>
            </w:r>
          </w:p>
        </w:tc>
        <w:tc>
          <w:tcPr>
            <w:tcW w:w="1720" w:type="dxa"/>
            <w:shd w:val="clear" w:color="auto" w:fill="D9D9D9"/>
            <w:vAlign w:val="center"/>
          </w:tcPr>
          <w:p w14:paraId="0BF1AF2E" w14:textId="77777777" w:rsidR="001512C8" w:rsidRPr="00161078" w:rsidRDefault="00443F1E">
            <w:pPr>
              <w:spacing w:before="20" w:after="20"/>
              <w:jc w:val="center"/>
              <w:rPr>
                <w:lang w:val="pl-PL"/>
              </w:rPr>
            </w:pPr>
            <w:r w:rsidRPr="00161078">
              <w:rPr>
                <w:b/>
                <w:sz w:val="16"/>
                <w:lang w:val="pl-PL"/>
              </w:rPr>
              <w:t>Wielkość opak.</w:t>
            </w:r>
          </w:p>
        </w:tc>
        <w:tc>
          <w:tcPr>
            <w:tcW w:w="640" w:type="dxa"/>
            <w:shd w:val="clear" w:color="auto" w:fill="D9D9D9"/>
            <w:vAlign w:val="center"/>
          </w:tcPr>
          <w:p w14:paraId="51DA2FAE" w14:textId="77777777" w:rsidR="001512C8" w:rsidRPr="00161078" w:rsidRDefault="00443F1E">
            <w:pPr>
              <w:spacing w:before="20" w:after="20"/>
              <w:jc w:val="center"/>
              <w:rPr>
                <w:lang w:val="pl-PL"/>
              </w:rPr>
            </w:pPr>
            <w:r w:rsidRPr="00161078">
              <w:rPr>
                <w:b/>
                <w:sz w:val="16"/>
                <w:lang w:val="pl-PL"/>
              </w:rPr>
              <w:t>Jedn.</w:t>
            </w:r>
          </w:p>
        </w:tc>
        <w:tc>
          <w:tcPr>
            <w:tcW w:w="1260" w:type="dxa"/>
            <w:shd w:val="clear" w:color="auto" w:fill="D9D9D9"/>
            <w:vAlign w:val="center"/>
          </w:tcPr>
          <w:p w14:paraId="3A641A5A" w14:textId="74E1EC05" w:rsidR="001512C8" w:rsidRPr="00161078" w:rsidRDefault="00443F1E">
            <w:pPr>
              <w:spacing w:before="20" w:after="20"/>
              <w:jc w:val="center"/>
              <w:rPr>
                <w:lang w:val="pl-PL"/>
              </w:rPr>
            </w:pPr>
            <w:r w:rsidRPr="00161078">
              <w:rPr>
                <w:b/>
                <w:sz w:val="16"/>
                <w:lang w:val="pl-PL"/>
              </w:rPr>
              <w:t xml:space="preserve">Ilość </w:t>
            </w:r>
            <w:r w:rsidR="00795294" w:rsidRPr="00161078">
              <w:rPr>
                <w:b/>
                <w:sz w:val="16"/>
                <w:lang w:val="pl-PL"/>
              </w:rPr>
              <w:t>przewidywana</w:t>
            </w:r>
            <w:r w:rsidRPr="00161078">
              <w:rPr>
                <w:b/>
                <w:sz w:val="16"/>
                <w:lang w:val="pl-PL"/>
              </w:rPr>
              <w:t>.</w:t>
            </w:r>
          </w:p>
          <w:p w14:paraId="2D53B701" w14:textId="77777777" w:rsidR="001512C8" w:rsidRPr="00161078" w:rsidRDefault="00443F1E">
            <w:pPr>
              <w:spacing w:before="20" w:after="20"/>
              <w:jc w:val="center"/>
              <w:rPr>
                <w:lang w:val="pl-PL"/>
              </w:rPr>
            </w:pPr>
            <w:r w:rsidRPr="00161078">
              <w:rPr>
                <w:b/>
                <w:sz w:val="16"/>
                <w:lang w:val="pl-PL"/>
              </w:rPr>
              <w:t>(12 m-</w:t>
            </w:r>
            <w:proofErr w:type="spellStart"/>
            <w:r w:rsidRPr="00161078">
              <w:rPr>
                <w:b/>
                <w:sz w:val="16"/>
                <w:lang w:val="pl-PL"/>
              </w:rPr>
              <w:t>cy</w:t>
            </w:r>
            <w:proofErr w:type="spellEnd"/>
            <w:r w:rsidRPr="00161078">
              <w:rPr>
                <w:b/>
                <w:sz w:val="16"/>
                <w:lang w:val="pl-PL"/>
              </w:rPr>
              <w:t>)</w:t>
            </w:r>
          </w:p>
        </w:tc>
        <w:tc>
          <w:tcPr>
            <w:tcW w:w="1250" w:type="dxa"/>
            <w:shd w:val="clear" w:color="auto" w:fill="D9D9D9"/>
            <w:vAlign w:val="center"/>
          </w:tcPr>
          <w:p w14:paraId="46845B06" w14:textId="77777777" w:rsidR="001512C8" w:rsidRPr="00161078" w:rsidRDefault="00443F1E">
            <w:pPr>
              <w:spacing w:before="20" w:after="20"/>
              <w:jc w:val="center"/>
              <w:rPr>
                <w:lang w:val="pl-PL"/>
              </w:rPr>
            </w:pPr>
            <w:r w:rsidRPr="00161078">
              <w:rPr>
                <w:b/>
                <w:sz w:val="16"/>
                <w:lang w:val="pl-PL"/>
              </w:rPr>
              <w:t>Cena jedn. netto [waluta]</w:t>
            </w:r>
          </w:p>
        </w:tc>
        <w:tc>
          <w:tcPr>
            <w:tcW w:w="620" w:type="dxa"/>
            <w:shd w:val="clear" w:color="auto" w:fill="D9D9D9"/>
            <w:vAlign w:val="center"/>
          </w:tcPr>
          <w:p w14:paraId="5EA4DEE7" w14:textId="77777777" w:rsidR="001512C8" w:rsidRPr="00161078" w:rsidRDefault="00443F1E">
            <w:pPr>
              <w:spacing w:before="20" w:after="20"/>
              <w:jc w:val="center"/>
              <w:rPr>
                <w:lang w:val="pl-PL"/>
              </w:rPr>
            </w:pPr>
            <w:r w:rsidRPr="00161078">
              <w:rPr>
                <w:b/>
                <w:sz w:val="16"/>
                <w:lang w:val="pl-PL"/>
              </w:rPr>
              <w:t>VAT [%]</w:t>
            </w:r>
          </w:p>
        </w:tc>
        <w:tc>
          <w:tcPr>
            <w:tcW w:w="1250" w:type="dxa"/>
            <w:shd w:val="clear" w:color="auto" w:fill="D9D9D9"/>
            <w:vAlign w:val="center"/>
          </w:tcPr>
          <w:p w14:paraId="76082911" w14:textId="77777777" w:rsidR="001512C8" w:rsidRPr="00161078" w:rsidRDefault="00443F1E">
            <w:pPr>
              <w:spacing w:before="20" w:after="20"/>
              <w:jc w:val="center"/>
              <w:rPr>
                <w:lang w:val="pl-PL"/>
              </w:rPr>
            </w:pPr>
            <w:r w:rsidRPr="00161078">
              <w:rPr>
                <w:b/>
                <w:sz w:val="16"/>
                <w:lang w:val="pl-PL"/>
              </w:rPr>
              <w:t>Cena jedn. brutto [waluta]</w:t>
            </w:r>
          </w:p>
        </w:tc>
        <w:tc>
          <w:tcPr>
            <w:tcW w:w="1350" w:type="dxa"/>
            <w:shd w:val="clear" w:color="auto" w:fill="D9D9D9"/>
            <w:vAlign w:val="center"/>
          </w:tcPr>
          <w:p w14:paraId="321C799F" w14:textId="77777777" w:rsidR="001512C8" w:rsidRPr="00161078" w:rsidRDefault="00443F1E">
            <w:pPr>
              <w:spacing w:before="20" w:after="20"/>
              <w:jc w:val="center"/>
              <w:rPr>
                <w:lang w:val="pl-PL"/>
              </w:rPr>
            </w:pPr>
            <w:r w:rsidRPr="00161078">
              <w:rPr>
                <w:b/>
                <w:sz w:val="16"/>
                <w:lang w:val="pl-PL"/>
              </w:rPr>
              <w:t>Wartość netto [waluta]</w:t>
            </w:r>
          </w:p>
        </w:tc>
        <w:tc>
          <w:tcPr>
            <w:tcW w:w="1350" w:type="dxa"/>
            <w:shd w:val="clear" w:color="auto" w:fill="D9D9D9"/>
            <w:vAlign w:val="center"/>
          </w:tcPr>
          <w:p w14:paraId="097299C3" w14:textId="77777777" w:rsidR="001512C8" w:rsidRPr="00161078" w:rsidRDefault="00443F1E">
            <w:pPr>
              <w:spacing w:before="20" w:after="20"/>
              <w:jc w:val="center"/>
              <w:rPr>
                <w:lang w:val="pl-PL"/>
              </w:rPr>
            </w:pPr>
            <w:r w:rsidRPr="00161078">
              <w:rPr>
                <w:b/>
                <w:sz w:val="16"/>
                <w:lang w:val="pl-PL"/>
              </w:rPr>
              <w:t>Wartość brutto [waluta]</w:t>
            </w:r>
          </w:p>
        </w:tc>
      </w:tr>
      <w:tr w:rsidR="001512C8" w:rsidRPr="00161078" w14:paraId="2200A52C" w14:textId="77777777" w:rsidTr="00795294">
        <w:trPr>
          <w:jc w:val="center"/>
        </w:trPr>
        <w:tc>
          <w:tcPr>
            <w:tcW w:w="420" w:type="dxa"/>
            <w:vAlign w:val="center"/>
          </w:tcPr>
          <w:p w14:paraId="61531AB0" w14:textId="77777777" w:rsidR="001512C8" w:rsidRPr="00161078" w:rsidRDefault="00443F1E">
            <w:pPr>
              <w:spacing w:before="20" w:after="20"/>
              <w:jc w:val="center"/>
              <w:rPr>
                <w:lang w:val="pl-PL"/>
              </w:rPr>
            </w:pPr>
            <w:permStart w:id="2027910651" w:edGrp="everyone" w:colFirst="5" w:colLast="5"/>
            <w:permStart w:id="1196120024" w:edGrp="everyone" w:colFirst="6" w:colLast="6"/>
            <w:permStart w:id="1327454522" w:edGrp="everyone" w:colFirst="7" w:colLast="7"/>
            <w:permStart w:id="1604595660" w:edGrp="everyone" w:colFirst="8" w:colLast="8"/>
            <w:permStart w:id="2098417351" w:edGrp="everyone" w:colFirst="9" w:colLast="9"/>
            <w:r w:rsidRPr="00161078">
              <w:rPr>
                <w:sz w:val="16"/>
                <w:lang w:val="pl-PL"/>
              </w:rPr>
              <w:t>1</w:t>
            </w:r>
          </w:p>
        </w:tc>
        <w:tc>
          <w:tcPr>
            <w:tcW w:w="4450" w:type="dxa"/>
            <w:vAlign w:val="center"/>
          </w:tcPr>
          <w:p w14:paraId="4C33C0AE" w14:textId="77777777" w:rsidR="001512C8" w:rsidRPr="00161078" w:rsidRDefault="00443F1E">
            <w:pPr>
              <w:spacing w:before="20" w:after="20"/>
              <w:jc w:val="left"/>
              <w:rPr>
                <w:lang w:val="pl-PL"/>
              </w:rPr>
            </w:pPr>
            <w:r w:rsidRPr="00161078">
              <w:rPr>
                <w:sz w:val="16"/>
                <w:lang w:val="pl-PL"/>
              </w:rPr>
              <w:t>CYTOFLEX SRT SHUTDOWN FLUID</w:t>
            </w:r>
          </w:p>
        </w:tc>
        <w:tc>
          <w:tcPr>
            <w:tcW w:w="1720" w:type="dxa"/>
            <w:vAlign w:val="center"/>
          </w:tcPr>
          <w:p w14:paraId="7873BEE1" w14:textId="77777777" w:rsidR="001512C8" w:rsidRPr="00161078" w:rsidRDefault="00443F1E">
            <w:pPr>
              <w:spacing w:before="20" w:after="20"/>
              <w:jc w:val="center"/>
              <w:rPr>
                <w:lang w:val="pl-PL"/>
              </w:rPr>
            </w:pPr>
            <w:r w:rsidRPr="00161078">
              <w:rPr>
                <w:sz w:val="16"/>
                <w:lang w:val="pl-PL"/>
              </w:rPr>
              <w:t>10L</w:t>
            </w:r>
          </w:p>
        </w:tc>
        <w:tc>
          <w:tcPr>
            <w:tcW w:w="640" w:type="dxa"/>
            <w:vAlign w:val="center"/>
          </w:tcPr>
          <w:p w14:paraId="0B6EBE9E"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3293770F" w14:textId="1417A4B2" w:rsidR="001512C8" w:rsidRPr="00161078" w:rsidRDefault="00056A14">
            <w:pPr>
              <w:spacing w:before="20" w:after="20"/>
              <w:jc w:val="center"/>
              <w:rPr>
                <w:lang w:val="pl-PL"/>
              </w:rPr>
            </w:pPr>
            <w:r>
              <w:rPr>
                <w:sz w:val="16"/>
                <w:lang w:val="pl-PL"/>
              </w:rPr>
              <w:t>18</w:t>
            </w:r>
          </w:p>
        </w:tc>
        <w:tc>
          <w:tcPr>
            <w:tcW w:w="1250" w:type="dxa"/>
            <w:vAlign w:val="center"/>
          </w:tcPr>
          <w:p w14:paraId="0B0D0B23" w14:textId="77777777" w:rsidR="001512C8" w:rsidRPr="00161078" w:rsidRDefault="001512C8">
            <w:pPr>
              <w:spacing w:before="20" w:after="20"/>
              <w:jc w:val="center"/>
              <w:rPr>
                <w:lang w:val="pl-PL"/>
              </w:rPr>
            </w:pPr>
          </w:p>
        </w:tc>
        <w:tc>
          <w:tcPr>
            <w:tcW w:w="620" w:type="dxa"/>
            <w:vAlign w:val="center"/>
          </w:tcPr>
          <w:p w14:paraId="0E70E9C7" w14:textId="77777777" w:rsidR="001512C8" w:rsidRPr="00161078" w:rsidRDefault="001512C8">
            <w:pPr>
              <w:spacing w:before="20" w:after="20"/>
              <w:jc w:val="center"/>
              <w:rPr>
                <w:lang w:val="pl-PL"/>
              </w:rPr>
            </w:pPr>
          </w:p>
        </w:tc>
        <w:tc>
          <w:tcPr>
            <w:tcW w:w="1250" w:type="dxa"/>
            <w:vAlign w:val="center"/>
          </w:tcPr>
          <w:p w14:paraId="1CC52347" w14:textId="77777777" w:rsidR="001512C8" w:rsidRPr="00161078" w:rsidRDefault="001512C8">
            <w:pPr>
              <w:spacing w:before="20" w:after="20"/>
              <w:jc w:val="center"/>
              <w:rPr>
                <w:lang w:val="pl-PL"/>
              </w:rPr>
            </w:pPr>
          </w:p>
        </w:tc>
        <w:tc>
          <w:tcPr>
            <w:tcW w:w="1350" w:type="dxa"/>
            <w:vAlign w:val="center"/>
          </w:tcPr>
          <w:p w14:paraId="51E7262C" w14:textId="77777777" w:rsidR="001512C8" w:rsidRPr="00161078" w:rsidRDefault="001512C8">
            <w:pPr>
              <w:spacing w:before="20" w:after="20"/>
              <w:jc w:val="center"/>
              <w:rPr>
                <w:lang w:val="pl-PL"/>
              </w:rPr>
            </w:pPr>
          </w:p>
        </w:tc>
        <w:tc>
          <w:tcPr>
            <w:tcW w:w="1350" w:type="dxa"/>
            <w:vAlign w:val="center"/>
          </w:tcPr>
          <w:p w14:paraId="2BB0357C" w14:textId="77777777" w:rsidR="001512C8" w:rsidRPr="00161078" w:rsidRDefault="001512C8">
            <w:pPr>
              <w:spacing w:before="20" w:after="20"/>
              <w:jc w:val="center"/>
              <w:rPr>
                <w:lang w:val="pl-PL"/>
              </w:rPr>
            </w:pPr>
          </w:p>
        </w:tc>
      </w:tr>
      <w:tr w:rsidR="001512C8" w:rsidRPr="00161078" w14:paraId="3E51B985" w14:textId="77777777" w:rsidTr="00795294">
        <w:trPr>
          <w:jc w:val="center"/>
        </w:trPr>
        <w:tc>
          <w:tcPr>
            <w:tcW w:w="420" w:type="dxa"/>
            <w:vAlign w:val="center"/>
          </w:tcPr>
          <w:p w14:paraId="29B80F87" w14:textId="77777777" w:rsidR="001512C8" w:rsidRPr="00161078" w:rsidRDefault="00443F1E">
            <w:pPr>
              <w:spacing w:before="20" w:after="20"/>
              <w:jc w:val="center"/>
              <w:rPr>
                <w:lang w:val="pl-PL"/>
              </w:rPr>
            </w:pPr>
            <w:permStart w:id="1364331882" w:edGrp="everyone" w:colFirst="5" w:colLast="5"/>
            <w:permStart w:id="1021606781" w:edGrp="everyone" w:colFirst="6" w:colLast="6"/>
            <w:permStart w:id="259992585" w:edGrp="everyone" w:colFirst="7" w:colLast="7"/>
            <w:permStart w:id="1735340254" w:edGrp="everyone" w:colFirst="8" w:colLast="8"/>
            <w:permStart w:id="1785422283" w:edGrp="everyone" w:colFirst="9" w:colLast="9"/>
            <w:permEnd w:id="2027910651"/>
            <w:permEnd w:id="1196120024"/>
            <w:permEnd w:id="1327454522"/>
            <w:permEnd w:id="1604595660"/>
            <w:permEnd w:id="2098417351"/>
            <w:r w:rsidRPr="00161078">
              <w:rPr>
                <w:sz w:val="16"/>
                <w:lang w:val="pl-PL"/>
              </w:rPr>
              <w:t>2</w:t>
            </w:r>
          </w:p>
        </w:tc>
        <w:tc>
          <w:tcPr>
            <w:tcW w:w="4450" w:type="dxa"/>
            <w:vAlign w:val="center"/>
          </w:tcPr>
          <w:p w14:paraId="153878AD" w14:textId="77777777" w:rsidR="001512C8" w:rsidRPr="00801A1C" w:rsidRDefault="00443F1E">
            <w:pPr>
              <w:spacing w:before="20" w:after="20"/>
              <w:jc w:val="left"/>
            </w:pPr>
            <w:r w:rsidRPr="00801A1C">
              <w:rPr>
                <w:sz w:val="16"/>
              </w:rPr>
              <w:t>ISOFLOW(TM) EPICS SHEATH FL,10</w:t>
            </w:r>
          </w:p>
        </w:tc>
        <w:tc>
          <w:tcPr>
            <w:tcW w:w="1720" w:type="dxa"/>
            <w:vAlign w:val="center"/>
          </w:tcPr>
          <w:p w14:paraId="327A3507" w14:textId="77777777" w:rsidR="001512C8" w:rsidRPr="00161078" w:rsidRDefault="00443F1E">
            <w:pPr>
              <w:spacing w:before="20" w:after="20"/>
              <w:jc w:val="center"/>
              <w:rPr>
                <w:lang w:val="pl-PL"/>
              </w:rPr>
            </w:pPr>
            <w:r w:rsidRPr="00161078">
              <w:rPr>
                <w:sz w:val="16"/>
                <w:lang w:val="pl-PL"/>
              </w:rPr>
              <w:t>10L</w:t>
            </w:r>
          </w:p>
        </w:tc>
        <w:tc>
          <w:tcPr>
            <w:tcW w:w="640" w:type="dxa"/>
            <w:vAlign w:val="center"/>
          </w:tcPr>
          <w:p w14:paraId="15511F84"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6432D9DA" w14:textId="77777777" w:rsidR="001512C8" w:rsidRPr="00161078" w:rsidRDefault="00056A14">
            <w:pPr>
              <w:spacing w:before="20" w:after="20"/>
              <w:jc w:val="center"/>
              <w:rPr>
                <w:lang w:val="pl-PL"/>
              </w:rPr>
            </w:pPr>
            <w:r>
              <w:rPr>
                <w:sz w:val="16"/>
                <w:lang w:val="pl-PL"/>
              </w:rPr>
              <w:t>92</w:t>
            </w:r>
          </w:p>
        </w:tc>
        <w:tc>
          <w:tcPr>
            <w:tcW w:w="1250" w:type="dxa"/>
            <w:vAlign w:val="center"/>
          </w:tcPr>
          <w:p w14:paraId="0DDC644E" w14:textId="77777777" w:rsidR="001512C8" w:rsidRPr="00161078" w:rsidRDefault="001512C8">
            <w:pPr>
              <w:spacing w:before="20" w:after="20"/>
              <w:jc w:val="center"/>
              <w:rPr>
                <w:lang w:val="pl-PL"/>
              </w:rPr>
            </w:pPr>
          </w:p>
        </w:tc>
        <w:tc>
          <w:tcPr>
            <w:tcW w:w="620" w:type="dxa"/>
            <w:vAlign w:val="center"/>
          </w:tcPr>
          <w:p w14:paraId="5B00AB39" w14:textId="77777777" w:rsidR="001512C8" w:rsidRPr="00161078" w:rsidRDefault="001512C8">
            <w:pPr>
              <w:spacing w:before="20" w:after="20"/>
              <w:jc w:val="center"/>
              <w:rPr>
                <w:lang w:val="pl-PL"/>
              </w:rPr>
            </w:pPr>
          </w:p>
        </w:tc>
        <w:tc>
          <w:tcPr>
            <w:tcW w:w="1250" w:type="dxa"/>
            <w:vAlign w:val="center"/>
          </w:tcPr>
          <w:p w14:paraId="43B58DF6" w14:textId="77777777" w:rsidR="001512C8" w:rsidRPr="00161078" w:rsidRDefault="001512C8">
            <w:pPr>
              <w:spacing w:before="20" w:after="20"/>
              <w:jc w:val="center"/>
              <w:rPr>
                <w:lang w:val="pl-PL"/>
              </w:rPr>
            </w:pPr>
          </w:p>
        </w:tc>
        <w:tc>
          <w:tcPr>
            <w:tcW w:w="1350" w:type="dxa"/>
            <w:vAlign w:val="center"/>
          </w:tcPr>
          <w:p w14:paraId="2713F18F" w14:textId="77777777" w:rsidR="001512C8" w:rsidRPr="00161078" w:rsidRDefault="001512C8">
            <w:pPr>
              <w:spacing w:before="20" w:after="20"/>
              <w:jc w:val="center"/>
              <w:rPr>
                <w:lang w:val="pl-PL"/>
              </w:rPr>
            </w:pPr>
          </w:p>
        </w:tc>
        <w:tc>
          <w:tcPr>
            <w:tcW w:w="1350" w:type="dxa"/>
            <w:vAlign w:val="center"/>
          </w:tcPr>
          <w:p w14:paraId="4326B099" w14:textId="77777777" w:rsidR="001512C8" w:rsidRPr="00161078" w:rsidRDefault="001512C8">
            <w:pPr>
              <w:spacing w:before="20" w:after="20"/>
              <w:jc w:val="center"/>
              <w:rPr>
                <w:lang w:val="pl-PL"/>
              </w:rPr>
            </w:pPr>
          </w:p>
        </w:tc>
      </w:tr>
      <w:tr w:rsidR="001512C8" w:rsidRPr="00161078" w14:paraId="2E258F34" w14:textId="77777777" w:rsidTr="00795294">
        <w:trPr>
          <w:jc w:val="center"/>
        </w:trPr>
        <w:tc>
          <w:tcPr>
            <w:tcW w:w="420" w:type="dxa"/>
            <w:vAlign w:val="center"/>
          </w:tcPr>
          <w:p w14:paraId="6046F849" w14:textId="77777777" w:rsidR="001512C8" w:rsidRPr="00161078" w:rsidRDefault="00443F1E">
            <w:pPr>
              <w:spacing w:before="20" w:after="20"/>
              <w:jc w:val="center"/>
              <w:rPr>
                <w:lang w:val="pl-PL"/>
              </w:rPr>
            </w:pPr>
            <w:permStart w:id="348415973" w:edGrp="everyone" w:colFirst="5" w:colLast="5"/>
            <w:permStart w:id="1465471440" w:edGrp="everyone" w:colFirst="6" w:colLast="6"/>
            <w:permStart w:id="974661402" w:edGrp="everyone" w:colFirst="7" w:colLast="7"/>
            <w:permStart w:id="2006343328" w:edGrp="everyone" w:colFirst="8" w:colLast="8"/>
            <w:permStart w:id="63639379" w:edGrp="everyone" w:colFirst="9" w:colLast="9"/>
            <w:permEnd w:id="1364331882"/>
            <w:permEnd w:id="1021606781"/>
            <w:permEnd w:id="259992585"/>
            <w:permEnd w:id="1735340254"/>
            <w:permEnd w:id="1785422283"/>
            <w:r w:rsidRPr="00161078">
              <w:rPr>
                <w:sz w:val="16"/>
                <w:lang w:val="pl-PL"/>
              </w:rPr>
              <w:t>3</w:t>
            </w:r>
          </w:p>
        </w:tc>
        <w:tc>
          <w:tcPr>
            <w:tcW w:w="4450" w:type="dxa"/>
            <w:vAlign w:val="center"/>
          </w:tcPr>
          <w:p w14:paraId="1DAFE19D" w14:textId="77777777" w:rsidR="001512C8" w:rsidRPr="00161078" w:rsidRDefault="00443F1E">
            <w:pPr>
              <w:spacing w:before="20" w:after="20"/>
              <w:jc w:val="left"/>
              <w:rPr>
                <w:lang w:val="pl-PL"/>
              </w:rPr>
            </w:pPr>
            <w:r w:rsidRPr="00161078">
              <w:rPr>
                <w:sz w:val="16"/>
                <w:lang w:val="pl-PL"/>
              </w:rPr>
              <w:t>CONTRAD 70, 1 X 1 LITER</w:t>
            </w:r>
          </w:p>
        </w:tc>
        <w:tc>
          <w:tcPr>
            <w:tcW w:w="1720" w:type="dxa"/>
            <w:vAlign w:val="center"/>
          </w:tcPr>
          <w:p w14:paraId="7F6EF662" w14:textId="77777777" w:rsidR="001512C8" w:rsidRPr="00161078" w:rsidRDefault="00443F1E">
            <w:pPr>
              <w:spacing w:before="20" w:after="20"/>
              <w:jc w:val="center"/>
              <w:rPr>
                <w:lang w:val="pl-PL"/>
              </w:rPr>
            </w:pPr>
            <w:r w:rsidRPr="00161078">
              <w:rPr>
                <w:sz w:val="16"/>
                <w:lang w:val="pl-PL"/>
              </w:rPr>
              <w:t>1 X 1 L</w:t>
            </w:r>
          </w:p>
        </w:tc>
        <w:tc>
          <w:tcPr>
            <w:tcW w:w="640" w:type="dxa"/>
            <w:vAlign w:val="center"/>
          </w:tcPr>
          <w:p w14:paraId="5EEF1033"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144D6573" w14:textId="77777777" w:rsidR="001512C8" w:rsidRPr="00161078" w:rsidRDefault="00056A14">
            <w:pPr>
              <w:spacing w:before="20" w:after="20"/>
              <w:jc w:val="center"/>
              <w:rPr>
                <w:lang w:val="pl-PL"/>
              </w:rPr>
            </w:pPr>
            <w:r>
              <w:rPr>
                <w:sz w:val="16"/>
                <w:lang w:val="pl-PL"/>
              </w:rPr>
              <w:t>40</w:t>
            </w:r>
          </w:p>
        </w:tc>
        <w:tc>
          <w:tcPr>
            <w:tcW w:w="1250" w:type="dxa"/>
            <w:vAlign w:val="center"/>
          </w:tcPr>
          <w:p w14:paraId="783995FC" w14:textId="77777777" w:rsidR="001512C8" w:rsidRPr="00161078" w:rsidRDefault="001512C8">
            <w:pPr>
              <w:spacing w:before="20" w:after="20"/>
              <w:jc w:val="center"/>
              <w:rPr>
                <w:lang w:val="pl-PL"/>
              </w:rPr>
            </w:pPr>
          </w:p>
        </w:tc>
        <w:tc>
          <w:tcPr>
            <w:tcW w:w="620" w:type="dxa"/>
            <w:vAlign w:val="center"/>
          </w:tcPr>
          <w:p w14:paraId="543BE100" w14:textId="77777777" w:rsidR="001512C8" w:rsidRPr="00161078" w:rsidRDefault="001512C8">
            <w:pPr>
              <w:spacing w:before="20" w:after="20"/>
              <w:jc w:val="center"/>
              <w:rPr>
                <w:lang w:val="pl-PL"/>
              </w:rPr>
            </w:pPr>
          </w:p>
        </w:tc>
        <w:tc>
          <w:tcPr>
            <w:tcW w:w="1250" w:type="dxa"/>
            <w:vAlign w:val="center"/>
          </w:tcPr>
          <w:p w14:paraId="1833B1F7" w14:textId="77777777" w:rsidR="001512C8" w:rsidRPr="00161078" w:rsidRDefault="001512C8">
            <w:pPr>
              <w:spacing w:before="20" w:after="20"/>
              <w:jc w:val="center"/>
              <w:rPr>
                <w:lang w:val="pl-PL"/>
              </w:rPr>
            </w:pPr>
          </w:p>
        </w:tc>
        <w:tc>
          <w:tcPr>
            <w:tcW w:w="1350" w:type="dxa"/>
            <w:vAlign w:val="center"/>
          </w:tcPr>
          <w:p w14:paraId="123F18F7" w14:textId="77777777" w:rsidR="001512C8" w:rsidRPr="00161078" w:rsidRDefault="001512C8">
            <w:pPr>
              <w:spacing w:before="20" w:after="20"/>
              <w:jc w:val="center"/>
              <w:rPr>
                <w:lang w:val="pl-PL"/>
              </w:rPr>
            </w:pPr>
          </w:p>
        </w:tc>
        <w:tc>
          <w:tcPr>
            <w:tcW w:w="1350" w:type="dxa"/>
            <w:vAlign w:val="center"/>
          </w:tcPr>
          <w:p w14:paraId="19AD731B" w14:textId="77777777" w:rsidR="001512C8" w:rsidRPr="00161078" w:rsidRDefault="001512C8">
            <w:pPr>
              <w:spacing w:before="20" w:after="20"/>
              <w:jc w:val="center"/>
              <w:rPr>
                <w:lang w:val="pl-PL"/>
              </w:rPr>
            </w:pPr>
          </w:p>
        </w:tc>
      </w:tr>
      <w:tr w:rsidR="001512C8" w:rsidRPr="00161078" w14:paraId="17CA5750" w14:textId="77777777" w:rsidTr="00795294">
        <w:trPr>
          <w:jc w:val="center"/>
        </w:trPr>
        <w:tc>
          <w:tcPr>
            <w:tcW w:w="420" w:type="dxa"/>
            <w:vAlign w:val="center"/>
          </w:tcPr>
          <w:p w14:paraId="71F380CD" w14:textId="77777777" w:rsidR="001512C8" w:rsidRPr="00161078" w:rsidRDefault="00443F1E">
            <w:pPr>
              <w:spacing w:before="20" w:after="20"/>
              <w:jc w:val="center"/>
              <w:rPr>
                <w:lang w:val="pl-PL"/>
              </w:rPr>
            </w:pPr>
            <w:permStart w:id="2012292127" w:edGrp="everyone" w:colFirst="5" w:colLast="5"/>
            <w:permStart w:id="1523201706" w:edGrp="everyone" w:colFirst="6" w:colLast="6"/>
            <w:permStart w:id="1073885485" w:edGrp="everyone" w:colFirst="7" w:colLast="7"/>
            <w:permStart w:id="506018573" w:edGrp="everyone" w:colFirst="8" w:colLast="8"/>
            <w:permStart w:id="251541053" w:edGrp="everyone" w:colFirst="9" w:colLast="9"/>
            <w:permEnd w:id="348415973"/>
            <w:permEnd w:id="1465471440"/>
            <w:permEnd w:id="974661402"/>
            <w:permEnd w:id="2006343328"/>
            <w:permEnd w:id="63639379"/>
            <w:r w:rsidRPr="00161078">
              <w:rPr>
                <w:sz w:val="16"/>
                <w:lang w:val="pl-PL"/>
              </w:rPr>
              <w:t>4</w:t>
            </w:r>
          </w:p>
        </w:tc>
        <w:tc>
          <w:tcPr>
            <w:tcW w:w="4450" w:type="dxa"/>
            <w:vAlign w:val="center"/>
          </w:tcPr>
          <w:p w14:paraId="25A11A2E" w14:textId="77777777" w:rsidR="001512C8" w:rsidRPr="00801A1C" w:rsidRDefault="00443F1E">
            <w:pPr>
              <w:spacing w:before="20" w:after="20"/>
              <w:jc w:val="left"/>
            </w:pPr>
            <w:r w:rsidRPr="00801A1C">
              <w:rPr>
                <w:sz w:val="16"/>
              </w:rPr>
              <w:t>VersaComp Antibody Capture Kit, 2 Vials, LUO</w:t>
            </w:r>
          </w:p>
        </w:tc>
        <w:tc>
          <w:tcPr>
            <w:tcW w:w="1720" w:type="dxa"/>
            <w:vAlign w:val="center"/>
          </w:tcPr>
          <w:p w14:paraId="30762B28" w14:textId="77777777" w:rsidR="001512C8" w:rsidRPr="00161078" w:rsidRDefault="00443F1E">
            <w:pPr>
              <w:spacing w:before="20" w:after="20"/>
              <w:jc w:val="center"/>
              <w:rPr>
                <w:lang w:val="pl-PL"/>
              </w:rPr>
            </w:pPr>
            <w:r w:rsidRPr="00161078">
              <w:rPr>
                <w:sz w:val="16"/>
                <w:lang w:val="pl-PL"/>
              </w:rPr>
              <w:t xml:space="preserve">2 </w:t>
            </w:r>
            <w:proofErr w:type="spellStart"/>
            <w:r w:rsidRPr="00161078">
              <w:rPr>
                <w:sz w:val="16"/>
                <w:lang w:val="pl-PL"/>
              </w:rPr>
              <w:t>viale</w:t>
            </w:r>
            <w:proofErr w:type="spellEnd"/>
          </w:p>
        </w:tc>
        <w:tc>
          <w:tcPr>
            <w:tcW w:w="640" w:type="dxa"/>
            <w:vAlign w:val="center"/>
          </w:tcPr>
          <w:p w14:paraId="40626C35"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1ADDFC75" w14:textId="77777777" w:rsidR="001512C8" w:rsidRPr="00161078" w:rsidRDefault="00056A14">
            <w:pPr>
              <w:spacing w:before="20" w:after="20"/>
              <w:jc w:val="center"/>
              <w:rPr>
                <w:lang w:val="pl-PL"/>
              </w:rPr>
            </w:pPr>
            <w:r>
              <w:rPr>
                <w:sz w:val="16"/>
                <w:lang w:val="pl-PL"/>
              </w:rPr>
              <w:t>1</w:t>
            </w:r>
          </w:p>
        </w:tc>
        <w:tc>
          <w:tcPr>
            <w:tcW w:w="1250" w:type="dxa"/>
            <w:vAlign w:val="center"/>
          </w:tcPr>
          <w:p w14:paraId="512AC7C1" w14:textId="77777777" w:rsidR="001512C8" w:rsidRPr="00161078" w:rsidRDefault="001512C8">
            <w:pPr>
              <w:spacing w:before="20" w:after="20"/>
              <w:jc w:val="center"/>
              <w:rPr>
                <w:lang w:val="pl-PL"/>
              </w:rPr>
            </w:pPr>
          </w:p>
        </w:tc>
        <w:tc>
          <w:tcPr>
            <w:tcW w:w="620" w:type="dxa"/>
            <w:vAlign w:val="center"/>
          </w:tcPr>
          <w:p w14:paraId="713E1A3E" w14:textId="77777777" w:rsidR="001512C8" w:rsidRPr="00161078" w:rsidRDefault="001512C8">
            <w:pPr>
              <w:spacing w:before="20" w:after="20"/>
              <w:jc w:val="center"/>
              <w:rPr>
                <w:lang w:val="pl-PL"/>
              </w:rPr>
            </w:pPr>
          </w:p>
        </w:tc>
        <w:tc>
          <w:tcPr>
            <w:tcW w:w="1250" w:type="dxa"/>
            <w:vAlign w:val="center"/>
          </w:tcPr>
          <w:p w14:paraId="7681A246" w14:textId="77777777" w:rsidR="001512C8" w:rsidRPr="00161078" w:rsidRDefault="001512C8">
            <w:pPr>
              <w:spacing w:before="20" w:after="20"/>
              <w:jc w:val="center"/>
              <w:rPr>
                <w:lang w:val="pl-PL"/>
              </w:rPr>
            </w:pPr>
          </w:p>
        </w:tc>
        <w:tc>
          <w:tcPr>
            <w:tcW w:w="1350" w:type="dxa"/>
            <w:vAlign w:val="center"/>
          </w:tcPr>
          <w:p w14:paraId="663B4B0B" w14:textId="77777777" w:rsidR="001512C8" w:rsidRPr="00161078" w:rsidRDefault="001512C8">
            <w:pPr>
              <w:spacing w:before="20" w:after="20"/>
              <w:jc w:val="center"/>
              <w:rPr>
                <w:lang w:val="pl-PL"/>
              </w:rPr>
            </w:pPr>
          </w:p>
        </w:tc>
        <w:tc>
          <w:tcPr>
            <w:tcW w:w="1350" w:type="dxa"/>
            <w:vAlign w:val="center"/>
          </w:tcPr>
          <w:p w14:paraId="0BBAC954" w14:textId="77777777" w:rsidR="001512C8" w:rsidRPr="00161078" w:rsidRDefault="001512C8">
            <w:pPr>
              <w:spacing w:before="20" w:after="20"/>
              <w:jc w:val="center"/>
              <w:rPr>
                <w:lang w:val="pl-PL"/>
              </w:rPr>
            </w:pPr>
          </w:p>
        </w:tc>
      </w:tr>
      <w:tr w:rsidR="001512C8" w:rsidRPr="00161078" w14:paraId="63E7925D" w14:textId="77777777" w:rsidTr="00795294">
        <w:trPr>
          <w:jc w:val="center"/>
        </w:trPr>
        <w:tc>
          <w:tcPr>
            <w:tcW w:w="420" w:type="dxa"/>
            <w:vAlign w:val="center"/>
          </w:tcPr>
          <w:p w14:paraId="48844997" w14:textId="77777777" w:rsidR="001512C8" w:rsidRPr="00161078" w:rsidRDefault="00443F1E">
            <w:pPr>
              <w:spacing w:before="20" w:after="20"/>
              <w:jc w:val="center"/>
              <w:rPr>
                <w:lang w:val="pl-PL"/>
              </w:rPr>
            </w:pPr>
            <w:permStart w:id="661671828" w:edGrp="everyone" w:colFirst="5" w:colLast="5"/>
            <w:permStart w:id="703012062" w:edGrp="everyone" w:colFirst="6" w:colLast="6"/>
            <w:permStart w:id="256787086" w:edGrp="everyone" w:colFirst="7" w:colLast="7"/>
            <w:permStart w:id="736519712" w:edGrp="everyone" w:colFirst="8" w:colLast="8"/>
            <w:permStart w:id="567561361" w:edGrp="everyone" w:colFirst="9" w:colLast="9"/>
            <w:permEnd w:id="2012292127"/>
            <w:permEnd w:id="1523201706"/>
            <w:permEnd w:id="1073885485"/>
            <w:permEnd w:id="506018573"/>
            <w:permEnd w:id="251541053"/>
            <w:r w:rsidRPr="00161078">
              <w:rPr>
                <w:sz w:val="16"/>
                <w:lang w:val="pl-PL"/>
              </w:rPr>
              <w:t>5</w:t>
            </w:r>
          </w:p>
        </w:tc>
        <w:tc>
          <w:tcPr>
            <w:tcW w:w="4450" w:type="dxa"/>
            <w:vAlign w:val="center"/>
          </w:tcPr>
          <w:p w14:paraId="1608022C" w14:textId="77777777" w:rsidR="001512C8" w:rsidRPr="00801A1C" w:rsidRDefault="00443F1E">
            <w:pPr>
              <w:spacing w:before="20" w:after="20"/>
              <w:jc w:val="left"/>
            </w:pPr>
            <w:r w:rsidRPr="00801A1C">
              <w:rPr>
                <w:sz w:val="16"/>
              </w:rPr>
              <w:t>FLOW CLEAN IVD, 500ML - EU</w:t>
            </w:r>
          </w:p>
        </w:tc>
        <w:tc>
          <w:tcPr>
            <w:tcW w:w="1720" w:type="dxa"/>
            <w:vAlign w:val="center"/>
          </w:tcPr>
          <w:p w14:paraId="4C47FD11" w14:textId="77777777" w:rsidR="001512C8" w:rsidRPr="00161078" w:rsidRDefault="00443F1E">
            <w:pPr>
              <w:spacing w:before="20" w:after="20"/>
              <w:jc w:val="center"/>
              <w:rPr>
                <w:lang w:val="pl-PL"/>
              </w:rPr>
            </w:pPr>
            <w:r w:rsidRPr="00161078">
              <w:rPr>
                <w:sz w:val="16"/>
                <w:lang w:val="pl-PL"/>
              </w:rPr>
              <w:t>500 ml</w:t>
            </w:r>
          </w:p>
        </w:tc>
        <w:tc>
          <w:tcPr>
            <w:tcW w:w="640" w:type="dxa"/>
            <w:vAlign w:val="center"/>
          </w:tcPr>
          <w:p w14:paraId="00C46007"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08A4A0C6" w14:textId="77777777" w:rsidR="001512C8" w:rsidRPr="00161078" w:rsidRDefault="00056A14">
            <w:pPr>
              <w:spacing w:before="20" w:after="20"/>
              <w:jc w:val="center"/>
              <w:rPr>
                <w:lang w:val="pl-PL"/>
              </w:rPr>
            </w:pPr>
            <w:r>
              <w:rPr>
                <w:sz w:val="16"/>
                <w:lang w:val="pl-PL"/>
              </w:rPr>
              <w:t>8</w:t>
            </w:r>
          </w:p>
        </w:tc>
        <w:tc>
          <w:tcPr>
            <w:tcW w:w="1250" w:type="dxa"/>
            <w:vAlign w:val="center"/>
          </w:tcPr>
          <w:p w14:paraId="2EB87033" w14:textId="77777777" w:rsidR="001512C8" w:rsidRPr="00161078" w:rsidRDefault="001512C8">
            <w:pPr>
              <w:spacing w:before="20" w:after="20"/>
              <w:jc w:val="center"/>
              <w:rPr>
                <w:lang w:val="pl-PL"/>
              </w:rPr>
            </w:pPr>
          </w:p>
        </w:tc>
        <w:tc>
          <w:tcPr>
            <w:tcW w:w="620" w:type="dxa"/>
            <w:vAlign w:val="center"/>
          </w:tcPr>
          <w:p w14:paraId="74B51034" w14:textId="77777777" w:rsidR="001512C8" w:rsidRPr="00161078" w:rsidRDefault="001512C8">
            <w:pPr>
              <w:spacing w:before="20" w:after="20"/>
              <w:jc w:val="center"/>
              <w:rPr>
                <w:lang w:val="pl-PL"/>
              </w:rPr>
            </w:pPr>
          </w:p>
        </w:tc>
        <w:tc>
          <w:tcPr>
            <w:tcW w:w="1250" w:type="dxa"/>
            <w:vAlign w:val="center"/>
          </w:tcPr>
          <w:p w14:paraId="613BA1DF" w14:textId="77777777" w:rsidR="001512C8" w:rsidRPr="00161078" w:rsidRDefault="001512C8">
            <w:pPr>
              <w:spacing w:before="20" w:after="20"/>
              <w:jc w:val="center"/>
              <w:rPr>
                <w:lang w:val="pl-PL"/>
              </w:rPr>
            </w:pPr>
          </w:p>
        </w:tc>
        <w:tc>
          <w:tcPr>
            <w:tcW w:w="1350" w:type="dxa"/>
            <w:vAlign w:val="center"/>
          </w:tcPr>
          <w:p w14:paraId="47BDDDB9" w14:textId="77777777" w:rsidR="001512C8" w:rsidRPr="00161078" w:rsidRDefault="001512C8">
            <w:pPr>
              <w:spacing w:before="20" w:after="20"/>
              <w:jc w:val="center"/>
              <w:rPr>
                <w:lang w:val="pl-PL"/>
              </w:rPr>
            </w:pPr>
          </w:p>
        </w:tc>
        <w:tc>
          <w:tcPr>
            <w:tcW w:w="1350" w:type="dxa"/>
            <w:vAlign w:val="center"/>
          </w:tcPr>
          <w:p w14:paraId="59EFE9C2" w14:textId="77777777" w:rsidR="001512C8" w:rsidRPr="00161078" w:rsidRDefault="001512C8">
            <w:pPr>
              <w:spacing w:before="20" w:after="20"/>
              <w:jc w:val="center"/>
              <w:rPr>
                <w:lang w:val="pl-PL"/>
              </w:rPr>
            </w:pPr>
          </w:p>
        </w:tc>
      </w:tr>
      <w:tr w:rsidR="001512C8" w:rsidRPr="00161078" w14:paraId="062B79A8" w14:textId="77777777" w:rsidTr="00795294">
        <w:trPr>
          <w:jc w:val="center"/>
        </w:trPr>
        <w:tc>
          <w:tcPr>
            <w:tcW w:w="420" w:type="dxa"/>
            <w:vAlign w:val="center"/>
          </w:tcPr>
          <w:p w14:paraId="45E6E049" w14:textId="77777777" w:rsidR="001512C8" w:rsidRPr="00161078" w:rsidRDefault="00443F1E">
            <w:pPr>
              <w:spacing w:before="20" w:after="20"/>
              <w:jc w:val="center"/>
              <w:rPr>
                <w:lang w:val="pl-PL"/>
              </w:rPr>
            </w:pPr>
            <w:permStart w:id="875786341" w:edGrp="everyone" w:colFirst="5" w:colLast="5"/>
            <w:permStart w:id="778978282" w:edGrp="everyone" w:colFirst="6" w:colLast="6"/>
            <w:permStart w:id="304510990" w:edGrp="everyone" w:colFirst="7" w:colLast="7"/>
            <w:permStart w:id="208892542" w:edGrp="everyone" w:colFirst="8" w:colLast="8"/>
            <w:permStart w:id="1328699726" w:edGrp="everyone" w:colFirst="9" w:colLast="9"/>
            <w:permEnd w:id="661671828"/>
            <w:permEnd w:id="703012062"/>
            <w:permEnd w:id="256787086"/>
            <w:permEnd w:id="736519712"/>
            <w:permEnd w:id="567561361"/>
            <w:r w:rsidRPr="00161078">
              <w:rPr>
                <w:sz w:val="16"/>
                <w:lang w:val="pl-PL"/>
              </w:rPr>
              <w:t>6</w:t>
            </w:r>
          </w:p>
        </w:tc>
        <w:tc>
          <w:tcPr>
            <w:tcW w:w="4450" w:type="dxa"/>
            <w:vAlign w:val="center"/>
          </w:tcPr>
          <w:p w14:paraId="45373CF1" w14:textId="77777777" w:rsidR="001512C8" w:rsidRPr="00801A1C" w:rsidRDefault="00443F1E">
            <w:pPr>
              <w:spacing w:before="20" w:after="20"/>
              <w:jc w:val="left"/>
            </w:pPr>
            <w:r w:rsidRPr="00801A1C">
              <w:rPr>
                <w:sz w:val="16"/>
              </w:rPr>
              <w:t>CYTOFLEX READY TO USE DAILY QC FLUOROSPHERES</w:t>
            </w:r>
          </w:p>
        </w:tc>
        <w:tc>
          <w:tcPr>
            <w:tcW w:w="1720" w:type="dxa"/>
            <w:vAlign w:val="center"/>
          </w:tcPr>
          <w:p w14:paraId="7329BD05" w14:textId="77777777" w:rsidR="001512C8" w:rsidRPr="00161078" w:rsidRDefault="00443F1E">
            <w:pPr>
              <w:spacing w:before="20" w:after="20"/>
              <w:jc w:val="center"/>
              <w:rPr>
                <w:lang w:val="pl-PL"/>
              </w:rPr>
            </w:pPr>
            <w:r w:rsidRPr="00161078">
              <w:rPr>
                <w:sz w:val="16"/>
                <w:lang w:val="pl-PL"/>
              </w:rPr>
              <w:t>2x10ml</w:t>
            </w:r>
          </w:p>
        </w:tc>
        <w:tc>
          <w:tcPr>
            <w:tcW w:w="640" w:type="dxa"/>
            <w:vAlign w:val="center"/>
          </w:tcPr>
          <w:p w14:paraId="23454FFF"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351AA1C2" w14:textId="77777777" w:rsidR="001512C8" w:rsidRPr="00161078" w:rsidRDefault="00056A14">
            <w:pPr>
              <w:spacing w:before="20" w:after="20"/>
              <w:jc w:val="center"/>
              <w:rPr>
                <w:lang w:val="pl-PL"/>
              </w:rPr>
            </w:pPr>
            <w:r>
              <w:rPr>
                <w:sz w:val="16"/>
                <w:lang w:val="pl-PL"/>
              </w:rPr>
              <w:t>13</w:t>
            </w:r>
          </w:p>
        </w:tc>
        <w:tc>
          <w:tcPr>
            <w:tcW w:w="1250" w:type="dxa"/>
            <w:vAlign w:val="center"/>
          </w:tcPr>
          <w:p w14:paraId="59BC6B30" w14:textId="77777777" w:rsidR="001512C8" w:rsidRPr="00161078" w:rsidRDefault="001512C8">
            <w:pPr>
              <w:spacing w:before="20" w:after="20"/>
              <w:jc w:val="center"/>
              <w:rPr>
                <w:lang w:val="pl-PL"/>
              </w:rPr>
            </w:pPr>
          </w:p>
        </w:tc>
        <w:tc>
          <w:tcPr>
            <w:tcW w:w="620" w:type="dxa"/>
            <w:vAlign w:val="center"/>
          </w:tcPr>
          <w:p w14:paraId="2C68F6DE" w14:textId="77777777" w:rsidR="001512C8" w:rsidRPr="00161078" w:rsidRDefault="001512C8">
            <w:pPr>
              <w:spacing w:before="20" w:after="20"/>
              <w:jc w:val="center"/>
              <w:rPr>
                <w:lang w:val="pl-PL"/>
              </w:rPr>
            </w:pPr>
          </w:p>
        </w:tc>
        <w:tc>
          <w:tcPr>
            <w:tcW w:w="1250" w:type="dxa"/>
            <w:vAlign w:val="center"/>
          </w:tcPr>
          <w:p w14:paraId="51D361BD" w14:textId="77777777" w:rsidR="001512C8" w:rsidRPr="00161078" w:rsidRDefault="001512C8">
            <w:pPr>
              <w:spacing w:before="20" w:after="20"/>
              <w:jc w:val="center"/>
              <w:rPr>
                <w:lang w:val="pl-PL"/>
              </w:rPr>
            </w:pPr>
          </w:p>
        </w:tc>
        <w:tc>
          <w:tcPr>
            <w:tcW w:w="1350" w:type="dxa"/>
            <w:vAlign w:val="center"/>
          </w:tcPr>
          <w:p w14:paraId="35596741" w14:textId="77777777" w:rsidR="001512C8" w:rsidRPr="00161078" w:rsidRDefault="001512C8">
            <w:pPr>
              <w:spacing w:before="20" w:after="20"/>
              <w:jc w:val="center"/>
              <w:rPr>
                <w:lang w:val="pl-PL"/>
              </w:rPr>
            </w:pPr>
          </w:p>
        </w:tc>
        <w:tc>
          <w:tcPr>
            <w:tcW w:w="1350" w:type="dxa"/>
            <w:vAlign w:val="center"/>
          </w:tcPr>
          <w:p w14:paraId="41DAE90D" w14:textId="77777777" w:rsidR="001512C8" w:rsidRPr="00161078" w:rsidRDefault="001512C8">
            <w:pPr>
              <w:spacing w:before="20" w:after="20"/>
              <w:jc w:val="center"/>
              <w:rPr>
                <w:lang w:val="pl-PL"/>
              </w:rPr>
            </w:pPr>
          </w:p>
        </w:tc>
      </w:tr>
      <w:tr w:rsidR="001512C8" w:rsidRPr="00161078" w14:paraId="69B03B6D" w14:textId="77777777" w:rsidTr="00795294">
        <w:trPr>
          <w:jc w:val="center"/>
        </w:trPr>
        <w:tc>
          <w:tcPr>
            <w:tcW w:w="420" w:type="dxa"/>
            <w:vAlign w:val="center"/>
          </w:tcPr>
          <w:p w14:paraId="4CE6E504" w14:textId="77777777" w:rsidR="001512C8" w:rsidRPr="00161078" w:rsidRDefault="00443F1E">
            <w:pPr>
              <w:spacing w:before="20" w:after="20"/>
              <w:jc w:val="center"/>
              <w:rPr>
                <w:lang w:val="pl-PL"/>
              </w:rPr>
            </w:pPr>
            <w:permStart w:id="557908979" w:edGrp="everyone" w:colFirst="5" w:colLast="5"/>
            <w:permStart w:id="1585344054" w:edGrp="everyone" w:colFirst="6" w:colLast="6"/>
            <w:permStart w:id="1512594883" w:edGrp="everyone" w:colFirst="7" w:colLast="7"/>
            <w:permStart w:id="1318155120" w:edGrp="everyone" w:colFirst="8" w:colLast="8"/>
            <w:permStart w:id="881091127" w:edGrp="everyone" w:colFirst="9" w:colLast="9"/>
            <w:permEnd w:id="875786341"/>
            <w:permEnd w:id="778978282"/>
            <w:permEnd w:id="304510990"/>
            <w:permEnd w:id="208892542"/>
            <w:permEnd w:id="1328699726"/>
            <w:r w:rsidRPr="00161078">
              <w:rPr>
                <w:sz w:val="16"/>
                <w:lang w:val="pl-PL"/>
              </w:rPr>
              <w:t>7</w:t>
            </w:r>
          </w:p>
        </w:tc>
        <w:tc>
          <w:tcPr>
            <w:tcW w:w="4450" w:type="dxa"/>
            <w:vAlign w:val="center"/>
          </w:tcPr>
          <w:p w14:paraId="50ECB321" w14:textId="77777777" w:rsidR="001512C8" w:rsidRPr="00801A1C" w:rsidRDefault="00443F1E">
            <w:pPr>
              <w:spacing w:before="20" w:after="20"/>
              <w:jc w:val="left"/>
            </w:pPr>
            <w:r w:rsidRPr="00801A1C">
              <w:rPr>
                <w:sz w:val="16"/>
              </w:rPr>
              <w:t>LAB EQUIP, TEST TUBE, 12 X 75 MM, POLYPROPYLENE (250/PK)</w:t>
            </w:r>
          </w:p>
        </w:tc>
        <w:tc>
          <w:tcPr>
            <w:tcW w:w="1720" w:type="dxa"/>
            <w:vAlign w:val="center"/>
          </w:tcPr>
          <w:p w14:paraId="23A0C950" w14:textId="77777777" w:rsidR="001512C8" w:rsidRPr="00161078" w:rsidRDefault="00443F1E">
            <w:pPr>
              <w:spacing w:before="20" w:after="20"/>
              <w:jc w:val="center"/>
              <w:rPr>
                <w:lang w:val="pl-PL"/>
              </w:rPr>
            </w:pPr>
            <w:r w:rsidRPr="00161078">
              <w:rPr>
                <w:sz w:val="16"/>
                <w:lang w:val="pl-PL"/>
              </w:rPr>
              <w:t>5 ml polipropylenowe probówki o wymiarach 12 X 75 MM; 250 sztuk</w:t>
            </w:r>
          </w:p>
        </w:tc>
        <w:tc>
          <w:tcPr>
            <w:tcW w:w="640" w:type="dxa"/>
            <w:vAlign w:val="center"/>
          </w:tcPr>
          <w:p w14:paraId="6A57D11C"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45FE1136" w14:textId="77777777" w:rsidR="001512C8" w:rsidRPr="00161078" w:rsidRDefault="00056A14">
            <w:pPr>
              <w:spacing w:before="20" w:after="20"/>
              <w:jc w:val="center"/>
              <w:rPr>
                <w:lang w:val="pl-PL"/>
              </w:rPr>
            </w:pPr>
            <w:r>
              <w:rPr>
                <w:sz w:val="16"/>
                <w:lang w:val="pl-PL"/>
              </w:rPr>
              <w:t>30</w:t>
            </w:r>
          </w:p>
        </w:tc>
        <w:tc>
          <w:tcPr>
            <w:tcW w:w="1250" w:type="dxa"/>
            <w:vAlign w:val="center"/>
          </w:tcPr>
          <w:p w14:paraId="3EE72FFD" w14:textId="77777777" w:rsidR="001512C8" w:rsidRPr="00161078" w:rsidRDefault="001512C8">
            <w:pPr>
              <w:spacing w:before="20" w:after="20"/>
              <w:jc w:val="center"/>
              <w:rPr>
                <w:lang w:val="pl-PL"/>
              </w:rPr>
            </w:pPr>
          </w:p>
        </w:tc>
        <w:tc>
          <w:tcPr>
            <w:tcW w:w="620" w:type="dxa"/>
            <w:vAlign w:val="center"/>
          </w:tcPr>
          <w:p w14:paraId="4628E1EA" w14:textId="77777777" w:rsidR="001512C8" w:rsidRPr="00161078" w:rsidRDefault="001512C8">
            <w:pPr>
              <w:spacing w:before="20" w:after="20"/>
              <w:jc w:val="center"/>
              <w:rPr>
                <w:lang w:val="pl-PL"/>
              </w:rPr>
            </w:pPr>
          </w:p>
        </w:tc>
        <w:tc>
          <w:tcPr>
            <w:tcW w:w="1250" w:type="dxa"/>
            <w:vAlign w:val="center"/>
          </w:tcPr>
          <w:p w14:paraId="296FA227" w14:textId="77777777" w:rsidR="001512C8" w:rsidRPr="00161078" w:rsidRDefault="001512C8">
            <w:pPr>
              <w:spacing w:before="20" w:after="20"/>
              <w:jc w:val="center"/>
              <w:rPr>
                <w:lang w:val="pl-PL"/>
              </w:rPr>
            </w:pPr>
          </w:p>
        </w:tc>
        <w:tc>
          <w:tcPr>
            <w:tcW w:w="1350" w:type="dxa"/>
            <w:vAlign w:val="center"/>
          </w:tcPr>
          <w:p w14:paraId="3AAC8B55" w14:textId="77777777" w:rsidR="001512C8" w:rsidRPr="00161078" w:rsidRDefault="001512C8">
            <w:pPr>
              <w:spacing w:before="20" w:after="20"/>
              <w:jc w:val="center"/>
              <w:rPr>
                <w:lang w:val="pl-PL"/>
              </w:rPr>
            </w:pPr>
          </w:p>
        </w:tc>
        <w:tc>
          <w:tcPr>
            <w:tcW w:w="1350" w:type="dxa"/>
            <w:vAlign w:val="center"/>
          </w:tcPr>
          <w:p w14:paraId="086A1B91" w14:textId="77777777" w:rsidR="001512C8" w:rsidRPr="00161078" w:rsidRDefault="001512C8">
            <w:pPr>
              <w:spacing w:before="20" w:after="20"/>
              <w:jc w:val="center"/>
              <w:rPr>
                <w:lang w:val="pl-PL"/>
              </w:rPr>
            </w:pPr>
          </w:p>
        </w:tc>
      </w:tr>
      <w:tr w:rsidR="001512C8" w:rsidRPr="00161078" w14:paraId="7F73CAC8" w14:textId="77777777" w:rsidTr="00795294">
        <w:trPr>
          <w:jc w:val="center"/>
        </w:trPr>
        <w:tc>
          <w:tcPr>
            <w:tcW w:w="420" w:type="dxa"/>
            <w:vAlign w:val="center"/>
          </w:tcPr>
          <w:p w14:paraId="28E4B5D1" w14:textId="77777777" w:rsidR="001512C8" w:rsidRPr="00161078" w:rsidRDefault="00443F1E">
            <w:pPr>
              <w:spacing w:before="20" w:after="20"/>
              <w:jc w:val="center"/>
              <w:rPr>
                <w:lang w:val="pl-PL"/>
              </w:rPr>
            </w:pPr>
            <w:permStart w:id="961574721" w:edGrp="everyone" w:colFirst="5" w:colLast="5"/>
            <w:permStart w:id="217605887" w:edGrp="everyone" w:colFirst="6" w:colLast="6"/>
            <w:permStart w:id="1914512935" w:edGrp="everyone" w:colFirst="7" w:colLast="7"/>
            <w:permStart w:id="124458165" w:edGrp="everyone" w:colFirst="8" w:colLast="8"/>
            <w:permStart w:id="1969960656" w:edGrp="everyone" w:colFirst="9" w:colLast="9"/>
            <w:permEnd w:id="557908979"/>
            <w:permEnd w:id="1585344054"/>
            <w:permEnd w:id="1512594883"/>
            <w:permEnd w:id="1318155120"/>
            <w:permEnd w:id="881091127"/>
            <w:r w:rsidRPr="00161078">
              <w:rPr>
                <w:sz w:val="16"/>
                <w:lang w:val="pl-PL"/>
              </w:rPr>
              <w:t>8</w:t>
            </w:r>
          </w:p>
        </w:tc>
        <w:tc>
          <w:tcPr>
            <w:tcW w:w="4450" w:type="dxa"/>
            <w:vAlign w:val="center"/>
          </w:tcPr>
          <w:p w14:paraId="691FD802" w14:textId="77777777" w:rsidR="001512C8" w:rsidRPr="00161078" w:rsidRDefault="00443F1E">
            <w:pPr>
              <w:spacing w:before="20" w:after="20"/>
              <w:jc w:val="left"/>
              <w:rPr>
                <w:lang w:val="pl-PL"/>
              </w:rPr>
            </w:pPr>
            <w:r w:rsidRPr="00161078">
              <w:rPr>
                <w:sz w:val="16"/>
                <w:lang w:val="pl-PL"/>
              </w:rPr>
              <w:t>CD22-ECD, 0.5ML ASR</w:t>
            </w:r>
          </w:p>
        </w:tc>
        <w:tc>
          <w:tcPr>
            <w:tcW w:w="1720" w:type="dxa"/>
            <w:vAlign w:val="center"/>
          </w:tcPr>
          <w:p w14:paraId="05AEB0B4" w14:textId="77777777" w:rsidR="001512C8" w:rsidRPr="00161078" w:rsidRDefault="00443F1E">
            <w:pPr>
              <w:spacing w:before="20" w:after="20"/>
              <w:jc w:val="center"/>
              <w:rPr>
                <w:lang w:val="pl-PL"/>
              </w:rPr>
            </w:pPr>
            <w:r w:rsidRPr="00161078">
              <w:rPr>
                <w:sz w:val="16"/>
                <w:lang w:val="pl-PL"/>
              </w:rPr>
              <w:t>0,5 ml</w:t>
            </w:r>
          </w:p>
        </w:tc>
        <w:tc>
          <w:tcPr>
            <w:tcW w:w="640" w:type="dxa"/>
            <w:vAlign w:val="center"/>
          </w:tcPr>
          <w:p w14:paraId="19BD930E"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18BF3344" w14:textId="77777777" w:rsidR="001512C8" w:rsidRPr="00161078" w:rsidRDefault="00056A14">
            <w:pPr>
              <w:spacing w:before="20" w:after="20"/>
              <w:jc w:val="center"/>
              <w:rPr>
                <w:lang w:val="pl-PL"/>
              </w:rPr>
            </w:pPr>
            <w:r>
              <w:rPr>
                <w:sz w:val="16"/>
                <w:lang w:val="pl-PL"/>
              </w:rPr>
              <w:t>10</w:t>
            </w:r>
          </w:p>
        </w:tc>
        <w:tc>
          <w:tcPr>
            <w:tcW w:w="1250" w:type="dxa"/>
            <w:vAlign w:val="center"/>
          </w:tcPr>
          <w:p w14:paraId="7A1E6D80" w14:textId="77777777" w:rsidR="001512C8" w:rsidRPr="00161078" w:rsidRDefault="001512C8">
            <w:pPr>
              <w:spacing w:before="20" w:after="20"/>
              <w:jc w:val="center"/>
              <w:rPr>
                <w:lang w:val="pl-PL"/>
              </w:rPr>
            </w:pPr>
          </w:p>
        </w:tc>
        <w:tc>
          <w:tcPr>
            <w:tcW w:w="620" w:type="dxa"/>
            <w:vAlign w:val="center"/>
          </w:tcPr>
          <w:p w14:paraId="7C5BB15F" w14:textId="77777777" w:rsidR="001512C8" w:rsidRPr="00161078" w:rsidRDefault="001512C8">
            <w:pPr>
              <w:spacing w:before="20" w:after="20"/>
              <w:jc w:val="center"/>
              <w:rPr>
                <w:lang w:val="pl-PL"/>
              </w:rPr>
            </w:pPr>
          </w:p>
        </w:tc>
        <w:tc>
          <w:tcPr>
            <w:tcW w:w="1250" w:type="dxa"/>
            <w:vAlign w:val="center"/>
          </w:tcPr>
          <w:p w14:paraId="64B07CAD" w14:textId="77777777" w:rsidR="001512C8" w:rsidRPr="00161078" w:rsidRDefault="001512C8">
            <w:pPr>
              <w:spacing w:before="20" w:after="20"/>
              <w:jc w:val="center"/>
              <w:rPr>
                <w:lang w:val="pl-PL"/>
              </w:rPr>
            </w:pPr>
          </w:p>
        </w:tc>
        <w:tc>
          <w:tcPr>
            <w:tcW w:w="1350" w:type="dxa"/>
            <w:vAlign w:val="center"/>
          </w:tcPr>
          <w:p w14:paraId="61ABD9BA" w14:textId="77777777" w:rsidR="001512C8" w:rsidRPr="00161078" w:rsidRDefault="001512C8">
            <w:pPr>
              <w:spacing w:before="20" w:after="20"/>
              <w:jc w:val="center"/>
              <w:rPr>
                <w:lang w:val="pl-PL"/>
              </w:rPr>
            </w:pPr>
          </w:p>
        </w:tc>
        <w:tc>
          <w:tcPr>
            <w:tcW w:w="1350" w:type="dxa"/>
            <w:vAlign w:val="center"/>
          </w:tcPr>
          <w:p w14:paraId="18CCAF75" w14:textId="77777777" w:rsidR="001512C8" w:rsidRPr="00161078" w:rsidRDefault="001512C8">
            <w:pPr>
              <w:spacing w:before="20" w:after="20"/>
              <w:jc w:val="center"/>
              <w:rPr>
                <w:lang w:val="pl-PL"/>
              </w:rPr>
            </w:pPr>
          </w:p>
        </w:tc>
      </w:tr>
      <w:tr w:rsidR="001512C8" w:rsidRPr="00161078" w14:paraId="1E1B2D11" w14:textId="77777777" w:rsidTr="00795294">
        <w:trPr>
          <w:jc w:val="center"/>
        </w:trPr>
        <w:tc>
          <w:tcPr>
            <w:tcW w:w="420" w:type="dxa"/>
            <w:vAlign w:val="center"/>
          </w:tcPr>
          <w:p w14:paraId="18374C1A" w14:textId="77777777" w:rsidR="001512C8" w:rsidRPr="00161078" w:rsidRDefault="00443F1E">
            <w:pPr>
              <w:spacing w:before="20" w:after="20"/>
              <w:jc w:val="center"/>
              <w:rPr>
                <w:lang w:val="pl-PL"/>
              </w:rPr>
            </w:pPr>
            <w:permStart w:id="1289243180" w:edGrp="everyone" w:colFirst="5" w:colLast="5"/>
            <w:permStart w:id="763906730" w:edGrp="everyone" w:colFirst="6" w:colLast="6"/>
            <w:permStart w:id="1189543940" w:edGrp="everyone" w:colFirst="7" w:colLast="7"/>
            <w:permStart w:id="2069515024" w:edGrp="everyone" w:colFirst="8" w:colLast="8"/>
            <w:permStart w:id="217152810" w:edGrp="everyone" w:colFirst="9" w:colLast="9"/>
            <w:permEnd w:id="961574721"/>
            <w:permEnd w:id="217605887"/>
            <w:permEnd w:id="1914512935"/>
            <w:permEnd w:id="124458165"/>
            <w:permEnd w:id="1969960656"/>
            <w:r w:rsidRPr="00161078">
              <w:rPr>
                <w:sz w:val="16"/>
                <w:lang w:val="pl-PL"/>
              </w:rPr>
              <w:t>9</w:t>
            </w:r>
          </w:p>
        </w:tc>
        <w:tc>
          <w:tcPr>
            <w:tcW w:w="4450" w:type="dxa"/>
            <w:vAlign w:val="center"/>
          </w:tcPr>
          <w:p w14:paraId="1C6F3539" w14:textId="77777777" w:rsidR="001512C8" w:rsidRPr="00161078" w:rsidRDefault="00443F1E">
            <w:pPr>
              <w:spacing w:before="20" w:after="20"/>
              <w:jc w:val="left"/>
              <w:rPr>
                <w:lang w:val="pl-PL"/>
              </w:rPr>
            </w:pPr>
            <w:r w:rsidRPr="00161078">
              <w:rPr>
                <w:sz w:val="16"/>
                <w:lang w:val="pl-PL"/>
              </w:rPr>
              <w:t>CD3-APC, 100t CE</w:t>
            </w:r>
          </w:p>
        </w:tc>
        <w:tc>
          <w:tcPr>
            <w:tcW w:w="1720" w:type="dxa"/>
            <w:vAlign w:val="center"/>
          </w:tcPr>
          <w:p w14:paraId="715992E3" w14:textId="77777777" w:rsidR="001512C8" w:rsidRPr="00161078" w:rsidRDefault="00443F1E">
            <w:pPr>
              <w:spacing w:before="20" w:after="20"/>
              <w:jc w:val="center"/>
              <w:rPr>
                <w:lang w:val="pl-PL"/>
              </w:rPr>
            </w:pPr>
            <w:r w:rsidRPr="00161078">
              <w:rPr>
                <w:sz w:val="16"/>
                <w:lang w:val="pl-PL"/>
              </w:rPr>
              <w:t xml:space="preserve">100 </w:t>
            </w:r>
            <w:proofErr w:type="spellStart"/>
            <w:r w:rsidRPr="00161078">
              <w:rPr>
                <w:sz w:val="16"/>
                <w:lang w:val="pl-PL"/>
              </w:rPr>
              <w:t>tests</w:t>
            </w:r>
            <w:proofErr w:type="spellEnd"/>
          </w:p>
        </w:tc>
        <w:tc>
          <w:tcPr>
            <w:tcW w:w="640" w:type="dxa"/>
            <w:vAlign w:val="center"/>
          </w:tcPr>
          <w:p w14:paraId="1464FDBD"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0166E51A" w14:textId="77777777" w:rsidR="001512C8" w:rsidRPr="00161078" w:rsidRDefault="00056A14">
            <w:pPr>
              <w:spacing w:before="20" w:after="20"/>
              <w:jc w:val="center"/>
              <w:rPr>
                <w:lang w:val="pl-PL"/>
              </w:rPr>
            </w:pPr>
            <w:r>
              <w:rPr>
                <w:sz w:val="16"/>
                <w:lang w:val="pl-PL"/>
              </w:rPr>
              <w:t>10</w:t>
            </w:r>
          </w:p>
        </w:tc>
        <w:tc>
          <w:tcPr>
            <w:tcW w:w="1250" w:type="dxa"/>
            <w:vAlign w:val="center"/>
          </w:tcPr>
          <w:p w14:paraId="636FB4B7" w14:textId="77777777" w:rsidR="001512C8" w:rsidRPr="00161078" w:rsidRDefault="001512C8">
            <w:pPr>
              <w:spacing w:before="20" w:after="20"/>
              <w:jc w:val="center"/>
              <w:rPr>
                <w:lang w:val="pl-PL"/>
              </w:rPr>
            </w:pPr>
          </w:p>
        </w:tc>
        <w:tc>
          <w:tcPr>
            <w:tcW w:w="620" w:type="dxa"/>
            <w:vAlign w:val="center"/>
          </w:tcPr>
          <w:p w14:paraId="4F74B902" w14:textId="77777777" w:rsidR="001512C8" w:rsidRPr="00161078" w:rsidRDefault="001512C8">
            <w:pPr>
              <w:spacing w:before="20" w:after="20"/>
              <w:jc w:val="center"/>
              <w:rPr>
                <w:lang w:val="pl-PL"/>
              </w:rPr>
            </w:pPr>
          </w:p>
        </w:tc>
        <w:tc>
          <w:tcPr>
            <w:tcW w:w="1250" w:type="dxa"/>
            <w:vAlign w:val="center"/>
          </w:tcPr>
          <w:p w14:paraId="4BEA4F94" w14:textId="77777777" w:rsidR="001512C8" w:rsidRPr="00161078" w:rsidRDefault="001512C8">
            <w:pPr>
              <w:spacing w:before="20" w:after="20"/>
              <w:jc w:val="center"/>
              <w:rPr>
                <w:lang w:val="pl-PL"/>
              </w:rPr>
            </w:pPr>
          </w:p>
        </w:tc>
        <w:tc>
          <w:tcPr>
            <w:tcW w:w="1350" w:type="dxa"/>
            <w:vAlign w:val="center"/>
          </w:tcPr>
          <w:p w14:paraId="76FBB009" w14:textId="77777777" w:rsidR="001512C8" w:rsidRPr="00161078" w:rsidRDefault="001512C8">
            <w:pPr>
              <w:spacing w:before="20" w:after="20"/>
              <w:jc w:val="center"/>
              <w:rPr>
                <w:lang w:val="pl-PL"/>
              </w:rPr>
            </w:pPr>
          </w:p>
        </w:tc>
        <w:tc>
          <w:tcPr>
            <w:tcW w:w="1350" w:type="dxa"/>
            <w:vAlign w:val="center"/>
          </w:tcPr>
          <w:p w14:paraId="309D5037" w14:textId="77777777" w:rsidR="001512C8" w:rsidRPr="00161078" w:rsidRDefault="001512C8">
            <w:pPr>
              <w:spacing w:before="20" w:after="20"/>
              <w:jc w:val="center"/>
              <w:rPr>
                <w:lang w:val="pl-PL"/>
              </w:rPr>
            </w:pPr>
          </w:p>
        </w:tc>
      </w:tr>
      <w:tr w:rsidR="001512C8" w:rsidRPr="00161078" w14:paraId="019820C3" w14:textId="77777777" w:rsidTr="00795294">
        <w:trPr>
          <w:jc w:val="center"/>
        </w:trPr>
        <w:tc>
          <w:tcPr>
            <w:tcW w:w="420" w:type="dxa"/>
            <w:vAlign w:val="center"/>
          </w:tcPr>
          <w:p w14:paraId="139CABE9" w14:textId="77777777" w:rsidR="001512C8" w:rsidRPr="00161078" w:rsidRDefault="00443F1E">
            <w:pPr>
              <w:spacing w:before="20" w:after="20"/>
              <w:jc w:val="center"/>
              <w:rPr>
                <w:lang w:val="pl-PL"/>
              </w:rPr>
            </w:pPr>
            <w:permStart w:id="1571500377" w:edGrp="everyone" w:colFirst="5" w:colLast="5"/>
            <w:permStart w:id="926365740" w:edGrp="everyone" w:colFirst="6" w:colLast="6"/>
            <w:permStart w:id="1732668912" w:edGrp="everyone" w:colFirst="7" w:colLast="7"/>
            <w:permStart w:id="896481197" w:edGrp="everyone" w:colFirst="8" w:colLast="8"/>
            <w:permStart w:id="1019352319" w:edGrp="everyone" w:colFirst="9" w:colLast="9"/>
            <w:permEnd w:id="1289243180"/>
            <w:permEnd w:id="763906730"/>
            <w:permEnd w:id="1189543940"/>
            <w:permEnd w:id="2069515024"/>
            <w:permEnd w:id="217152810"/>
            <w:r w:rsidRPr="00161078">
              <w:rPr>
                <w:sz w:val="16"/>
                <w:lang w:val="pl-PL"/>
              </w:rPr>
              <w:t>10</w:t>
            </w:r>
          </w:p>
        </w:tc>
        <w:tc>
          <w:tcPr>
            <w:tcW w:w="4450" w:type="dxa"/>
            <w:vAlign w:val="center"/>
          </w:tcPr>
          <w:p w14:paraId="7C7BCF1A" w14:textId="77777777" w:rsidR="001512C8" w:rsidRPr="00161078" w:rsidRDefault="00443F1E">
            <w:pPr>
              <w:spacing w:before="20" w:after="20"/>
              <w:jc w:val="left"/>
              <w:rPr>
                <w:lang w:val="pl-PL"/>
              </w:rPr>
            </w:pPr>
            <w:r w:rsidRPr="00161078">
              <w:rPr>
                <w:sz w:val="16"/>
                <w:lang w:val="pl-PL"/>
              </w:rPr>
              <w:t>CD56-PC7 100t CE</w:t>
            </w:r>
          </w:p>
        </w:tc>
        <w:tc>
          <w:tcPr>
            <w:tcW w:w="1720" w:type="dxa"/>
            <w:vAlign w:val="center"/>
          </w:tcPr>
          <w:p w14:paraId="34C500E5" w14:textId="77777777" w:rsidR="001512C8" w:rsidRPr="00161078" w:rsidRDefault="00443F1E">
            <w:pPr>
              <w:spacing w:before="20" w:after="20"/>
              <w:jc w:val="center"/>
              <w:rPr>
                <w:lang w:val="pl-PL"/>
              </w:rPr>
            </w:pPr>
            <w:r w:rsidRPr="00161078">
              <w:rPr>
                <w:sz w:val="16"/>
                <w:lang w:val="pl-PL"/>
              </w:rPr>
              <w:t xml:space="preserve">100 </w:t>
            </w:r>
            <w:proofErr w:type="spellStart"/>
            <w:r w:rsidRPr="00161078">
              <w:rPr>
                <w:sz w:val="16"/>
                <w:lang w:val="pl-PL"/>
              </w:rPr>
              <w:t>tests</w:t>
            </w:r>
            <w:proofErr w:type="spellEnd"/>
          </w:p>
        </w:tc>
        <w:tc>
          <w:tcPr>
            <w:tcW w:w="640" w:type="dxa"/>
            <w:vAlign w:val="center"/>
          </w:tcPr>
          <w:p w14:paraId="04C03320"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5C76159C" w14:textId="77777777" w:rsidR="001512C8" w:rsidRPr="00161078" w:rsidRDefault="00056A14">
            <w:pPr>
              <w:spacing w:before="20" w:after="20"/>
              <w:jc w:val="center"/>
              <w:rPr>
                <w:lang w:val="pl-PL"/>
              </w:rPr>
            </w:pPr>
            <w:r>
              <w:rPr>
                <w:sz w:val="16"/>
                <w:lang w:val="pl-PL"/>
              </w:rPr>
              <w:t>1</w:t>
            </w:r>
          </w:p>
        </w:tc>
        <w:tc>
          <w:tcPr>
            <w:tcW w:w="1250" w:type="dxa"/>
            <w:vAlign w:val="center"/>
          </w:tcPr>
          <w:p w14:paraId="3927EA59" w14:textId="77777777" w:rsidR="001512C8" w:rsidRPr="00161078" w:rsidRDefault="001512C8">
            <w:pPr>
              <w:spacing w:before="20" w:after="20"/>
              <w:jc w:val="center"/>
              <w:rPr>
                <w:lang w:val="pl-PL"/>
              </w:rPr>
            </w:pPr>
          </w:p>
        </w:tc>
        <w:tc>
          <w:tcPr>
            <w:tcW w:w="620" w:type="dxa"/>
            <w:vAlign w:val="center"/>
          </w:tcPr>
          <w:p w14:paraId="4B5628A8" w14:textId="77777777" w:rsidR="001512C8" w:rsidRPr="00161078" w:rsidRDefault="001512C8">
            <w:pPr>
              <w:spacing w:before="20" w:after="20"/>
              <w:jc w:val="center"/>
              <w:rPr>
                <w:lang w:val="pl-PL"/>
              </w:rPr>
            </w:pPr>
          </w:p>
        </w:tc>
        <w:tc>
          <w:tcPr>
            <w:tcW w:w="1250" w:type="dxa"/>
            <w:vAlign w:val="center"/>
          </w:tcPr>
          <w:p w14:paraId="43628415" w14:textId="77777777" w:rsidR="001512C8" w:rsidRPr="00161078" w:rsidRDefault="001512C8">
            <w:pPr>
              <w:spacing w:before="20" w:after="20"/>
              <w:jc w:val="center"/>
              <w:rPr>
                <w:lang w:val="pl-PL"/>
              </w:rPr>
            </w:pPr>
          </w:p>
        </w:tc>
        <w:tc>
          <w:tcPr>
            <w:tcW w:w="1350" w:type="dxa"/>
            <w:vAlign w:val="center"/>
          </w:tcPr>
          <w:p w14:paraId="3571E54F" w14:textId="77777777" w:rsidR="001512C8" w:rsidRPr="00161078" w:rsidRDefault="001512C8">
            <w:pPr>
              <w:spacing w:before="20" w:after="20"/>
              <w:jc w:val="center"/>
              <w:rPr>
                <w:lang w:val="pl-PL"/>
              </w:rPr>
            </w:pPr>
          </w:p>
        </w:tc>
        <w:tc>
          <w:tcPr>
            <w:tcW w:w="1350" w:type="dxa"/>
            <w:vAlign w:val="center"/>
          </w:tcPr>
          <w:p w14:paraId="6D76CCB5" w14:textId="77777777" w:rsidR="001512C8" w:rsidRPr="00161078" w:rsidRDefault="001512C8">
            <w:pPr>
              <w:spacing w:before="20" w:after="20"/>
              <w:jc w:val="center"/>
              <w:rPr>
                <w:lang w:val="pl-PL"/>
              </w:rPr>
            </w:pPr>
          </w:p>
        </w:tc>
      </w:tr>
      <w:tr w:rsidR="001512C8" w:rsidRPr="00161078" w14:paraId="32E1A5A9" w14:textId="77777777" w:rsidTr="00795294">
        <w:trPr>
          <w:jc w:val="center"/>
        </w:trPr>
        <w:tc>
          <w:tcPr>
            <w:tcW w:w="420" w:type="dxa"/>
            <w:vAlign w:val="center"/>
          </w:tcPr>
          <w:p w14:paraId="442D869F" w14:textId="77777777" w:rsidR="001512C8" w:rsidRPr="00161078" w:rsidRDefault="00443F1E">
            <w:pPr>
              <w:spacing w:before="20" w:after="20"/>
              <w:jc w:val="center"/>
              <w:rPr>
                <w:lang w:val="pl-PL"/>
              </w:rPr>
            </w:pPr>
            <w:permStart w:id="656748013" w:edGrp="everyone" w:colFirst="5" w:colLast="5"/>
            <w:permStart w:id="976774288" w:edGrp="everyone" w:colFirst="6" w:colLast="6"/>
            <w:permStart w:id="459750154" w:edGrp="everyone" w:colFirst="7" w:colLast="7"/>
            <w:permStart w:id="1956871946" w:edGrp="everyone" w:colFirst="8" w:colLast="8"/>
            <w:permStart w:id="2017746145" w:edGrp="everyone" w:colFirst="9" w:colLast="9"/>
            <w:permEnd w:id="1571500377"/>
            <w:permEnd w:id="926365740"/>
            <w:permEnd w:id="1732668912"/>
            <w:permEnd w:id="896481197"/>
            <w:permEnd w:id="1019352319"/>
            <w:r w:rsidRPr="00161078">
              <w:rPr>
                <w:sz w:val="16"/>
                <w:lang w:val="pl-PL"/>
              </w:rPr>
              <w:t>11</w:t>
            </w:r>
          </w:p>
        </w:tc>
        <w:tc>
          <w:tcPr>
            <w:tcW w:w="4450" w:type="dxa"/>
            <w:vAlign w:val="center"/>
          </w:tcPr>
          <w:p w14:paraId="21925AEE" w14:textId="77777777" w:rsidR="001512C8" w:rsidRPr="00161078" w:rsidRDefault="00443F1E">
            <w:pPr>
              <w:spacing w:before="20" w:after="20"/>
              <w:jc w:val="left"/>
              <w:rPr>
                <w:lang w:val="pl-PL"/>
              </w:rPr>
            </w:pPr>
            <w:r w:rsidRPr="00161078">
              <w:rPr>
                <w:sz w:val="16"/>
                <w:lang w:val="pl-PL"/>
              </w:rPr>
              <w:t>CD16-RPE 100t CE</w:t>
            </w:r>
          </w:p>
        </w:tc>
        <w:tc>
          <w:tcPr>
            <w:tcW w:w="1720" w:type="dxa"/>
            <w:vAlign w:val="center"/>
          </w:tcPr>
          <w:p w14:paraId="06B72140" w14:textId="77777777" w:rsidR="001512C8" w:rsidRPr="00161078" w:rsidRDefault="00443F1E">
            <w:pPr>
              <w:spacing w:before="20" w:after="20"/>
              <w:jc w:val="center"/>
              <w:rPr>
                <w:lang w:val="pl-PL"/>
              </w:rPr>
            </w:pPr>
            <w:r w:rsidRPr="00161078">
              <w:rPr>
                <w:sz w:val="16"/>
                <w:lang w:val="pl-PL"/>
              </w:rPr>
              <w:t xml:space="preserve">100 </w:t>
            </w:r>
            <w:proofErr w:type="spellStart"/>
            <w:r w:rsidRPr="00161078">
              <w:rPr>
                <w:sz w:val="16"/>
                <w:lang w:val="pl-PL"/>
              </w:rPr>
              <w:t>tests</w:t>
            </w:r>
            <w:proofErr w:type="spellEnd"/>
          </w:p>
        </w:tc>
        <w:tc>
          <w:tcPr>
            <w:tcW w:w="640" w:type="dxa"/>
            <w:vAlign w:val="center"/>
          </w:tcPr>
          <w:p w14:paraId="3A833DFC"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57EDCD0E" w14:textId="77777777" w:rsidR="001512C8" w:rsidRPr="00161078" w:rsidRDefault="00056A14">
            <w:pPr>
              <w:spacing w:before="20" w:after="20"/>
              <w:jc w:val="center"/>
              <w:rPr>
                <w:lang w:val="pl-PL"/>
              </w:rPr>
            </w:pPr>
            <w:r>
              <w:rPr>
                <w:sz w:val="16"/>
                <w:lang w:val="pl-PL"/>
              </w:rPr>
              <w:t>1</w:t>
            </w:r>
          </w:p>
        </w:tc>
        <w:tc>
          <w:tcPr>
            <w:tcW w:w="1250" w:type="dxa"/>
            <w:vAlign w:val="center"/>
          </w:tcPr>
          <w:p w14:paraId="58E06A20" w14:textId="77777777" w:rsidR="001512C8" w:rsidRPr="00161078" w:rsidRDefault="001512C8">
            <w:pPr>
              <w:spacing w:before="20" w:after="20"/>
              <w:jc w:val="center"/>
              <w:rPr>
                <w:lang w:val="pl-PL"/>
              </w:rPr>
            </w:pPr>
          </w:p>
        </w:tc>
        <w:tc>
          <w:tcPr>
            <w:tcW w:w="620" w:type="dxa"/>
            <w:vAlign w:val="center"/>
          </w:tcPr>
          <w:p w14:paraId="345437E0" w14:textId="77777777" w:rsidR="001512C8" w:rsidRPr="00161078" w:rsidRDefault="001512C8">
            <w:pPr>
              <w:spacing w:before="20" w:after="20"/>
              <w:jc w:val="center"/>
              <w:rPr>
                <w:lang w:val="pl-PL"/>
              </w:rPr>
            </w:pPr>
          </w:p>
        </w:tc>
        <w:tc>
          <w:tcPr>
            <w:tcW w:w="1250" w:type="dxa"/>
            <w:vAlign w:val="center"/>
          </w:tcPr>
          <w:p w14:paraId="1DF05595" w14:textId="77777777" w:rsidR="001512C8" w:rsidRPr="00161078" w:rsidRDefault="001512C8">
            <w:pPr>
              <w:spacing w:before="20" w:after="20"/>
              <w:jc w:val="center"/>
              <w:rPr>
                <w:lang w:val="pl-PL"/>
              </w:rPr>
            </w:pPr>
          </w:p>
        </w:tc>
        <w:tc>
          <w:tcPr>
            <w:tcW w:w="1350" w:type="dxa"/>
            <w:vAlign w:val="center"/>
          </w:tcPr>
          <w:p w14:paraId="280FFA5D" w14:textId="77777777" w:rsidR="001512C8" w:rsidRPr="00161078" w:rsidRDefault="001512C8">
            <w:pPr>
              <w:spacing w:before="20" w:after="20"/>
              <w:jc w:val="center"/>
              <w:rPr>
                <w:lang w:val="pl-PL"/>
              </w:rPr>
            </w:pPr>
          </w:p>
        </w:tc>
        <w:tc>
          <w:tcPr>
            <w:tcW w:w="1350" w:type="dxa"/>
            <w:vAlign w:val="center"/>
          </w:tcPr>
          <w:p w14:paraId="08049555" w14:textId="77777777" w:rsidR="001512C8" w:rsidRPr="00161078" w:rsidRDefault="001512C8">
            <w:pPr>
              <w:spacing w:before="20" w:after="20"/>
              <w:jc w:val="center"/>
              <w:rPr>
                <w:lang w:val="pl-PL"/>
              </w:rPr>
            </w:pPr>
          </w:p>
        </w:tc>
      </w:tr>
      <w:tr w:rsidR="001512C8" w:rsidRPr="00161078" w14:paraId="209BBB7C" w14:textId="77777777" w:rsidTr="00795294">
        <w:trPr>
          <w:jc w:val="center"/>
        </w:trPr>
        <w:tc>
          <w:tcPr>
            <w:tcW w:w="420" w:type="dxa"/>
            <w:vAlign w:val="center"/>
          </w:tcPr>
          <w:p w14:paraId="159D1EB0" w14:textId="77777777" w:rsidR="001512C8" w:rsidRPr="00161078" w:rsidRDefault="00443F1E">
            <w:pPr>
              <w:spacing w:before="20" w:after="20"/>
              <w:jc w:val="center"/>
              <w:rPr>
                <w:lang w:val="pl-PL"/>
              </w:rPr>
            </w:pPr>
            <w:permStart w:id="488185314" w:edGrp="everyone" w:colFirst="5" w:colLast="5"/>
            <w:permStart w:id="122189291" w:edGrp="everyone" w:colFirst="6" w:colLast="6"/>
            <w:permStart w:id="1771795399" w:edGrp="everyone" w:colFirst="7" w:colLast="7"/>
            <w:permStart w:id="1818439762" w:edGrp="everyone" w:colFirst="8" w:colLast="8"/>
            <w:permStart w:id="1907382600" w:edGrp="everyone" w:colFirst="9" w:colLast="9"/>
            <w:permEnd w:id="656748013"/>
            <w:permEnd w:id="976774288"/>
            <w:permEnd w:id="459750154"/>
            <w:permEnd w:id="1956871946"/>
            <w:permEnd w:id="2017746145"/>
            <w:r w:rsidRPr="00161078">
              <w:rPr>
                <w:sz w:val="16"/>
                <w:lang w:val="pl-PL"/>
              </w:rPr>
              <w:t>12</w:t>
            </w:r>
          </w:p>
        </w:tc>
        <w:tc>
          <w:tcPr>
            <w:tcW w:w="4450" w:type="dxa"/>
            <w:vAlign w:val="center"/>
          </w:tcPr>
          <w:p w14:paraId="47AEF4B1" w14:textId="77777777" w:rsidR="001512C8" w:rsidRPr="00801A1C" w:rsidRDefault="00443F1E">
            <w:pPr>
              <w:spacing w:before="20" w:after="20"/>
              <w:jc w:val="left"/>
            </w:pPr>
            <w:r w:rsidRPr="00801A1C">
              <w:rPr>
                <w:sz w:val="16"/>
              </w:rPr>
              <w:t>CD45RO-ECD, 100 tests, CE-IVD</w:t>
            </w:r>
          </w:p>
        </w:tc>
        <w:tc>
          <w:tcPr>
            <w:tcW w:w="1720" w:type="dxa"/>
            <w:vAlign w:val="center"/>
          </w:tcPr>
          <w:p w14:paraId="1DEE1154" w14:textId="77777777" w:rsidR="001512C8" w:rsidRPr="00161078" w:rsidRDefault="00443F1E">
            <w:pPr>
              <w:spacing w:before="20" w:after="20"/>
              <w:jc w:val="center"/>
              <w:rPr>
                <w:lang w:val="pl-PL"/>
              </w:rPr>
            </w:pPr>
            <w:r w:rsidRPr="00161078">
              <w:rPr>
                <w:sz w:val="16"/>
                <w:lang w:val="pl-PL"/>
              </w:rPr>
              <w:t xml:space="preserve">100 </w:t>
            </w:r>
            <w:proofErr w:type="spellStart"/>
            <w:r w:rsidRPr="00161078">
              <w:rPr>
                <w:sz w:val="16"/>
                <w:lang w:val="pl-PL"/>
              </w:rPr>
              <w:t>tests</w:t>
            </w:r>
            <w:proofErr w:type="spellEnd"/>
          </w:p>
        </w:tc>
        <w:tc>
          <w:tcPr>
            <w:tcW w:w="640" w:type="dxa"/>
            <w:vAlign w:val="center"/>
          </w:tcPr>
          <w:p w14:paraId="511B93FD"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2A092DE6" w14:textId="77777777" w:rsidR="001512C8" w:rsidRPr="00161078" w:rsidRDefault="00056A14">
            <w:pPr>
              <w:spacing w:before="20" w:after="20"/>
              <w:jc w:val="center"/>
              <w:rPr>
                <w:lang w:val="pl-PL"/>
              </w:rPr>
            </w:pPr>
            <w:r>
              <w:rPr>
                <w:sz w:val="16"/>
                <w:lang w:val="pl-PL"/>
              </w:rPr>
              <w:t>2</w:t>
            </w:r>
          </w:p>
        </w:tc>
        <w:tc>
          <w:tcPr>
            <w:tcW w:w="1250" w:type="dxa"/>
            <w:vAlign w:val="center"/>
          </w:tcPr>
          <w:p w14:paraId="3D3293FE" w14:textId="77777777" w:rsidR="001512C8" w:rsidRPr="00161078" w:rsidRDefault="001512C8">
            <w:pPr>
              <w:spacing w:before="20" w:after="20"/>
              <w:jc w:val="center"/>
              <w:rPr>
                <w:lang w:val="pl-PL"/>
              </w:rPr>
            </w:pPr>
          </w:p>
        </w:tc>
        <w:tc>
          <w:tcPr>
            <w:tcW w:w="620" w:type="dxa"/>
            <w:vAlign w:val="center"/>
          </w:tcPr>
          <w:p w14:paraId="58643D08" w14:textId="77777777" w:rsidR="001512C8" w:rsidRPr="00161078" w:rsidRDefault="001512C8">
            <w:pPr>
              <w:spacing w:before="20" w:after="20"/>
              <w:jc w:val="center"/>
              <w:rPr>
                <w:lang w:val="pl-PL"/>
              </w:rPr>
            </w:pPr>
          </w:p>
        </w:tc>
        <w:tc>
          <w:tcPr>
            <w:tcW w:w="1250" w:type="dxa"/>
            <w:vAlign w:val="center"/>
          </w:tcPr>
          <w:p w14:paraId="188639DE" w14:textId="77777777" w:rsidR="001512C8" w:rsidRPr="00161078" w:rsidRDefault="001512C8">
            <w:pPr>
              <w:spacing w:before="20" w:after="20"/>
              <w:jc w:val="center"/>
              <w:rPr>
                <w:lang w:val="pl-PL"/>
              </w:rPr>
            </w:pPr>
          </w:p>
        </w:tc>
        <w:tc>
          <w:tcPr>
            <w:tcW w:w="1350" w:type="dxa"/>
            <w:vAlign w:val="center"/>
          </w:tcPr>
          <w:p w14:paraId="7066CAF1" w14:textId="77777777" w:rsidR="001512C8" w:rsidRPr="00161078" w:rsidRDefault="001512C8">
            <w:pPr>
              <w:spacing w:before="20" w:after="20"/>
              <w:jc w:val="center"/>
              <w:rPr>
                <w:lang w:val="pl-PL"/>
              </w:rPr>
            </w:pPr>
          </w:p>
        </w:tc>
        <w:tc>
          <w:tcPr>
            <w:tcW w:w="1350" w:type="dxa"/>
            <w:vAlign w:val="center"/>
          </w:tcPr>
          <w:p w14:paraId="328482D4" w14:textId="77777777" w:rsidR="001512C8" w:rsidRPr="00161078" w:rsidRDefault="001512C8">
            <w:pPr>
              <w:spacing w:before="20" w:after="20"/>
              <w:jc w:val="center"/>
              <w:rPr>
                <w:lang w:val="pl-PL"/>
              </w:rPr>
            </w:pPr>
          </w:p>
        </w:tc>
      </w:tr>
      <w:tr w:rsidR="001512C8" w:rsidRPr="00161078" w14:paraId="608B37B5" w14:textId="77777777" w:rsidTr="00795294">
        <w:trPr>
          <w:jc w:val="center"/>
        </w:trPr>
        <w:tc>
          <w:tcPr>
            <w:tcW w:w="420" w:type="dxa"/>
            <w:vAlign w:val="center"/>
          </w:tcPr>
          <w:p w14:paraId="11744DEE" w14:textId="77777777" w:rsidR="001512C8" w:rsidRPr="00161078" w:rsidRDefault="00443F1E">
            <w:pPr>
              <w:spacing w:before="20" w:after="20"/>
              <w:jc w:val="center"/>
              <w:rPr>
                <w:lang w:val="pl-PL"/>
              </w:rPr>
            </w:pPr>
            <w:permStart w:id="883244347" w:edGrp="everyone" w:colFirst="5" w:colLast="5"/>
            <w:permStart w:id="1115049393" w:edGrp="everyone" w:colFirst="6" w:colLast="6"/>
            <w:permStart w:id="812279252" w:edGrp="everyone" w:colFirst="7" w:colLast="7"/>
            <w:permStart w:id="517343456" w:edGrp="everyone" w:colFirst="8" w:colLast="8"/>
            <w:permStart w:id="1198601397" w:edGrp="everyone" w:colFirst="9" w:colLast="9"/>
            <w:permEnd w:id="488185314"/>
            <w:permEnd w:id="122189291"/>
            <w:permEnd w:id="1771795399"/>
            <w:permEnd w:id="1818439762"/>
            <w:permEnd w:id="1907382600"/>
            <w:r w:rsidRPr="00161078">
              <w:rPr>
                <w:sz w:val="16"/>
                <w:lang w:val="pl-PL"/>
              </w:rPr>
              <w:t>13</w:t>
            </w:r>
          </w:p>
        </w:tc>
        <w:tc>
          <w:tcPr>
            <w:tcW w:w="4450" w:type="dxa"/>
            <w:vAlign w:val="center"/>
          </w:tcPr>
          <w:p w14:paraId="35DE5AAF" w14:textId="77777777" w:rsidR="001512C8" w:rsidRPr="00801A1C" w:rsidRDefault="00443F1E">
            <w:pPr>
              <w:spacing w:before="20" w:after="20"/>
              <w:jc w:val="left"/>
            </w:pPr>
            <w:r w:rsidRPr="00801A1C">
              <w:rPr>
                <w:sz w:val="16"/>
              </w:rPr>
              <w:t>IgG1 (Mouse)-Pacific Blue, 100t CE</w:t>
            </w:r>
          </w:p>
        </w:tc>
        <w:tc>
          <w:tcPr>
            <w:tcW w:w="1720" w:type="dxa"/>
            <w:vAlign w:val="center"/>
          </w:tcPr>
          <w:p w14:paraId="2E49C065" w14:textId="77777777" w:rsidR="001512C8" w:rsidRPr="00161078" w:rsidRDefault="00443F1E">
            <w:pPr>
              <w:spacing w:before="20" w:after="20"/>
              <w:jc w:val="center"/>
              <w:rPr>
                <w:lang w:val="pl-PL"/>
              </w:rPr>
            </w:pPr>
            <w:r w:rsidRPr="00161078">
              <w:rPr>
                <w:sz w:val="16"/>
                <w:lang w:val="pl-PL"/>
              </w:rPr>
              <w:t xml:space="preserve">100 </w:t>
            </w:r>
            <w:proofErr w:type="spellStart"/>
            <w:r w:rsidRPr="00161078">
              <w:rPr>
                <w:sz w:val="16"/>
                <w:lang w:val="pl-PL"/>
              </w:rPr>
              <w:t>tests</w:t>
            </w:r>
            <w:proofErr w:type="spellEnd"/>
          </w:p>
        </w:tc>
        <w:tc>
          <w:tcPr>
            <w:tcW w:w="640" w:type="dxa"/>
            <w:vAlign w:val="center"/>
          </w:tcPr>
          <w:p w14:paraId="5E66ADD8"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2428186E" w14:textId="77777777" w:rsidR="001512C8" w:rsidRPr="00161078" w:rsidRDefault="00056A14">
            <w:pPr>
              <w:spacing w:before="20" w:after="20"/>
              <w:jc w:val="center"/>
              <w:rPr>
                <w:lang w:val="pl-PL"/>
              </w:rPr>
            </w:pPr>
            <w:r>
              <w:rPr>
                <w:sz w:val="16"/>
                <w:lang w:val="pl-PL"/>
              </w:rPr>
              <w:t>2</w:t>
            </w:r>
          </w:p>
        </w:tc>
        <w:tc>
          <w:tcPr>
            <w:tcW w:w="1250" w:type="dxa"/>
            <w:vAlign w:val="center"/>
          </w:tcPr>
          <w:p w14:paraId="313DE916" w14:textId="77777777" w:rsidR="001512C8" w:rsidRPr="00161078" w:rsidRDefault="001512C8">
            <w:pPr>
              <w:spacing w:before="20" w:after="20"/>
              <w:jc w:val="center"/>
              <w:rPr>
                <w:lang w:val="pl-PL"/>
              </w:rPr>
            </w:pPr>
          </w:p>
        </w:tc>
        <w:tc>
          <w:tcPr>
            <w:tcW w:w="620" w:type="dxa"/>
            <w:vAlign w:val="center"/>
          </w:tcPr>
          <w:p w14:paraId="2F23C284" w14:textId="77777777" w:rsidR="001512C8" w:rsidRPr="00161078" w:rsidRDefault="001512C8">
            <w:pPr>
              <w:spacing w:before="20" w:after="20"/>
              <w:jc w:val="center"/>
              <w:rPr>
                <w:lang w:val="pl-PL"/>
              </w:rPr>
            </w:pPr>
          </w:p>
        </w:tc>
        <w:tc>
          <w:tcPr>
            <w:tcW w:w="1250" w:type="dxa"/>
            <w:vAlign w:val="center"/>
          </w:tcPr>
          <w:p w14:paraId="09EA0D69" w14:textId="77777777" w:rsidR="001512C8" w:rsidRPr="00161078" w:rsidRDefault="001512C8">
            <w:pPr>
              <w:spacing w:before="20" w:after="20"/>
              <w:jc w:val="center"/>
              <w:rPr>
                <w:lang w:val="pl-PL"/>
              </w:rPr>
            </w:pPr>
          </w:p>
        </w:tc>
        <w:tc>
          <w:tcPr>
            <w:tcW w:w="1350" w:type="dxa"/>
            <w:vAlign w:val="center"/>
          </w:tcPr>
          <w:p w14:paraId="7311253F" w14:textId="77777777" w:rsidR="001512C8" w:rsidRPr="00161078" w:rsidRDefault="001512C8">
            <w:pPr>
              <w:spacing w:before="20" w:after="20"/>
              <w:jc w:val="center"/>
              <w:rPr>
                <w:lang w:val="pl-PL"/>
              </w:rPr>
            </w:pPr>
          </w:p>
        </w:tc>
        <w:tc>
          <w:tcPr>
            <w:tcW w:w="1350" w:type="dxa"/>
            <w:vAlign w:val="center"/>
          </w:tcPr>
          <w:p w14:paraId="73CED340" w14:textId="77777777" w:rsidR="001512C8" w:rsidRPr="00161078" w:rsidRDefault="001512C8">
            <w:pPr>
              <w:spacing w:before="20" w:after="20"/>
              <w:jc w:val="center"/>
              <w:rPr>
                <w:lang w:val="pl-PL"/>
              </w:rPr>
            </w:pPr>
          </w:p>
        </w:tc>
      </w:tr>
      <w:tr w:rsidR="001512C8" w:rsidRPr="00161078" w14:paraId="3B4C7892" w14:textId="77777777" w:rsidTr="00795294">
        <w:trPr>
          <w:jc w:val="center"/>
        </w:trPr>
        <w:tc>
          <w:tcPr>
            <w:tcW w:w="420" w:type="dxa"/>
            <w:vAlign w:val="center"/>
          </w:tcPr>
          <w:p w14:paraId="57E50587" w14:textId="77777777" w:rsidR="001512C8" w:rsidRPr="00161078" w:rsidRDefault="00443F1E">
            <w:pPr>
              <w:spacing w:before="20" w:after="20"/>
              <w:jc w:val="center"/>
              <w:rPr>
                <w:lang w:val="pl-PL"/>
              </w:rPr>
            </w:pPr>
            <w:permStart w:id="1448574482" w:edGrp="everyone" w:colFirst="5" w:colLast="5"/>
            <w:permStart w:id="203561992" w:edGrp="everyone" w:colFirst="6" w:colLast="6"/>
            <w:permStart w:id="1373770811" w:edGrp="everyone" w:colFirst="7" w:colLast="7"/>
            <w:permStart w:id="1337860506" w:edGrp="everyone" w:colFirst="8" w:colLast="8"/>
            <w:permStart w:id="691239464" w:edGrp="everyone" w:colFirst="9" w:colLast="9"/>
            <w:permEnd w:id="883244347"/>
            <w:permEnd w:id="1115049393"/>
            <w:permEnd w:id="812279252"/>
            <w:permEnd w:id="517343456"/>
            <w:permEnd w:id="1198601397"/>
            <w:r w:rsidRPr="00161078">
              <w:rPr>
                <w:sz w:val="16"/>
                <w:lang w:val="pl-PL"/>
              </w:rPr>
              <w:t>14</w:t>
            </w:r>
          </w:p>
        </w:tc>
        <w:tc>
          <w:tcPr>
            <w:tcW w:w="4450" w:type="dxa"/>
            <w:vAlign w:val="center"/>
          </w:tcPr>
          <w:p w14:paraId="0811DFAB" w14:textId="77777777" w:rsidR="001512C8" w:rsidRPr="00801A1C" w:rsidRDefault="00443F1E">
            <w:pPr>
              <w:spacing w:before="20" w:after="20"/>
              <w:jc w:val="left"/>
            </w:pPr>
            <w:r w:rsidRPr="00801A1C">
              <w:rPr>
                <w:sz w:val="16"/>
              </w:rPr>
              <w:t>IgG1(mouse)-RPE 100t CE</w:t>
            </w:r>
          </w:p>
        </w:tc>
        <w:tc>
          <w:tcPr>
            <w:tcW w:w="1720" w:type="dxa"/>
            <w:vAlign w:val="center"/>
          </w:tcPr>
          <w:p w14:paraId="30BE4B82" w14:textId="77777777" w:rsidR="001512C8" w:rsidRPr="00161078" w:rsidRDefault="00443F1E">
            <w:pPr>
              <w:spacing w:before="20" w:after="20"/>
              <w:jc w:val="center"/>
              <w:rPr>
                <w:lang w:val="pl-PL"/>
              </w:rPr>
            </w:pPr>
            <w:r w:rsidRPr="00161078">
              <w:rPr>
                <w:sz w:val="16"/>
                <w:lang w:val="pl-PL"/>
              </w:rPr>
              <w:t xml:space="preserve">100 </w:t>
            </w:r>
            <w:proofErr w:type="spellStart"/>
            <w:r w:rsidRPr="00161078">
              <w:rPr>
                <w:sz w:val="16"/>
                <w:lang w:val="pl-PL"/>
              </w:rPr>
              <w:t>tests</w:t>
            </w:r>
            <w:proofErr w:type="spellEnd"/>
          </w:p>
        </w:tc>
        <w:tc>
          <w:tcPr>
            <w:tcW w:w="640" w:type="dxa"/>
            <w:vAlign w:val="center"/>
          </w:tcPr>
          <w:p w14:paraId="0F639066" w14:textId="77777777" w:rsidR="001512C8" w:rsidRPr="00161078" w:rsidRDefault="00443F1E">
            <w:pPr>
              <w:spacing w:before="20" w:after="20"/>
              <w:jc w:val="center"/>
              <w:rPr>
                <w:lang w:val="pl-PL"/>
              </w:rPr>
            </w:pPr>
            <w:r w:rsidRPr="00161078">
              <w:rPr>
                <w:sz w:val="16"/>
                <w:lang w:val="pl-PL"/>
              </w:rPr>
              <w:t>opako</w:t>
            </w:r>
            <w:r w:rsidRPr="00161078">
              <w:rPr>
                <w:sz w:val="16"/>
                <w:lang w:val="pl-PL"/>
              </w:rPr>
              <w:lastRenderedPageBreak/>
              <w:t>wanie</w:t>
            </w:r>
          </w:p>
        </w:tc>
        <w:tc>
          <w:tcPr>
            <w:tcW w:w="1260" w:type="dxa"/>
            <w:vAlign w:val="center"/>
          </w:tcPr>
          <w:p w14:paraId="79A7482E" w14:textId="77777777" w:rsidR="001512C8" w:rsidRPr="00161078" w:rsidRDefault="00056A14">
            <w:pPr>
              <w:spacing w:before="20" w:after="20"/>
              <w:jc w:val="center"/>
              <w:rPr>
                <w:lang w:val="pl-PL"/>
              </w:rPr>
            </w:pPr>
            <w:r>
              <w:rPr>
                <w:sz w:val="16"/>
                <w:lang w:val="pl-PL"/>
              </w:rPr>
              <w:lastRenderedPageBreak/>
              <w:t>2</w:t>
            </w:r>
          </w:p>
        </w:tc>
        <w:tc>
          <w:tcPr>
            <w:tcW w:w="1250" w:type="dxa"/>
            <w:vAlign w:val="center"/>
          </w:tcPr>
          <w:p w14:paraId="21891695" w14:textId="77777777" w:rsidR="001512C8" w:rsidRPr="00161078" w:rsidRDefault="001512C8">
            <w:pPr>
              <w:spacing w:before="20" w:after="20"/>
              <w:jc w:val="center"/>
              <w:rPr>
                <w:lang w:val="pl-PL"/>
              </w:rPr>
            </w:pPr>
          </w:p>
        </w:tc>
        <w:tc>
          <w:tcPr>
            <w:tcW w:w="620" w:type="dxa"/>
            <w:vAlign w:val="center"/>
          </w:tcPr>
          <w:p w14:paraId="23340E00" w14:textId="77777777" w:rsidR="001512C8" w:rsidRPr="00161078" w:rsidRDefault="001512C8">
            <w:pPr>
              <w:spacing w:before="20" w:after="20"/>
              <w:jc w:val="center"/>
              <w:rPr>
                <w:lang w:val="pl-PL"/>
              </w:rPr>
            </w:pPr>
          </w:p>
        </w:tc>
        <w:tc>
          <w:tcPr>
            <w:tcW w:w="1250" w:type="dxa"/>
            <w:vAlign w:val="center"/>
          </w:tcPr>
          <w:p w14:paraId="1F09CE80" w14:textId="77777777" w:rsidR="001512C8" w:rsidRPr="00161078" w:rsidRDefault="001512C8">
            <w:pPr>
              <w:spacing w:before="20" w:after="20"/>
              <w:jc w:val="center"/>
              <w:rPr>
                <w:lang w:val="pl-PL"/>
              </w:rPr>
            </w:pPr>
          </w:p>
        </w:tc>
        <w:tc>
          <w:tcPr>
            <w:tcW w:w="1350" w:type="dxa"/>
            <w:vAlign w:val="center"/>
          </w:tcPr>
          <w:p w14:paraId="5643B654" w14:textId="77777777" w:rsidR="001512C8" w:rsidRPr="00161078" w:rsidRDefault="001512C8">
            <w:pPr>
              <w:spacing w:before="20" w:after="20"/>
              <w:jc w:val="center"/>
              <w:rPr>
                <w:lang w:val="pl-PL"/>
              </w:rPr>
            </w:pPr>
          </w:p>
        </w:tc>
        <w:tc>
          <w:tcPr>
            <w:tcW w:w="1350" w:type="dxa"/>
            <w:vAlign w:val="center"/>
          </w:tcPr>
          <w:p w14:paraId="7EB68655" w14:textId="77777777" w:rsidR="001512C8" w:rsidRPr="00161078" w:rsidRDefault="001512C8">
            <w:pPr>
              <w:spacing w:before="20" w:after="20"/>
              <w:jc w:val="center"/>
              <w:rPr>
                <w:lang w:val="pl-PL"/>
              </w:rPr>
            </w:pPr>
          </w:p>
        </w:tc>
      </w:tr>
      <w:tr w:rsidR="001512C8" w:rsidRPr="00161078" w14:paraId="708B5664" w14:textId="77777777" w:rsidTr="00795294">
        <w:trPr>
          <w:jc w:val="center"/>
        </w:trPr>
        <w:tc>
          <w:tcPr>
            <w:tcW w:w="420" w:type="dxa"/>
            <w:vAlign w:val="center"/>
          </w:tcPr>
          <w:p w14:paraId="7FBA3F18" w14:textId="77777777" w:rsidR="001512C8" w:rsidRPr="00161078" w:rsidRDefault="00443F1E">
            <w:pPr>
              <w:spacing w:before="20" w:after="20"/>
              <w:jc w:val="center"/>
              <w:rPr>
                <w:lang w:val="pl-PL"/>
              </w:rPr>
            </w:pPr>
            <w:permStart w:id="1089424110" w:edGrp="everyone" w:colFirst="5" w:colLast="5"/>
            <w:permStart w:id="1185896415" w:edGrp="everyone" w:colFirst="6" w:colLast="6"/>
            <w:permStart w:id="2065069033" w:edGrp="everyone" w:colFirst="7" w:colLast="7"/>
            <w:permStart w:id="665474317" w:edGrp="everyone" w:colFirst="8" w:colLast="8"/>
            <w:permStart w:id="698118072" w:edGrp="everyone" w:colFirst="9" w:colLast="9"/>
            <w:permEnd w:id="1448574482"/>
            <w:permEnd w:id="203561992"/>
            <w:permEnd w:id="1373770811"/>
            <w:permEnd w:id="1337860506"/>
            <w:permEnd w:id="691239464"/>
            <w:r w:rsidRPr="00161078">
              <w:rPr>
                <w:sz w:val="16"/>
                <w:lang w:val="pl-PL"/>
              </w:rPr>
              <w:t>15</w:t>
            </w:r>
          </w:p>
        </w:tc>
        <w:tc>
          <w:tcPr>
            <w:tcW w:w="4450" w:type="dxa"/>
            <w:vAlign w:val="center"/>
          </w:tcPr>
          <w:p w14:paraId="2713758E" w14:textId="77777777" w:rsidR="001512C8" w:rsidRPr="00801A1C" w:rsidRDefault="00443F1E">
            <w:pPr>
              <w:spacing w:before="20" w:after="20"/>
              <w:jc w:val="left"/>
            </w:pPr>
            <w:r w:rsidRPr="00801A1C">
              <w:rPr>
                <w:sz w:val="16"/>
              </w:rPr>
              <w:t>IgG1-APC (Mouse), 100t, CE</w:t>
            </w:r>
          </w:p>
        </w:tc>
        <w:tc>
          <w:tcPr>
            <w:tcW w:w="1720" w:type="dxa"/>
            <w:vAlign w:val="center"/>
          </w:tcPr>
          <w:p w14:paraId="3091898D" w14:textId="77777777" w:rsidR="001512C8" w:rsidRPr="00161078" w:rsidRDefault="00443F1E">
            <w:pPr>
              <w:spacing w:before="20" w:after="20"/>
              <w:jc w:val="center"/>
              <w:rPr>
                <w:lang w:val="pl-PL"/>
              </w:rPr>
            </w:pPr>
            <w:r w:rsidRPr="00161078">
              <w:rPr>
                <w:sz w:val="16"/>
                <w:lang w:val="pl-PL"/>
              </w:rPr>
              <w:t xml:space="preserve">100 </w:t>
            </w:r>
            <w:proofErr w:type="spellStart"/>
            <w:r w:rsidRPr="00161078">
              <w:rPr>
                <w:sz w:val="16"/>
                <w:lang w:val="pl-PL"/>
              </w:rPr>
              <w:t>tests</w:t>
            </w:r>
            <w:proofErr w:type="spellEnd"/>
          </w:p>
        </w:tc>
        <w:tc>
          <w:tcPr>
            <w:tcW w:w="640" w:type="dxa"/>
            <w:vAlign w:val="center"/>
          </w:tcPr>
          <w:p w14:paraId="5A56AC34"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4A1939C1" w14:textId="77777777" w:rsidR="001512C8" w:rsidRPr="00161078" w:rsidRDefault="00056A14">
            <w:pPr>
              <w:spacing w:before="20" w:after="20"/>
              <w:jc w:val="center"/>
              <w:rPr>
                <w:lang w:val="pl-PL"/>
              </w:rPr>
            </w:pPr>
            <w:r>
              <w:rPr>
                <w:sz w:val="16"/>
                <w:lang w:val="pl-PL"/>
              </w:rPr>
              <w:t>2</w:t>
            </w:r>
          </w:p>
        </w:tc>
        <w:tc>
          <w:tcPr>
            <w:tcW w:w="1250" w:type="dxa"/>
            <w:vAlign w:val="center"/>
          </w:tcPr>
          <w:p w14:paraId="44C98C69" w14:textId="77777777" w:rsidR="001512C8" w:rsidRPr="00161078" w:rsidRDefault="001512C8">
            <w:pPr>
              <w:spacing w:before="20" w:after="20"/>
              <w:jc w:val="center"/>
              <w:rPr>
                <w:lang w:val="pl-PL"/>
              </w:rPr>
            </w:pPr>
          </w:p>
        </w:tc>
        <w:tc>
          <w:tcPr>
            <w:tcW w:w="620" w:type="dxa"/>
            <w:vAlign w:val="center"/>
          </w:tcPr>
          <w:p w14:paraId="031C762F" w14:textId="77777777" w:rsidR="001512C8" w:rsidRPr="00161078" w:rsidRDefault="001512C8">
            <w:pPr>
              <w:spacing w:before="20" w:after="20"/>
              <w:jc w:val="center"/>
              <w:rPr>
                <w:lang w:val="pl-PL"/>
              </w:rPr>
            </w:pPr>
          </w:p>
        </w:tc>
        <w:tc>
          <w:tcPr>
            <w:tcW w:w="1250" w:type="dxa"/>
            <w:vAlign w:val="center"/>
          </w:tcPr>
          <w:p w14:paraId="75EE9AF9" w14:textId="77777777" w:rsidR="001512C8" w:rsidRPr="00161078" w:rsidRDefault="001512C8">
            <w:pPr>
              <w:spacing w:before="20" w:after="20"/>
              <w:jc w:val="center"/>
              <w:rPr>
                <w:lang w:val="pl-PL"/>
              </w:rPr>
            </w:pPr>
          </w:p>
        </w:tc>
        <w:tc>
          <w:tcPr>
            <w:tcW w:w="1350" w:type="dxa"/>
            <w:vAlign w:val="center"/>
          </w:tcPr>
          <w:p w14:paraId="5DBC419C" w14:textId="77777777" w:rsidR="001512C8" w:rsidRPr="00161078" w:rsidRDefault="001512C8">
            <w:pPr>
              <w:spacing w:before="20" w:after="20"/>
              <w:jc w:val="center"/>
              <w:rPr>
                <w:lang w:val="pl-PL"/>
              </w:rPr>
            </w:pPr>
          </w:p>
        </w:tc>
        <w:tc>
          <w:tcPr>
            <w:tcW w:w="1350" w:type="dxa"/>
            <w:vAlign w:val="center"/>
          </w:tcPr>
          <w:p w14:paraId="1A2DF7E2" w14:textId="77777777" w:rsidR="001512C8" w:rsidRPr="00161078" w:rsidRDefault="001512C8">
            <w:pPr>
              <w:spacing w:before="20" w:after="20"/>
              <w:jc w:val="center"/>
              <w:rPr>
                <w:lang w:val="pl-PL"/>
              </w:rPr>
            </w:pPr>
          </w:p>
        </w:tc>
      </w:tr>
      <w:tr w:rsidR="001512C8" w:rsidRPr="00161078" w14:paraId="45A7C9C7" w14:textId="77777777" w:rsidTr="00795294">
        <w:trPr>
          <w:jc w:val="center"/>
        </w:trPr>
        <w:tc>
          <w:tcPr>
            <w:tcW w:w="420" w:type="dxa"/>
            <w:vAlign w:val="center"/>
          </w:tcPr>
          <w:p w14:paraId="2C7E2A7F" w14:textId="77777777" w:rsidR="001512C8" w:rsidRPr="00161078" w:rsidRDefault="00443F1E">
            <w:pPr>
              <w:spacing w:before="20" w:after="20"/>
              <w:jc w:val="center"/>
              <w:rPr>
                <w:lang w:val="pl-PL"/>
              </w:rPr>
            </w:pPr>
            <w:permStart w:id="1766656486" w:edGrp="everyone" w:colFirst="5" w:colLast="5"/>
            <w:permStart w:id="412122574" w:edGrp="everyone" w:colFirst="6" w:colLast="6"/>
            <w:permStart w:id="159479515" w:edGrp="everyone" w:colFirst="7" w:colLast="7"/>
            <w:permStart w:id="611343033" w:edGrp="everyone" w:colFirst="8" w:colLast="8"/>
            <w:permStart w:id="1765868806" w:edGrp="everyone" w:colFirst="9" w:colLast="9"/>
            <w:permEnd w:id="1089424110"/>
            <w:permEnd w:id="1185896415"/>
            <w:permEnd w:id="2065069033"/>
            <w:permEnd w:id="665474317"/>
            <w:permEnd w:id="698118072"/>
            <w:r w:rsidRPr="00161078">
              <w:rPr>
                <w:sz w:val="16"/>
                <w:lang w:val="pl-PL"/>
              </w:rPr>
              <w:t>16</w:t>
            </w:r>
          </w:p>
        </w:tc>
        <w:tc>
          <w:tcPr>
            <w:tcW w:w="4450" w:type="dxa"/>
            <w:vAlign w:val="center"/>
          </w:tcPr>
          <w:p w14:paraId="7F3120D3" w14:textId="77777777" w:rsidR="001512C8" w:rsidRPr="00801A1C" w:rsidRDefault="00443F1E">
            <w:pPr>
              <w:spacing w:before="20" w:after="20"/>
              <w:jc w:val="left"/>
            </w:pPr>
            <w:r w:rsidRPr="00801A1C">
              <w:rPr>
                <w:sz w:val="16"/>
              </w:rPr>
              <w:t>IgG2a-PC7 (Mouse), 1mL, ASR</w:t>
            </w:r>
          </w:p>
        </w:tc>
        <w:tc>
          <w:tcPr>
            <w:tcW w:w="1720" w:type="dxa"/>
            <w:vAlign w:val="center"/>
          </w:tcPr>
          <w:p w14:paraId="1AC544ED" w14:textId="77777777" w:rsidR="001512C8" w:rsidRPr="00161078" w:rsidRDefault="00443F1E">
            <w:pPr>
              <w:spacing w:before="20" w:after="20"/>
              <w:jc w:val="center"/>
              <w:rPr>
                <w:lang w:val="pl-PL"/>
              </w:rPr>
            </w:pPr>
            <w:r w:rsidRPr="00161078">
              <w:rPr>
                <w:sz w:val="16"/>
                <w:lang w:val="pl-PL"/>
              </w:rPr>
              <w:t>1ml</w:t>
            </w:r>
          </w:p>
        </w:tc>
        <w:tc>
          <w:tcPr>
            <w:tcW w:w="640" w:type="dxa"/>
            <w:vAlign w:val="center"/>
          </w:tcPr>
          <w:p w14:paraId="1CF1FEC2"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0AC716F8" w14:textId="77777777" w:rsidR="001512C8" w:rsidRPr="00161078" w:rsidRDefault="00056A14">
            <w:pPr>
              <w:spacing w:before="20" w:after="20"/>
              <w:jc w:val="center"/>
              <w:rPr>
                <w:lang w:val="pl-PL"/>
              </w:rPr>
            </w:pPr>
            <w:r>
              <w:rPr>
                <w:sz w:val="16"/>
                <w:lang w:val="pl-PL"/>
              </w:rPr>
              <w:t>2</w:t>
            </w:r>
          </w:p>
        </w:tc>
        <w:tc>
          <w:tcPr>
            <w:tcW w:w="1250" w:type="dxa"/>
            <w:vAlign w:val="center"/>
          </w:tcPr>
          <w:p w14:paraId="12C8EE4E" w14:textId="77777777" w:rsidR="001512C8" w:rsidRPr="00161078" w:rsidRDefault="001512C8">
            <w:pPr>
              <w:spacing w:before="20" w:after="20"/>
              <w:jc w:val="center"/>
              <w:rPr>
                <w:lang w:val="pl-PL"/>
              </w:rPr>
            </w:pPr>
          </w:p>
        </w:tc>
        <w:tc>
          <w:tcPr>
            <w:tcW w:w="620" w:type="dxa"/>
            <w:vAlign w:val="center"/>
          </w:tcPr>
          <w:p w14:paraId="416AE161" w14:textId="77777777" w:rsidR="001512C8" w:rsidRPr="00161078" w:rsidRDefault="001512C8">
            <w:pPr>
              <w:spacing w:before="20" w:after="20"/>
              <w:jc w:val="center"/>
              <w:rPr>
                <w:lang w:val="pl-PL"/>
              </w:rPr>
            </w:pPr>
          </w:p>
        </w:tc>
        <w:tc>
          <w:tcPr>
            <w:tcW w:w="1250" w:type="dxa"/>
            <w:vAlign w:val="center"/>
          </w:tcPr>
          <w:p w14:paraId="3C55252C" w14:textId="77777777" w:rsidR="001512C8" w:rsidRPr="00161078" w:rsidRDefault="001512C8">
            <w:pPr>
              <w:spacing w:before="20" w:after="20"/>
              <w:jc w:val="center"/>
              <w:rPr>
                <w:lang w:val="pl-PL"/>
              </w:rPr>
            </w:pPr>
          </w:p>
        </w:tc>
        <w:tc>
          <w:tcPr>
            <w:tcW w:w="1350" w:type="dxa"/>
            <w:vAlign w:val="center"/>
          </w:tcPr>
          <w:p w14:paraId="297FE825" w14:textId="77777777" w:rsidR="001512C8" w:rsidRPr="00161078" w:rsidRDefault="001512C8">
            <w:pPr>
              <w:spacing w:before="20" w:after="20"/>
              <w:jc w:val="center"/>
              <w:rPr>
                <w:lang w:val="pl-PL"/>
              </w:rPr>
            </w:pPr>
          </w:p>
        </w:tc>
        <w:tc>
          <w:tcPr>
            <w:tcW w:w="1350" w:type="dxa"/>
            <w:vAlign w:val="center"/>
          </w:tcPr>
          <w:p w14:paraId="2AF9A125" w14:textId="77777777" w:rsidR="001512C8" w:rsidRPr="00161078" w:rsidRDefault="001512C8">
            <w:pPr>
              <w:spacing w:before="20" w:after="20"/>
              <w:jc w:val="center"/>
              <w:rPr>
                <w:lang w:val="pl-PL"/>
              </w:rPr>
            </w:pPr>
          </w:p>
        </w:tc>
      </w:tr>
      <w:tr w:rsidR="001512C8" w:rsidRPr="00161078" w14:paraId="6F70C102" w14:textId="77777777" w:rsidTr="00795294">
        <w:trPr>
          <w:jc w:val="center"/>
        </w:trPr>
        <w:tc>
          <w:tcPr>
            <w:tcW w:w="420" w:type="dxa"/>
            <w:vAlign w:val="center"/>
          </w:tcPr>
          <w:p w14:paraId="50F4C01E" w14:textId="77777777" w:rsidR="001512C8" w:rsidRPr="00161078" w:rsidRDefault="00443F1E">
            <w:pPr>
              <w:spacing w:before="20" w:after="20"/>
              <w:jc w:val="center"/>
              <w:rPr>
                <w:lang w:val="pl-PL"/>
              </w:rPr>
            </w:pPr>
            <w:permStart w:id="1108683863" w:edGrp="everyone" w:colFirst="5" w:colLast="5"/>
            <w:permStart w:id="250500398" w:edGrp="everyone" w:colFirst="6" w:colLast="6"/>
            <w:permStart w:id="135689166" w:edGrp="everyone" w:colFirst="7" w:colLast="7"/>
            <w:permStart w:id="1460822041" w:edGrp="everyone" w:colFirst="8" w:colLast="8"/>
            <w:permStart w:id="1461261151" w:edGrp="everyone" w:colFirst="9" w:colLast="9"/>
            <w:permEnd w:id="1766656486"/>
            <w:permEnd w:id="412122574"/>
            <w:permEnd w:id="159479515"/>
            <w:permEnd w:id="611343033"/>
            <w:permEnd w:id="1765868806"/>
            <w:r w:rsidRPr="00161078">
              <w:rPr>
                <w:sz w:val="16"/>
                <w:lang w:val="pl-PL"/>
              </w:rPr>
              <w:t>17</w:t>
            </w:r>
          </w:p>
        </w:tc>
        <w:tc>
          <w:tcPr>
            <w:tcW w:w="4450" w:type="dxa"/>
            <w:vAlign w:val="center"/>
          </w:tcPr>
          <w:p w14:paraId="587B1D28" w14:textId="77777777" w:rsidR="001512C8" w:rsidRPr="00801A1C" w:rsidRDefault="00443F1E">
            <w:pPr>
              <w:spacing w:before="20" w:after="20"/>
              <w:jc w:val="left"/>
            </w:pPr>
            <w:r w:rsidRPr="00801A1C">
              <w:rPr>
                <w:sz w:val="16"/>
              </w:rPr>
              <w:t>CD107a-Pacific Blue, 0.5ML ASR</w:t>
            </w:r>
          </w:p>
        </w:tc>
        <w:tc>
          <w:tcPr>
            <w:tcW w:w="1720" w:type="dxa"/>
            <w:vAlign w:val="center"/>
          </w:tcPr>
          <w:p w14:paraId="061A74B5" w14:textId="77777777" w:rsidR="001512C8" w:rsidRPr="00161078" w:rsidRDefault="00443F1E">
            <w:pPr>
              <w:spacing w:before="20" w:after="20"/>
              <w:jc w:val="center"/>
              <w:rPr>
                <w:lang w:val="pl-PL"/>
              </w:rPr>
            </w:pPr>
            <w:r w:rsidRPr="00161078">
              <w:rPr>
                <w:sz w:val="16"/>
                <w:lang w:val="pl-PL"/>
              </w:rPr>
              <w:t>0,5 ml</w:t>
            </w:r>
          </w:p>
        </w:tc>
        <w:tc>
          <w:tcPr>
            <w:tcW w:w="640" w:type="dxa"/>
            <w:vAlign w:val="center"/>
          </w:tcPr>
          <w:p w14:paraId="3FFBE9D1"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3E45DB41" w14:textId="77777777" w:rsidR="001512C8" w:rsidRPr="00161078" w:rsidRDefault="00056A14">
            <w:pPr>
              <w:spacing w:before="20" w:after="20"/>
              <w:jc w:val="center"/>
              <w:rPr>
                <w:lang w:val="pl-PL"/>
              </w:rPr>
            </w:pPr>
            <w:r>
              <w:rPr>
                <w:sz w:val="16"/>
                <w:lang w:val="pl-PL"/>
              </w:rPr>
              <w:t>3</w:t>
            </w:r>
          </w:p>
        </w:tc>
        <w:tc>
          <w:tcPr>
            <w:tcW w:w="1250" w:type="dxa"/>
            <w:vAlign w:val="center"/>
          </w:tcPr>
          <w:p w14:paraId="18F92EC6" w14:textId="77777777" w:rsidR="001512C8" w:rsidRPr="00161078" w:rsidRDefault="001512C8">
            <w:pPr>
              <w:spacing w:before="20" w:after="20"/>
              <w:jc w:val="center"/>
              <w:rPr>
                <w:lang w:val="pl-PL"/>
              </w:rPr>
            </w:pPr>
          </w:p>
        </w:tc>
        <w:tc>
          <w:tcPr>
            <w:tcW w:w="620" w:type="dxa"/>
            <w:vAlign w:val="center"/>
          </w:tcPr>
          <w:p w14:paraId="2A841375" w14:textId="77777777" w:rsidR="001512C8" w:rsidRPr="00161078" w:rsidRDefault="001512C8">
            <w:pPr>
              <w:spacing w:before="20" w:after="20"/>
              <w:jc w:val="center"/>
              <w:rPr>
                <w:lang w:val="pl-PL"/>
              </w:rPr>
            </w:pPr>
          </w:p>
        </w:tc>
        <w:tc>
          <w:tcPr>
            <w:tcW w:w="1250" w:type="dxa"/>
            <w:vAlign w:val="center"/>
          </w:tcPr>
          <w:p w14:paraId="27EB4BD1" w14:textId="77777777" w:rsidR="001512C8" w:rsidRPr="00161078" w:rsidRDefault="001512C8">
            <w:pPr>
              <w:spacing w:before="20" w:after="20"/>
              <w:jc w:val="center"/>
              <w:rPr>
                <w:lang w:val="pl-PL"/>
              </w:rPr>
            </w:pPr>
          </w:p>
        </w:tc>
        <w:tc>
          <w:tcPr>
            <w:tcW w:w="1350" w:type="dxa"/>
            <w:vAlign w:val="center"/>
          </w:tcPr>
          <w:p w14:paraId="08C86260" w14:textId="77777777" w:rsidR="001512C8" w:rsidRPr="00161078" w:rsidRDefault="001512C8">
            <w:pPr>
              <w:spacing w:before="20" w:after="20"/>
              <w:jc w:val="center"/>
              <w:rPr>
                <w:lang w:val="pl-PL"/>
              </w:rPr>
            </w:pPr>
          </w:p>
        </w:tc>
        <w:tc>
          <w:tcPr>
            <w:tcW w:w="1350" w:type="dxa"/>
            <w:vAlign w:val="center"/>
          </w:tcPr>
          <w:p w14:paraId="0A72C15D" w14:textId="77777777" w:rsidR="001512C8" w:rsidRPr="00161078" w:rsidRDefault="001512C8">
            <w:pPr>
              <w:spacing w:before="20" w:after="20"/>
              <w:jc w:val="center"/>
              <w:rPr>
                <w:lang w:val="pl-PL"/>
              </w:rPr>
            </w:pPr>
          </w:p>
        </w:tc>
      </w:tr>
      <w:tr w:rsidR="001512C8" w:rsidRPr="00161078" w14:paraId="6E451334" w14:textId="77777777" w:rsidTr="00795294">
        <w:trPr>
          <w:jc w:val="center"/>
        </w:trPr>
        <w:tc>
          <w:tcPr>
            <w:tcW w:w="420" w:type="dxa"/>
            <w:vAlign w:val="center"/>
          </w:tcPr>
          <w:p w14:paraId="53A95AB8" w14:textId="77777777" w:rsidR="001512C8" w:rsidRPr="00161078" w:rsidRDefault="00443F1E">
            <w:pPr>
              <w:spacing w:before="20" w:after="20"/>
              <w:jc w:val="center"/>
              <w:rPr>
                <w:lang w:val="pl-PL"/>
              </w:rPr>
            </w:pPr>
            <w:permStart w:id="1788884157" w:edGrp="everyone" w:colFirst="5" w:colLast="5"/>
            <w:permStart w:id="1844855234" w:edGrp="everyone" w:colFirst="6" w:colLast="6"/>
            <w:permStart w:id="707809889" w:edGrp="everyone" w:colFirst="7" w:colLast="7"/>
            <w:permStart w:id="1686976844" w:edGrp="everyone" w:colFirst="8" w:colLast="8"/>
            <w:permStart w:id="1728459030" w:edGrp="everyone" w:colFirst="9" w:colLast="9"/>
            <w:permEnd w:id="1108683863"/>
            <w:permEnd w:id="250500398"/>
            <w:permEnd w:id="135689166"/>
            <w:permEnd w:id="1460822041"/>
            <w:permEnd w:id="1461261151"/>
            <w:r w:rsidRPr="00161078">
              <w:rPr>
                <w:sz w:val="16"/>
                <w:lang w:val="pl-PL"/>
              </w:rPr>
              <w:t>18</w:t>
            </w:r>
          </w:p>
        </w:tc>
        <w:tc>
          <w:tcPr>
            <w:tcW w:w="4450" w:type="dxa"/>
            <w:vAlign w:val="center"/>
          </w:tcPr>
          <w:p w14:paraId="230A1B63" w14:textId="77777777" w:rsidR="001512C8" w:rsidRPr="00801A1C" w:rsidRDefault="00443F1E">
            <w:pPr>
              <w:spacing w:before="20" w:after="20"/>
              <w:jc w:val="left"/>
            </w:pPr>
            <w:r w:rsidRPr="00801A1C">
              <w:rPr>
                <w:sz w:val="16"/>
              </w:rPr>
              <w:t>CD19-Pacific Blue, 50 tests, CE-IVD</w:t>
            </w:r>
          </w:p>
        </w:tc>
        <w:tc>
          <w:tcPr>
            <w:tcW w:w="1720" w:type="dxa"/>
            <w:vAlign w:val="center"/>
          </w:tcPr>
          <w:p w14:paraId="55C976EF" w14:textId="77777777" w:rsidR="001512C8" w:rsidRPr="00161078" w:rsidRDefault="00443F1E">
            <w:pPr>
              <w:spacing w:before="20" w:after="20"/>
              <w:jc w:val="center"/>
              <w:rPr>
                <w:lang w:val="pl-PL"/>
              </w:rPr>
            </w:pPr>
            <w:r w:rsidRPr="00161078">
              <w:rPr>
                <w:sz w:val="16"/>
                <w:lang w:val="pl-PL"/>
              </w:rPr>
              <w:t xml:space="preserve">50 </w:t>
            </w:r>
            <w:proofErr w:type="spellStart"/>
            <w:r w:rsidRPr="00161078">
              <w:rPr>
                <w:sz w:val="16"/>
                <w:lang w:val="pl-PL"/>
              </w:rPr>
              <w:t>tests</w:t>
            </w:r>
            <w:proofErr w:type="spellEnd"/>
          </w:p>
        </w:tc>
        <w:tc>
          <w:tcPr>
            <w:tcW w:w="640" w:type="dxa"/>
            <w:vAlign w:val="center"/>
          </w:tcPr>
          <w:p w14:paraId="2CE4A417"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5A77C418" w14:textId="77777777" w:rsidR="001512C8" w:rsidRPr="00161078" w:rsidRDefault="00056A14">
            <w:pPr>
              <w:spacing w:before="20" w:after="20"/>
              <w:jc w:val="center"/>
              <w:rPr>
                <w:lang w:val="pl-PL"/>
              </w:rPr>
            </w:pPr>
            <w:r>
              <w:rPr>
                <w:sz w:val="16"/>
                <w:lang w:val="pl-PL"/>
              </w:rPr>
              <w:t>5</w:t>
            </w:r>
          </w:p>
        </w:tc>
        <w:tc>
          <w:tcPr>
            <w:tcW w:w="1250" w:type="dxa"/>
            <w:vAlign w:val="center"/>
          </w:tcPr>
          <w:p w14:paraId="3FAAC055" w14:textId="77777777" w:rsidR="001512C8" w:rsidRPr="00161078" w:rsidRDefault="001512C8">
            <w:pPr>
              <w:spacing w:before="20" w:after="20"/>
              <w:jc w:val="center"/>
              <w:rPr>
                <w:lang w:val="pl-PL"/>
              </w:rPr>
            </w:pPr>
          </w:p>
        </w:tc>
        <w:tc>
          <w:tcPr>
            <w:tcW w:w="620" w:type="dxa"/>
            <w:vAlign w:val="center"/>
          </w:tcPr>
          <w:p w14:paraId="14A16123" w14:textId="77777777" w:rsidR="001512C8" w:rsidRPr="00161078" w:rsidRDefault="001512C8">
            <w:pPr>
              <w:spacing w:before="20" w:after="20"/>
              <w:jc w:val="center"/>
              <w:rPr>
                <w:lang w:val="pl-PL"/>
              </w:rPr>
            </w:pPr>
          </w:p>
        </w:tc>
        <w:tc>
          <w:tcPr>
            <w:tcW w:w="1250" w:type="dxa"/>
            <w:vAlign w:val="center"/>
          </w:tcPr>
          <w:p w14:paraId="0E18308B" w14:textId="77777777" w:rsidR="001512C8" w:rsidRPr="00161078" w:rsidRDefault="001512C8">
            <w:pPr>
              <w:spacing w:before="20" w:after="20"/>
              <w:jc w:val="center"/>
              <w:rPr>
                <w:lang w:val="pl-PL"/>
              </w:rPr>
            </w:pPr>
          </w:p>
        </w:tc>
        <w:tc>
          <w:tcPr>
            <w:tcW w:w="1350" w:type="dxa"/>
            <w:vAlign w:val="center"/>
          </w:tcPr>
          <w:p w14:paraId="510AFA25" w14:textId="77777777" w:rsidR="001512C8" w:rsidRPr="00161078" w:rsidRDefault="001512C8">
            <w:pPr>
              <w:spacing w:before="20" w:after="20"/>
              <w:jc w:val="center"/>
              <w:rPr>
                <w:lang w:val="pl-PL"/>
              </w:rPr>
            </w:pPr>
          </w:p>
        </w:tc>
        <w:tc>
          <w:tcPr>
            <w:tcW w:w="1350" w:type="dxa"/>
            <w:vAlign w:val="center"/>
          </w:tcPr>
          <w:p w14:paraId="2D2B3961" w14:textId="77777777" w:rsidR="001512C8" w:rsidRPr="00161078" w:rsidRDefault="001512C8">
            <w:pPr>
              <w:spacing w:before="20" w:after="20"/>
              <w:jc w:val="center"/>
              <w:rPr>
                <w:lang w:val="pl-PL"/>
              </w:rPr>
            </w:pPr>
          </w:p>
        </w:tc>
      </w:tr>
      <w:tr w:rsidR="001512C8" w:rsidRPr="00161078" w14:paraId="1CA136C4" w14:textId="77777777" w:rsidTr="00795294">
        <w:trPr>
          <w:jc w:val="center"/>
        </w:trPr>
        <w:tc>
          <w:tcPr>
            <w:tcW w:w="420" w:type="dxa"/>
            <w:vAlign w:val="center"/>
          </w:tcPr>
          <w:p w14:paraId="6AFEB157" w14:textId="77777777" w:rsidR="001512C8" w:rsidRPr="00161078" w:rsidRDefault="00443F1E">
            <w:pPr>
              <w:spacing w:before="20" w:after="20"/>
              <w:jc w:val="center"/>
              <w:rPr>
                <w:lang w:val="pl-PL"/>
              </w:rPr>
            </w:pPr>
            <w:permStart w:id="130359137" w:edGrp="everyone" w:colFirst="5" w:colLast="5"/>
            <w:permStart w:id="340602679" w:edGrp="everyone" w:colFirst="6" w:colLast="6"/>
            <w:permStart w:id="1390284979" w:edGrp="everyone" w:colFirst="7" w:colLast="7"/>
            <w:permStart w:id="153902636" w:edGrp="everyone" w:colFirst="8" w:colLast="8"/>
            <w:permStart w:id="730991680" w:edGrp="everyone" w:colFirst="9" w:colLast="9"/>
            <w:permEnd w:id="1788884157"/>
            <w:permEnd w:id="1844855234"/>
            <w:permEnd w:id="707809889"/>
            <w:permEnd w:id="1686976844"/>
            <w:permEnd w:id="1728459030"/>
            <w:r w:rsidRPr="00161078">
              <w:rPr>
                <w:sz w:val="16"/>
                <w:lang w:val="pl-PL"/>
              </w:rPr>
              <w:t>19</w:t>
            </w:r>
          </w:p>
        </w:tc>
        <w:tc>
          <w:tcPr>
            <w:tcW w:w="4450" w:type="dxa"/>
            <w:vAlign w:val="center"/>
          </w:tcPr>
          <w:p w14:paraId="47E655C2" w14:textId="77777777" w:rsidR="001512C8" w:rsidRPr="00801A1C" w:rsidRDefault="00443F1E">
            <w:pPr>
              <w:spacing w:before="20" w:after="20"/>
              <w:jc w:val="left"/>
            </w:pPr>
            <w:r w:rsidRPr="00801A1C">
              <w:rPr>
                <w:sz w:val="16"/>
              </w:rPr>
              <w:t>CD197 (CCR7)-PC7, 0,5 ml, ASR</w:t>
            </w:r>
          </w:p>
        </w:tc>
        <w:tc>
          <w:tcPr>
            <w:tcW w:w="1720" w:type="dxa"/>
            <w:vAlign w:val="center"/>
          </w:tcPr>
          <w:p w14:paraId="6A74D6C1" w14:textId="77777777" w:rsidR="001512C8" w:rsidRPr="00161078" w:rsidRDefault="00443F1E">
            <w:pPr>
              <w:spacing w:before="20" w:after="20"/>
              <w:jc w:val="center"/>
              <w:rPr>
                <w:lang w:val="pl-PL"/>
              </w:rPr>
            </w:pPr>
            <w:r w:rsidRPr="00161078">
              <w:rPr>
                <w:sz w:val="16"/>
                <w:lang w:val="pl-PL"/>
              </w:rPr>
              <w:t>0,5 ml</w:t>
            </w:r>
          </w:p>
        </w:tc>
        <w:tc>
          <w:tcPr>
            <w:tcW w:w="640" w:type="dxa"/>
            <w:vAlign w:val="center"/>
          </w:tcPr>
          <w:p w14:paraId="1F5F9DCE"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3235ACB2" w14:textId="77777777" w:rsidR="001512C8" w:rsidRPr="00161078" w:rsidRDefault="00056A14">
            <w:pPr>
              <w:spacing w:before="20" w:after="20"/>
              <w:jc w:val="center"/>
              <w:rPr>
                <w:lang w:val="pl-PL"/>
              </w:rPr>
            </w:pPr>
            <w:r>
              <w:rPr>
                <w:sz w:val="16"/>
                <w:lang w:val="pl-PL"/>
              </w:rPr>
              <w:t>7</w:t>
            </w:r>
          </w:p>
        </w:tc>
        <w:tc>
          <w:tcPr>
            <w:tcW w:w="1250" w:type="dxa"/>
            <w:vAlign w:val="center"/>
          </w:tcPr>
          <w:p w14:paraId="502EFFBB" w14:textId="77777777" w:rsidR="001512C8" w:rsidRPr="00161078" w:rsidRDefault="001512C8">
            <w:pPr>
              <w:spacing w:before="20" w:after="20"/>
              <w:jc w:val="center"/>
              <w:rPr>
                <w:lang w:val="pl-PL"/>
              </w:rPr>
            </w:pPr>
          </w:p>
        </w:tc>
        <w:tc>
          <w:tcPr>
            <w:tcW w:w="620" w:type="dxa"/>
            <w:vAlign w:val="center"/>
          </w:tcPr>
          <w:p w14:paraId="36158552" w14:textId="77777777" w:rsidR="001512C8" w:rsidRPr="00161078" w:rsidRDefault="001512C8">
            <w:pPr>
              <w:spacing w:before="20" w:after="20"/>
              <w:jc w:val="center"/>
              <w:rPr>
                <w:lang w:val="pl-PL"/>
              </w:rPr>
            </w:pPr>
          </w:p>
        </w:tc>
        <w:tc>
          <w:tcPr>
            <w:tcW w:w="1250" w:type="dxa"/>
            <w:vAlign w:val="center"/>
          </w:tcPr>
          <w:p w14:paraId="72A87334" w14:textId="77777777" w:rsidR="001512C8" w:rsidRPr="00161078" w:rsidRDefault="001512C8">
            <w:pPr>
              <w:spacing w:before="20" w:after="20"/>
              <w:jc w:val="center"/>
              <w:rPr>
                <w:lang w:val="pl-PL"/>
              </w:rPr>
            </w:pPr>
          </w:p>
        </w:tc>
        <w:tc>
          <w:tcPr>
            <w:tcW w:w="1350" w:type="dxa"/>
            <w:vAlign w:val="center"/>
          </w:tcPr>
          <w:p w14:paraId="4358789E" w14:textId="77777777" w:rsidR="001512C8" w:rsidRPr="00161078" w:rsidRDefault="001512C8">
            <w:pPr>
              <w:spacing w:before="20" w:after="20"/>
              <w:jc w:val="center"/>
              <w:rPr>
                <w:lang w:val="pl-PL"/>
              </w:rPr>
            </w:pPr>
          </w:p>
        </w:tc>
        <w:tc>
          <w:tcPr>
            <w:tcW w:w="1350" w:type="dxa"/>
            <w:vAlign w:val="center"/>
          </w:tcPr>
          <w:p w14:paraId="34182070" w14:textId="77777777" w:rsidR="001512C8" w:rsidRPr="00161078" w:rsidRDefault="001512C8">
            <w:pPr>
              <w:spacing w:before="20" w:after="20"/>
              <w:jc w:val="center"/>
              <w:rPr>
                <w:lang w:val="pl-PL"/>
              </w:rPr>
            </w:pPr>
          </w:p>
        </w:tc>
      </w:tr>
      <w:tr w:rsidR="001512C8" w:rsidRPr="00161078" w14:paraId="1080E758" w14:textId="77777777" w:rsidTr="00795294">
        <w:trPr>
          <w:jc w:val="center"/>
        </w:trPr>
        <w:tc>
          <w:tcPr>
            <w:tcW w:w="420" w:type="dxa"/>
            <w:vAlign w:val="center"/>
          </w:tcPr>
          <w:p w14:paraId="6FBEBB04" w14:textId="77777777" w:rsidR="001512C8" w:rsidRPr="00161078" w:rsidRDefault="00443F1E">
            <w:pPr>
              <w:spacing w:before="20" w:after="20"/>
              <w:jc w:val="center"/>
              <w:rPr>
                <w:lang w:val="pl-PL"/>
              </w:rPr>
            </w:pPr>
            <w:permStart w:id="2142841407" w:edGrp="everyone" w:colFirst="5" w:colLast="5"/>
            <w:permStart w:id="2086939757" w:edGrp="everyone" w:colFirst="6" w:colLast="6"/>
            <w:permStart w:id="338446858" w:edGrp="everyone" w:colFirst="7" w:colLast="7"/>
            <w:permStart w:id="1595673202" w:edGrp="everyone" w:colFirst="8" w:colLast="8"/>
            <w:permStart w:id="1973714478" w:edGrp="everyone" w:colFirst="9" w:colLast="9"/>
            <w:permEnd w:id="130359137"/>
            <w:permEnd w:id="340602679"/>
            <w:permEnd w:id="1390284979"/>
            <w:permEnd w:id="153902636"/>
            <w:permEnd w:id="730991680"/>
            <w:r w:rsidRPr="00161078">
              <w:rPr>
                <w:sz w:val="16"/>
                <w:lang w:val="pl-PL"/>
              </w:rPr>
              <w:t>20</w:t>
            </w:r>
          </w:p>
        </w:tc>
        <w:tc>
          <w:tcPr>
            <w:tcW w:w="4450" w:type="dxa"/>
            <w:vAlign w:val="center"/>
          </w:tcPr>
          <w:p w14:paraId="0319830A" w14:textId="77777777" w:rsidR="001512C8" w:rsidRPr="00801A1C" w:rsidRDefault="00443F1E">
            <w:pPr>
              <w:spacing w:before="20" w:after="20"/>
              <w:jc w:val="left"/>
            </w:pPr>
            <w:r w:rsidRPr="00801A1C">
              <w:rPr>
                <w:sz w:val="16"/>
              </w:rPr>
              <w:t>CD8-Pacific Blue, 50 tests, CE-IVD</w:t>
            </w:r>
          </w:p>
        </w:tc>
        <w:tc>
          <w:tcPr>
            <w:tcW w:w="1720" w:type="dxa"/>
            <w:vAlign w:val="center"/>
          </w:tcPr>
          <w:p w14:paraId="04C4D068" w14:textId="77777777" w:rsidR="001512C8" w:rsidRPr="00161078" w:rsidRDefault="00443F1E">
            <w:pPr>
              <w:spacing w:before="20" w:after="20"/>
              <w:jc w:val="center"/>
              <w:rPr>
                <w:lang w:val="pl-PL"/>
              </w:rPr>
            </w:pPr>
            <w:r w:rsidRPr="00161078">
              <w:rPr>
                <w:sz w:val="16"/>
                <w:lang w:val="pl-PL"/>
              </w:rPr>
              <w:t xml:space="preserve">50 </w:t>
            </w:r>
            <w:proofErr w:type="spellStart"/>
            <w:r w:rsidRPr="00161078">
              <w:rPr>
                <w:sz w:val="16"/>
                <w:lang w:val="pl-PL"/>
              </w:rPr>
              <w:t>tests</w:t>
            </w:r>
            <w:proofErr w:type="spellEnd"/>
          </w:p>
        </w:tc>
        <w:tc>
          <w:tcPr>
            <w:tcW w:w="640" w:type="dxa"/>
            <w:vAlign w:val="center"/>
          </w:tcPr>
          <w:p w14:paraId="0D7BDAFC"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638CBEAA" w14:textId="77777777" w:rsidR="001512C8" w:rsidRPr="00161078" w:rsidRDefault="00056A14">
            <w:pPr>
              <w:spacing w:before="20" w:after="20"/>
              <w:jc w:val="center"/>
              <w:rPr>
                <w:lang w:val="pl-PL"/>
              </w:rPr>
            </w:pPr>
            <w:r>
              <w:rPr>
                <w:sz w:val="16"/>
                <w:lang w:val="pl-PL"/>
              </w:rPr>
              <w:t>10</w:t>
            </w:r>
          </w:p>
        </w:tc>
        <w:tc>
          <w:tcPr>
            <w:tcW w:w="1250" w:type="dxa"/>
            <w:vAlign w:val="center"/>
          </w:tcPr>
          <w:p w14:paraId="297B7B81" w14:textId="77777777" w:rsidR="001512C8" w:rsidRPr="00161078" w:rsidRDefault="001512C8">
            <w:pPr>
              <w:spacing w:before="20" w:after="20"/>
              <w:jc w:val="center"/>
              <w:rPr>
                <w:lang w:val="pl-PL"/>
              </w:rPr>
            </w:pPr>
          </w:p>
        </w:tc>
        <w:tc>
          <w:tcPr>
            <w:tcW w:w="620" w:type="dxa"/>
            <w:vAlign w:val="center"/>
          </w:tcPr>
          <w:p w14:paraId="013DC9B3" w14:textId="77777777" w:rsidR="001512C8" w:rsidRPr="00161078" w:rsidRDefault="001512C8">
            <w:pPr>
              <w:spacing w:before="20" w:after="20"/>
              <w:jc w:val="center"/>
              <w:rPr>
                <w:lang w:val="pl-PL"/>
              </w:rPr>
            </w:pPr>
          </w:p>
        </w:tc>
        <w:tc>
          <w:tcPr>
            <w:tcW w:w="1250" w:type="dxa"/>
            <w:vAlign w:val="center"/>
          </w:tcPr>
          <w:p w14:paraId="3A6F9698" w14:textId="77777777" w:rsidR="001512C8" w:rsidRPr="00161078" w:rsidRDefault="001512C8">
            <w:pPr>
              <w:spacing w:before="20" w:after="20"/>
              <w:jc w:val="center"/>
              <w:rPr>
                <w:lang w:val="pl-PL"/>
              </w:rPr>
            </w:pPr>
          </w:p>
        </w:tc>
        <w:tc>
          <w:tcPr>
            <w:tcW w:w="1350" w:type="dxa"/>
            <w:vAlign w:val="center"/>
          </w:tcPr>
          <w:p w14:paraId="65F11265" w14:textId="77777777" w:rsidR="001512C8" w:rsidRPr="00161078" w:rsidRDefault="001512C8">
            <w:pPr>
              <w:spacing w:before="20" w:after="20"/>
              <w:jc w:val="center"/>
              <w:rPr>
                <w:lang w:val="pl-PL"/>
              </w:rPr>
            </w:pPr>
          </w:p>
        </w:tc>
        <w:tc>
          <w:tcPr>
            <w:tcW w:w="1350" w:type="dxa"/>
            <w:vAlign w:val="center"/>
          </w:tcPr>
          <w:p w14:paraId="6C5B9570" w14:textId="77777777" w:rsidR="001512C8" w:rsidRPr="00161078" w:rsidRDefault="001512C8">
            <w:pPr>
              <w:spacing w:before="20" w:after="20"/>
              <w:jc w:val="center"/>
              <w:rPr>
                <w:lang w:val="pl-PL"/>
              </w:rPr>
            </w:pPr>
          </w:p>
        </w:tc>
      </w:tr>
      <w:tr w:rsidR="001512C8" w:rsidRPr="00161078" w14:paraId="0BB52D4F" w14:textId="77777777" w:rsidTr="00795294">
        <w:trPr>
          <w:jc w:val="center"/>
        </w:trPr>
        <w:tc>
          <w:tcPr>
            <w:tcW w:w="420" w:type="dxa"/>
            <w:vAlign w:val="center"/>
          </w:tcPr>
          <w:p w14:paraId="3C37E5F9" w14:textId="77777777" w:rsidR="001512C8" w:rsidRPr="00161078" w:rsidRDefault="00443F1E">
            <w:pPr>
              <w:spacing w:before="20" w:after="20"/>
              <w:jc w:val="center"/>
              <w:rPr>
                <w:lang w:val="pl-PL"/>
              </w:rPr>
            </w:pPr>
            <w:permStart w:id="1700948254" w:edGrp="everyone" w:colFirst="5" w:colLast="5"/>
            <w:permStart w:id="84226501" w:edGrp="everyone" w:colFirst="6" w:colLast="6"/>
            <w:permStart w:id="279398521" w:edGrp="everyone" w:colFirst="7" w:colLast="7"/>
            <w:permStart w:id="1597053542" w:edGrp="everyone" w:colFirst="8" w:colLast="8"/>
            <w:permStart w:id="611461183" w:edGrp="everyone" w:colFirst="9" w:colLast="9"/>
            <w:permEnd w:id="2142841407"/>
            <w:permEnd w:id="2086939757"/>
            <w:permEnd w:id="338446858"/>
            <w:permEnd w:id="1595673202"/>
            <w:permEnd w:id="1973714478"/>
            <w:r w:rsidRPr="00161078">
              <w:rPr>
                <w:sz w:val="16"/>
                <w:lang w:val="pl-PL"/>
              </w:rPr>
              <w:t>21</w:t>
            </w:r>
          </w:p>
        </w:tc>
        <w:tc>
          <w:tcPr>
            <w:tcW w:w="4450" w:type="dxa"/>
            <w:vAlign w:val="center"/>
          </w:tcPr>
          <w:p w14:paraId="477E547A" w14:textId="77777777" w:rsidR="001512C8" w:rsidRPr="00161078" w:rsidRDefault="00443F1E">
            <w:pPr>
              <w:spacing w:before="20" w:after="20"/>
              <w:jc w:val="left"/>
              <w:rPr>
                <w:lang w:val="pl-PL"/>
              </w:rPr>
            </w:pPr>
            <w:r w:rsidRPr="00161078">
              <w:rPr>
                <w:sz w:val="16"/>
                <w:lang w:val="pl-PL"/>
              </w:rPr>
              <w:t>CD4-RPE 100t CE</w:t>
            </w:r>
          </w:p>
        </w:tc>
        <w:tc>
          <w:tcPr>
            <w:tcW w:w="1720" w:type="dxa"/>
            <w:vAlign w:val="center"/>
          </w:tcPr>
          <w:p w14:paraId="547BB00D" w14:textId="77777777" w:rsidR="001512C8" w:rsidRPr="00161078" w:rsidRDefault="00443F1E">
            <w:pPr>
              <w:spacing w:before="20" w:after="20"/>
              <w:jc w:val="center"/>
              <w:rPr>
                <w:lang w:val="pl-PL"/>
              </w:rPr>
            </w:pPr>
            <w:r w:rsidRPr="00161078">
              <w:rPr>
                <w:sz w:val="16"/>
                <w:lang w:val="pl-PL"/>
              </w:rPr>
              <w:t xml:space="preserve">100 </w:t>
            </w:r>
            <w:proofErr w:type="spellStart"/>
            <w:r w:rsidRPr="00161078">
              <w:rPr>
                <w:sz w:val="16"/>
                <w:lang w:val="pl-PL"/>
              </w:rPr>
              <w:t>tests</w:t>
            </w:r>
            <w:proofErr w:type="spellEnd"/>
          </w:p>
        </w:tc>
        <w:tc>
          <w:tcPr>
            <w:tcW w:w="640" w:type="dxa"/>
            <w:vAlign w:val="center"/>
          </w:tcPr>
          <w:p w14:paraId="281DB37F"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167BE1A3" w14:textId="77777777" w:rsidR="001512C8" w:rsidRPr="00161078" w:rsidRDefault="00056A14">
            <w:pPr>
              <w:spacing w:before="20" w:after="20"/>
              <w:jc w:val="center"/>
              <w:rPr>
                <w:lang w:val="pl-PL"/>
              </w:rPr>
            </w:pPr>
            <w:r>
              <w:rPr>
                <w:sz w:val="16"/>
                <w:lang w:val="pl-PL"/>
              </w:rPr>
              <w:t>6</w:t>
            </w:r>
          </w:p>
        </w:tc>
        <w:tc>
          <w:tcPr>
            <w:tcW w:w="1250" w:type="dxa"/>
            <w:vAlign w:val="center"/>
          </w:tcPr>
          <w:p w14:paraId="298BDD2B" w14:textId="77777777" w:rsidR="001512C8" w:rsidRPr="00161078" w:rsidRDefault="001512C8">
            <w:pPr>
              <w:spacing w:before="20" w:after="20"/>
              <w:jc w:val="center"/>
              <w:rPr>
                <w:lang w:val="pl-PL"/>
              </w:rPr>
            </w:pPr>
          </w:p>
        </w:tc>
        <w:tc>
          <w:tcPr>
            <w:tcW w:w="620" w:type="dxa"/>
            <w:vAlign w:val="center"/>
          </w:tcPr>
          <w:p w14:paraId="75B081E0" w14:textId="77777777" w:rsidR="001512C8" w:rsidRPr="00161078" w:rsidRDefault="001512C8">
            <w:pPr>
              <w:spacing w:before="20" w:after="20"/>
              <w:jc w:val="center"/>
              <w:rPr>
                <w:lang w:val="pl-PL"/>
              </w:rPr>
            </w:pPr>
          </w:p>
        </w:tc>
        <w:tc>
          <w:tcPr>
            <w:tcW w:w="1250" w:type="dxa"/>
            <w:vAlign w:val="center"/>
          </w:tcPr>
          <w:p w14:paraId="0F73649D" w14:textId="77777777" w:rsidR="001512C8" w:rsidRPr="00161078" w:rsidRDefault="001512C8">
            <w:pPr>
              <w:spacing w:before="20" w:after="20"/>
              <w:jc w:val="center"/>
              <w:rPr>
                <w:lang w:val="pl-PL"/>
              </w:rPr>
            </w:pPr>
          </w:p>
        </w:tc>
        <w:tc>
          <w:tcPr>
            <w:tcW w:w="1350" w:type="dxa"/>
            <w:vAlign w:val="center"/>
          </w:tcPr>
          <w:p w14:paraId="58E7A6C9" w14:textId="77777777" w:rsidR="001512C8" w:rsidRPr="00161078" w:rsidRDefault="001512C8">
            <w:pPr>
              <w:spacing w:before="20" w:after="20"/>
              <w:jc w:val="center"/>
              <w:rPr>
                <w:lang w:val="pl-PL"/>
              </w:rPr>
            </w:pPr>
          </w:p>
        </w:tc>
        <w:tc>
          <w:tcPr>
            <w:tcW w:w="1350" w:type="dxa"/>
            <w:vAlign w:val="center"/>
          </w:tcPr>
          <w:p w14:paraId="49F65F5C" w14:textId="77777777" w:rsidR="001512C8" w:rsidRPr="00161078" w:rsidRDefault="001512C8">
            <w:pPr>
              <w:spacing w:before="20" w:after="20"/>
              <w:jc w:val="center"/>
              <w:rPr>
                <w:lang w:val="pl-PL"/>
              </w:rPr>
            </w:pPr>
          </w:p>
        </w:tc>
      </w:tr>
      <w:tr w:rsidR="001512C8" w:rsidRPr="00161078" w14:paraId="346EA738" w14:textId="77777777" w:rsidTr="00795294">
        <w:trPr>
          <w:jc w:val="center"/>
        </w:trPr>
        <w:tc>
          <w:tcPr>
            <w:tcW w:w="420" w:type="dxa"/>
            <w:vAlign w:val="center"/>
          </w:tcPr>
          <w:p w14:paraId="4097DDDB" w14:textId="77777777" w:rsidR="001512C8" w:rsidRPr="00161078" w:rsidRDefault="00443F1E">
            <w:pPr>
              <w:spacing w:before="20" w:after="20"/>
              <w:jc w:val="center"/>
              <w:rPr>
                <w:lang w:val="pl-PL"/>
              </w:rPr>
            </w:pPr>
            <w:permStart w:id="1861775797" w:edGrp="everyone" w:colFirst="5" w:colLast="5"/>
            <w:permStart w:id="177501338" w:edGrp="everyone" w:colFirst="6" w:colLast="6"/>
            <w:permStart w:id="1742631522" w:edGrp="everyone" w:colFirst="7" w:colLast="7"/>
            <w:permStart w:id="2025459702" w:edGrp="everyone" w:colFirst="8" w:colLast="8"/>
            <w:permStart w:id="1329748776" w:edGrp="everyone" w:colFirst="9" w:colLast="9"/>
            <w:permEnd w:id="1700948254"/>
            <w:permEnd w:id="84226501"/>
            <w:permEnd w:id="279398521"/>
            <w:permEnd w:id="1597053542"/>
            <w:permEnd w:id="611461183"/>
            <w:r w:rsidRPr="00161078">
              <w:rPr>
                <w:sz w:val="16"/>
                <w:lang w:val="pl-PL"/>
              </w:rPr>
              <w:t>22</w:t>
            </w:r>
          </w:p>
        </w:tc>
        <w:tc>
          <w:tcPr>
            <w:tcW w:w="4450" w:type="dxa"/>
            <w:vAlign w:val="center"/>
          </w:tcPr>
          <w:p w14:paraId="1D26F034" w14:textId="77777777" w:rsidR="001512C8" w:rsidRPr="00801A1C" w:rsidRDefault="00443F1E">
            <w:pPr>
              <w:spacing w:before="20" w:after="20"/>
              <w:jc w:val="left"/>
            </w:pPr>
            <w:r w:rsidRPr="00801A1C">
              <w:rPr>
                <w:sz w:val="16"/>
              </w:rPr>
              <w:t>CD43-PE, DFT1, 2mL ASR</w:t>
            </w:r>
          </w:p>
        </w:tc>
        <w:tc>
          <w:tcPr>
            <w:tcW w:w="1720" w:type="dxa"/>
            <w:vAlign w:val="center"/>
          </w:tcPr>
          <w:p w14:paraId="79D9C5F7" w14:textId="77777777" w:rsidR="001512C8" w:rsidRPr="00161078" w:rsidRDefault="00443F1E">
            <w:pPr>
              <w:spacing w:before="20" w:after="20"/>
              <w:jc w:val="center"/>
              <w:rPr>
                <w:lang w:val="pl-PL"/>
              </w:rPr>
            </w:pPr>
            <w:r w:rsidRPr="00161078">
              <w:rPr>
                <w:sz w:val="16"/>
                <w:lang w:val="pl-PL"/>
              </w:rPr>
              <w:t>2ml</w:t>
            </w:r>
          </w:p>
        </w:tc>
        <w:tc>
          <w:tcPr>
            <w:tcW w:w="640" w:type="dxa"/>
            <w:vAlign w:val="center"/>
          </w:tcPr>
          <w:p w14:paraId="328C9515"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56402650" w14:textId="77777777" w:rsidR="001512C8" w:rsidRPr="00161078" w:rsidRDefault="00056A14">
            <w:pPr>
              <w:spacing w:before="20" w:after="20"/>
              <w:jc w:val="center"/>
              <w:rPr>
                <w:lang w:val="pl-PL"/>
              </w:rPr>
            </w:pPr>
            <w:r>
              <w:rPr>
                <w:sz w:val="16"/>
                <w:lang w:val="pl-PL"/>
              </w:rPr>
              <w:t>1</w:t>
            </w:r>
          </w:p>
        </w:tc>
        <w:tc>
          <w:tcPr>
            <w:tcW w:w="1250" w:type="dxa"/>
            <w:vAlign w:val="center"/>
          </w:tcPr>
          <w:p w14:paraId="760AA32D" w14:textId="77777777" w:rsidR="001512C8" w:rsidRPr="00161078" w:rsidRDefault="001512C8">
            <w:pPr>
              <w:spacing w:before="20" w:after="20"/>
              <w:jc w:val="center"/>
              <w:rPr>
                <w:lang w:val="pl-PL"/>
              </w:rPr>
            </w:pPr>
          </w:p>
        </w:tc>
        <w:tc>
          <w:tcPr>
            <w:tcW w:w="620" w:type="dxa"/>
            <w:vAlign w:val="center"/>
          </w:tcPr>
          <w:p w14:paraId="1122E691" w14:textId="77777777" w:rsidR="001512C8" w:rsidRPr="00161078" w:rsidRDefault="001512C8">
            <w:pPr>
              <w:spacing w:before="20" w:after="20"/>
              <w:jc w:val="center"/>
              <w:rPr>
                <w:lang w:val="pl-PL"/>
              </w:rPr>
            </w:pPr>
          </w:p>
        </w:tc>
        <w:tc>
          <w:tcPr>
            <w:tcW w:w="1250" w:type="dxa"/>
            <w:vAlign w:val="center"/>
          </w:tcPr>
          <w:p w14:paraId="02F40DD7" w14:textId="77777777" w:rsidR="001512C8" w:rsidRPr="00161078" w:rsidRDefault="001512C8">
            <w:pPr>
              <w:spacing w:before="20" w:after="20"/>
              <w:jc w:val="center"/>
              <w:rPr>
                <w:lang w:val="pl-PL"/>
              </w:rPr>
            </w:pPr>
          </w:p>
        </w:tc>
        <w:tc>
          <w:tcPr>
            <w:tcW w:w="1350" w:type="dxa"/>
            <w:vAlign w:val="center"/>
          </w:tcPr>
          <w:p w14:paraId="67C39751" w14:textId="77777777" w:rsidR="001512C8" w:rsidRPr="00161078" w:rsidRDefault="001512C8">
            <w:pPr>
              <w:spacing w:before="20" w:after="20"/>
              <w:jc w:val="center"/>
              <w:rPr>
                <w:lang w:val="pl-PL"/>
              </w:rPr>
            </w:pPr>
          </w:p>
        </w:tc>
        <w:tc>
          <w:tcPr>
            <w:tcW w:w="1350" w:type="dxa"/>
            <w:vAlign w:val="center"/>
          </w:tcPr>
          <w:p w14:paraId="5590F0B1" w14:textId="77777777" w:rsidR="001512C8" w:rsidRPr="00161078" w:rsidRDefault="001512C8">
            <w:pPr>
              <w:spacing w:before="20" w:after="20"/>
              <w:jc w:val="center"/>
              <w:rPr>
                <w:lang w:val="pl-PL"/>
              </w:rPr>
            </w:pPr>
          </w:p>
        </w:tc>
      </w:tr>
      <w:tr w:rsidR="001512C8" w:rsidRPr="00161078" w14:paraId="2AC6AA04" w14:textId="77777777" w:rsidTr="00795294">
        <w:trPr>
          <w:jc w:val="center"/>
        </w:trPr>
        <w:tc>
          <w:tcPr>
            <w:tcW w:w="420" w:type="dxa"/>
            <w:vAlign w:val="center"/>
          </w:tcPr>
          <w:p w14:paraId="1411DEEC" w14:textId="77777777" w:rsidR="001512C8" w:rsidRPr="00161078" w:rsidRDefault="00443F1E">
            <w:pPr>
              <w:spacing w:before="20" w:after="20"/>
              <w:jc w:val="center"/>
              <w:rPr>
                <w:lang w:val="pl-PL"/>
              </w:rPr>
            </w:pPr>
            <w:permStart w:id="645815509" w:edGrp="everyone" w:colFirst="5" w:colLast="5"/>
            <w:permStart w:id="142309484" w:edGrp="everyone" w:colFirst="6" w:colLast="6"/>
            <w:permStart w:id="1923154943" w:edGrp="everyone" w:colFirst="7" w:colLast="7"/>
            <w:permStart w:id="772107759" w:edGrp="everyone" w:colFirst="8" w:colLast="8"/>
            <w:permStart w:id="1461657563" w:edGrp="everyone" w:colFirst="9" w:colLast="9"/>
            <w:permEnd w:id="1861775797"/>
            <w:permEnd w:id="177501338"/>
            <w:permEnd w:id="1742631522"/>
            <w:permEnd w:id="2025459702"/>
            <w:permEnd w:id="1329748776"/>
            <w:r w:rsidRPr="00161078">
              <w:rPr>
                <w:sz w:val="16"/>
                <w:lang w:val="pl-PL"/>
              </w:rPr>
              <w:t>23</w:t>
            </w:r>
          </w:p>
        </w:tc>
        <w:tc>
          <w:tcPr>
            <w:tcW w:w="4450" w:type="dxa"/>
            <w:vAlign w:val="center"/>
          </w:tcPr>
          <w:p w14:paraId="0CA1B378" w14:textId="77777777" w:rsidR="001512C8" w:rsidRPr="00161078" w:rsidRDefault="00443F1E">
            <w:pPr>
              <w:spacing w:before="20" w:after="20"/>
              <w:jc w:val="left"/>
              <w:rPr>
                <w:lang w:val="pl-PL"/>
              </w:rPr>
            </w:pPr>
            <w:r w:rsidRPr="00161078">
              <w:rPr>
                <w:sz w:val="16"/>
                <w:lang w:val="pl-PL"/>
              </w:rPr>
              <w:t xml:space="preserve">CD34-APC, 581, 1 </w:t>
            </w:r>
            <w:proofErr w:type="spellStart"/>
            <w:r w:rsidRPr="00161078">
              <w:rPr>
                <w:sz w:val="16"/>
                <w:lang w:val="pl-PL"/>
              </w:rPr>
              <w:t>mL</w:t>
            </w:r>
            <w:proofErr w:type="spellEnd"/>
            <w:r w:rsidRPr="00161078">
              <w:rPr>
                <w:sz w:val="16"/>
                <w:lang w:val="pl-PL"/>
              </w:rPr>
              <w:t xml:space="preserve"> ASR</w:t>
            </w:r>
          </w:p>
        </w:tc>
        <w:tc>
          <w:tcPr>
            <w:tcW w:w="1720" w:type="dxa"/>
            <w:vAlign w:val="center"/>
          </w:tcPr>
          <w:p w14:paraId="326EAAC2" w14:textId="77777777" w:rsidR="001512C8" w:rsidRPr="00161078" w:rsidRDefault="00443F1E">
            <w:pPr>
              <w:spacing w:before="20" w:after="20"/>
              <w:jc w:val="center"/>
              <w:rPr>
                <w:lang w:val="pl-PL"/>
              </w:rPr>
            </w:pPr>
            <w:r w:rsidRPr="00161078">
              <w:rPr>
                <w:sz w:val="16"/>
                <w:lang w:val="pl-PL"/>
              </w:rPr>
              <w:t>1ml</w:t>
            </w:r>
          </w:p>
        </w:tc>
        <w:tc>
          <w:tcPr>
            <w:tcW w:w="640" w:type="dxa"/>
            <w:vAlign w:val="center"/>
          </w:tcPr>
          <w:p w14:paraId="5A9995BD"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51125584" w14:textId="77777777" w:rsidR="001512C8" w:rsidRPr="00161078" w:rsidRDefault="00056A14">
            <w:pPr>
              <w:spacing w:before="20" w:after="20"/>
              <w:jc w:val="center"/>
              <w:rPr>
                <w:lang w:val="pl-PL"/>
              </w:rPr>
            </w:pPr>
            <w:r>
              <w:rPr>
                <w:sz w:val="16"/>
                <w:lang w:val="pl-PL"/>
              </w:rPr>
              <w:t>1</w:t>
            </w:r>
          </w:p>
        </w:tc>
        <w:tc>
          <w:tcPr>
            <w:tcW w:w="1250" w:type="dxa"/>
            <w:vAlign w:val="center"/>
          </w:tcPr>
          <w:p w14:paraId="47678B55" w14:textId="77777777" w:rsidR="001512C8" w:rsidRPr="00161078" w:rsidRDefault="001512C8">
            <w:pPr>
              <w:spacing w:before="20" w:after="20"/>
              <w:jc w:val="center"/>
              <w:rPr>
                <w:lang w:val="pl-PL"/>
              </w:rPr>
            </w:pPr>
          </w:p>
        </w:tc>
        <w:tc>
          <w:tcPr>
            <w:tcW w:w="620" w:type="dxa"/>
            <w:vAlign w:val="center"/>
          </w:tcPr>
          <w:p w14:paraId="6A5928AC" w14:textId="77777777" w:rsidR="001512C8" w:rsidRPr="00161078" w:rsidRDefault="001512C8">
            <w:pPr>
              <w:spacing w:before="20" w:after="20"/>
              <w:jc w:val="center"/>
              <w:rPr>
                <w:lang w:val="pl-PL"/>
              </w:rPr>
            </w:pPr>
          </w:p>
        </w:tc>
        <w:tc>
          <w:tcPr>
            <w:tcW w:w="1250" w:type="dxa"/>
            <w:vAlign w:val="center"/>
          </w:tcPr>
          <w:p w14:paraId="797A44CB" w14:textId="77777777" w:rsidR="001512C8" w:rsidRPr="00161078" w:rsidRDefault="001512C8">
            <w:pPr>
              <w:spacing w:before="20" w:after="20"/>
              <w:jc w:val="center"/>
              <w:rPr>
                <w:lang w:val="pl-PL"/>
              </w:rPr>
            </w:pPr>
          </w:p>
        </w:tc>
        <w:tc>
          <w:tcPr>
            <w:tcW w:w="1350" w:type="dxa"/>
            <w:vAlign w:val="center"/>
          </w:tcPr>
          <w:p w14:paraId="62AE18AE" w14:textId="77777777" w:rsidR="001512C8" w:rsidRPr="00161078" w:rsidRDefault="001512C8">
            <w:pPr>
              <w:spacing w:before="20" w:after="20"/>
              <w:jc w:val="center"/>
              <w:rPr>
                <w:lang w:val="pl-PL"/>
              </w:rPr>
            </w:pPr>
          </w:p>
        </w:tc>
        <w:tc>
          <w:tcPr>
            <w:tcW w:w="1350" w:type="dxa"/>
            <w:vAlign w:val="center"/>
          </w:tcPr>
          <w:p w14:paraId="4BF5ABA5" w14:textId="77777777" w:rsidR="001512C8" w:rsidRPr="00161078" w:rsidRDefault="001512C8">
            <w:pPr>
              <w:spacing w:before="20" w:after="20"/>
              <w:jc w:val="center"/>
              <w:rPr>
                <w:lang w:val="pl-PL"/>
              </w:rPr>
            </w:pPr>
          </w:p>
        </w:tc>
      </w:tr>
      <w:tr w:rsidR="001512C8" w:rsidRPr="00161078" w14:paraId="29FA078E" w14:textId="77777777" w:rsidTr="00795294">
        <w:trPr>
          <w:jc w:val="center"/>
        </w:trPr>
        <w:tc>
          <w:tcPr>
            <w:tcW w:w="420" w:type="dxa"/>
            <w:vAlign w:val="center"/>
          </w:tcPr>
          <w:p w14:paraId="22752376" w14:textId="77777777" w:rsidR="001512C8" w:rsidRPr="00161078" w:rsidRDefault="00443F1E">
            <w:pPr>
              <w:spacing w:before="20" w:after="20"/>
              <w:jc w:val="center"/>
              <w:rPr>
                <w:lang w:val="pl-PL"/>
              </w:rPr>
            </w:pPr>
            <w:permStart w:id="1050768850" w:edGrp="everyone" w:colFirst="5" w:colLast="5"/>
            <w:permStart w:id="1364227468" w:edGrp="everyone" w:colFirst="6" w:colLast="6"/>
            <w:permStart w:id="1689988781" w:edGrp="everyone" w:colFirst="7" w:colLast="7"/>
            <w:permStart w:id="1470773527" w:edGrp="everyone" w:colFirst="8" w:colLast="8"/>
            <w:permStart w:id="1413504254" w:edGrp="everyone" w:colFirst="9" w:colLast="9"/>
            <w:permEnd w:id="645815509"/>
            <w:permEnd w:id="142309484"/>
            <w:permEnd w:id="1923154943"/>
            <w:permEnd w:id="772107759"/>
            <w:permEnd w:id="1461657563"/>
            <w:r w:rsidRPr="00161078">
              <w:rPr>
                <w:sz w:val="16"/>
                <w:lang w:val="pl-PL"/>
              </w:rPr>
              <w:t>24</w:t>
            </w:r>
          </w:p>
        </w:tc>
        <w:tc>
          <w:tcPr>
            <w:tcW w:w="4450" w:type="dxa"/>
            <w:vAlign w:val="center"/>
          </w:tcPr>
          <w:p w14:paraId="02DE2EB4" w14:textId="77777777" w:rsidR="001512C8" w:rsidRPr="00801A1C" w:rsidRDefault="00443F1E">
            <w:pPr>
              <w:spacing w:before="20" w:after="20"/>
              <w:jc w:val="left"/>
            </w:pPr>
            <w:r w:rsidRPr="00801A1C">
              <w:rPr>
                <w:sz w:val="16"/>
              </w:rPr>
              <w:t>CD11b-Pacific Blue, Bear1, 0.5 ml, ASR</w:t>
            </w:r>
          </w:p>
        </w:tc>
        <w:tc>
          <w:tcPr>
            <w:tcW w:w="1720" w:type="dxa"/>
            <w:vAlign w:val="center"/>
          </w:tcPr>
          <w:p w14:paraId="20B251C9" w14:textId="77777777" w:rsidR="001512C8" w:rsidRPr="00161078" w:rsidRDefault="00443F1E">
            <w:pPr>
              <w:spacing w:before="20" w:after="20"/>
              <w:jc w:val="center"/>
              <w:rPr>
                <w:lang w:val="pl-PL"/>
              </w:rPr>
            </w:pPr>
            <w:r w:rsidRPr="00161078">
              <w:rPr>
                <w:sz w:val="16"/>
                <w:lang w:val="pl-PL"/>
              </w:rPr>
              <w:t>0,5ml</w:t>
            </w:r>
          </w:p>
        </w:tc>
        <w:tc>
          <w:tcPr>
            <w:tcW w:w="640" w:type="dxa"/>
            <w:vAlign w:val="center"/>
          </w:tcPr>
          <w:p w14:paraId="73F84DCE"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17CDDB1D" w14:textId="77777777" w:rsidR="001512C8" w:rsidRPr="00161078" w:rsidRDefault="00056A14">
            <w:pPr>
              <w:spacing w:before="20" w:after="20"/>
              <w:jc w:val="center"/>
              <w:rPr>
                <w:lang w:val="pl-PL"/>
              </w:rPr>
            </w:pPr>
            <w:r>
              <w:rPr>
                <w:sz w:val="16"/>
                <w:lang w:val="pl-PL"/>
              </w:rPr>
              <w:t>3</w:t>
            </w:r>
          </w:p>
        </w:tc>
        <w:tc>
          <w:tcPr>
            <w:tcW w:w="1250" w:type="dxa"/>
            <w:vAlign w:val="center"/>
          </w:tcPr>
          <w:p w14:paraId="4F5BA400" w14:textId="77777777" w:rsidR="001512C8" w:rsidRPr="00161078" w:rsidRDefault="001512C8">
            <w:pPr>
              <w:spacing w:before="20" w:after="20"/>
              <w:jc w:val="center"/>
              <w:rPr>
                <w:lang w:val="pl-PL"/>
              </w:rPr>
            </w:pPr>
          </w:p>
        </w:tc>
        <w:tc>
          <w:tcPr>
            <w:tcW w:w="620" w:type="dxa"/>
            <w:vAlign w:val="center"/>
          </w:tcPr>
          <w:p w14:paraId="09AF843F" w14:textId="77777777" w:rsidR="001512C8" w:rsidRPr="00161078" w:rsidRDefault="001512C8">
            <w:pPr>
              <w:spacing w:before="20" w:after="20"/>
              <w:jc w:val="center"/>
              <w:rPr>
                <w:lang w:val="pl-PL"/>
              </w:rPr>
            </w:pPr>
          </w:p>
        </w:tc>
        <w:tc>
          <w:tcPr>
            <w:tcW w:w="1250" w:type="dxa"/>
            <w:vAlign w:val="center"/>
          </w:tcPr>
          <w:p w14:paraId="2D711C1C" w14:textId="77777777" w:rsidR="001512C8" w:rsidRPr="00161078" w:rsidRDefault="001512C8">
            <w:pPr>
              <w:spacing w:before="20" w:after="20"/>
              <w:jc w:val="center"/>
              <w:rPr>
                <w:lang w:val="pl-PL"/>
              </w:rPr>
            </w:pPr>
          </w:p>
        </w:tc>
        <w:tc>
          <w:tcPr>
            <w:tcW w:w="1350" w:type="dxa"/>
            <w:vAlign w:val="center"/>
          </w:tcPr>
          <w:p w14:paraId="675032FD" w14:textId="77777777" w:rsidR="001512C8" w:rsidRPr="00161078" w:rsidRDefault="001512C8">
            <w:pPr>
              <w:spacing w:before="20" w:after="20"/>
              <w:jc w:val="center"/>
              <w:rPr>
                <w:lang w:val="pl-PL"/>
              </w:rPr>
            </w:pPr>
          </w:p>
        </w:tc>
        <w:tc>
          <w:tcPr>
            <w:tcW w:w="1350" w:type="dxa"/>
            <w:vAlign w:val="center"/>
          </w:tcPr>
          <w:p w14:paraId="0AC1056E" w14:textId="77777777" w:rsidR="001512C8" w:rsidRPr="00161078" w:rsidRDefault="001512C8">
            <w:pPr>
              <w:spacing w:before="20" w:after="20"/>
              <w:jc w:val="center"/>
              <w:rPr>
                <w:lang w:val="pl-PL"/>
              </w:rPr>
            </w:pPr>
          </w:p>
        </w:tc>
      </w:tr>
      <w:tr w:rsidR="001512C8" w:rsidRPr="00161078" w14:paraId="3F43F476" w14:textId="77777777" w:rsidTr="00795294">
        <w:trPr>
          <w:jc w:val="center"/>
        </w:trPr>
        <w:tc>
          <w:tcPr>
            <w:tcW w:w="420" w:type="dxa"/>
            <w:vAlign w:val="center"/>
          </w:tcPr>
          <w:p w14:paraId="7800AE12" w14:textId="77777777" w:rsidR="001512C8" w:rsidRPr="00161078" w:rsidRDefault="00443F1E">
            <w:pPr>
              <w:spacing w:before="20" w:after="20"/>
              <w:jc w:val="center"/>
              <w:rPr>
                <w:lang w:val="pl-PL"/>
              </w:rPr>
            </w:pPr>
            <w:permStart w:id="448554891" w:edGrp="everyone" w:colFirst="5" w:colLast="5"/>
            <w:permStart w:id="1292914564" w:edGrp="everyone" w:colFirst="6" w:colLast="6"/>
            <w:permStart w:id="1009914201" w:edGrp="everyone" w:colFirst="7" w:colLast="7"/>
            <w:permStart w:id="1271924057" w:edGrp="everyone" w:colFirst="8" w:colLast="8"/>
            <w:permStart w:id="1645031876" w:edGrp="everyone" w:colFirst="9" w:colLast="9"/>
            <w:permEnd w:id="1050768850"/>
            <w:permEnd w:id="1364227468"/>
            <w:permEnd w:id="1689988781"/>
            <w:permEnd w:id="1470773527"/>
            <w:permEnd w:id="1413504254"/>
            <w:r w:rsidRPr="00161078">
              <w:rPr>
                <w:sz w:val="16"/>
                <w:lang w:val="pl-PL"/>
              </w:rPr>
              <w:t>25</w:t>
            </w:r>
          </w:p>
        </w:tc>
        <w:tc>
          <w:tcPr>
            <w:tcW w:w="4450" w:type="dxa"/>
            <w:vAlign w:val="center"/>
          </w:tcPr>
          <w:p w14:paraId="4D22E06D" w14:textId="77777777" w:rsidR="001512C8" w:rsidRPr="00801A1C" w:rsidRDefault="00443F1E">
            <w:pPr>
              <w:spacing w:before="20" w:after="20"/>
              <w:jc w:val="left"/>
            </w:pPr>
            <w:r w:rsidRPr="00801A1C">
              <w:rPr>
                <w:sz w:val="16"/>
              </w:rPr>
              <w:t>Anti-TCR PAN a/b-APC, 0.5ML ASR</w:t>
            </w:r>
          </w:p>
        </w:tc>
        <w:tc>
          <w:tcPr>
            <w:tcW w:w="1720" w:type="dxa"/>
            <w:vAlign w:val="center"/>
          </w:tcPr>
          <w:p w14:paraId="4E08810D" w14:textId="77777777" w:rsidR="001512C8" w:rsidRPr="00161078" w:rsidRDefault="00443F1E">
            <w:pPr>
              <w:spacing w:before="20" w:after="20"/>
              <w:jc w:val="center"/>
              <w:rPr>
                <w:lang w:val="pl-PL"/>
              </w:rPr>
            </w:pPr>
            <w:r w:rsidRPr="00161078">
              <w:rPr>
                <w:sz w:val="16"/>
                <w:lang w:val="pl-PL"/>
              </w:rPr>
              <w:t>0,5ml</w:t>
            </w:r>
          </w:p>
        </w:tc>
        <w:tc>
          <w:tcPr>
            <w:tcW w:w="640" w:type="dxa"/>
            <w:vAlign w:val="center"/>
          </w:tcPr>
          <w:p w14:paraId="374BA631"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6C3370CD" w14:textId="77777777" w:rsidR="001512C8" w:rsidRPr="00161078" w:rsidRDefault="00056A14">
            <w:pPr>
              <w:spacing w:before="20" w:after="20"/>
              <w:jc w:val="center"/>
              <w:rPr>
                <w:lang w:val="pl-PL"/>
              </w:rPr>
            </w:pPr>
            <w:r>
              <w:rPr>
                <w:sz w:val="16"/>
                <w:lang w:val="pl-PL"/>
              </w:rPr>
              <w:t>2</w:t>
            </w:r>
          </w:p>
        </w:tc>
        <w:tc>
          <w:tcPr>
            <w:tcW w:w="1250" w:type="dxa"/>
            <w:vAlign w:val="center"/>
          </w:tcPr>
          <w:p w14:paraId="0C7B61DC" w14:textId="77777777" w:rsidR="001512C8" w:rsidRPr="00161078" w:rsidRDefault="001512C8">
            <w:pPr>
              <w:spacing w:before="20" w:after="20"/>
              <w:jc w:val="center"/>
              <w:rPr>
                <w:lang w:val="pl-PL"/>
              </w:rPr>
            </w:pPr>
          </w:p>
        </w:tc>
        <w:tc>
          <w:tcPr>
            <w:tcW w:w="620" w:type="dxa"/>
            <w:vAlign w:val="center"/>
          </w:tcPr>
          <w:p w14:paraId="7465F249" w14:textId="77777777" w:rsidR="001512C8" w:rsidRPr="00161078" w:rsidRDefault="001512C8">
            <w:pPr>
              <w:spacing w:before="20" w:after="20"/>
              <w:jc w:val="center"/>
              <w:rPr>
                <w:lang w:val="pl-PL"/>
              </w:rPr>
            </w:pPr>
          </w:p>
        </w:tc>
        <w:tc>
          <w:tcPr>
            <w:tcW w:w="1250" w:type="dxa"/>
            <w:vAlign w:val="center"/>
          </w:tcPr>
          <w:p w14:paraId="060CD1A9" w14:textId="77777777" w:rsidR="001512C8" w:rsidRPr="00161078" w:rsidRDefault="001512C8">
            <w:pPr>
              <w:spacing w:before="20" w:after="20"/>
              <w:jc w:val="center"/>
              <w:rPr>
                <w:lang w:val="pl-PL"/>
              </w:rPr>
            </w:pPr>
          </w:p>
        </w:tc>
        <w:tc>
          <w:tcPr>
            <w:tcW w:w="1350" w:type="dxa"/>
            <w:vAlign w:val="center"/>
          </w:tcPr>
          <w:p w14:paraId="34D3ECAE" w14:textId="77777777" w:rsidR="001512C8" w:rsidRPr="00161078" w:rsidRDefault="001512C8">
            <w:pPr>
              <w:spacing w:before="20" w:after="20"/>
              <w:jc w:val="center"/>
              <w:rPr>
                <w:lang w:val="pl-PL"/>
              </w:rPr>
            </w:pPr>
          </w:p>
        </w:tc>
        <w:tc>
          <w:tcPr>
            <w:tcW w:w="1350" w:type="dxa"/>
            <w:vAlign w:val="center"/>
          </w:tcPr>
          <w:p w14:paraId="412B9019" w14:textId="77777777" w:rsidR="001512C8" w:rsidRPr="00161078" w:rsidRDefault="001512C8">
            <w:pPr>
              <w:spacing w:before="20" w:after="20"/>
              <w:jc w:val="center"/>
              <w:rPr>
                <w:lang w:val="pl-PL"/>
              </w:rPr>
            </w:pPr>
          </w:p>
        </w:tc>
      </w:tr>
      <w:tr w:rsidR="001512C8" w:rsidRPr="00161078" w14:paraId="4967AC52" w14:textId="77777777" w:rsidTr="00795294">
        <w:trPr>
          <w:jc w:val="center"/>
        </w:trPr>
        <w:tc>
          <w:tcPr>
            <w:tcW w:w="420" w:type="dxa"/>
            <w:vAlign w:val="center"/>
          </w:tcPr>
          <w:p w14:paraId="2D06237E" w14:textId="77777777" w:rsidR="001512C8" w:rsidRPr="00161078" w:rsidRDefault="00443F1E">
            <w:pPr>
              <w:spacing w:before="20" w:after="20"/>
              <w:jc w:val="center"/>
              <w:rPr>
                <w:lang w:val="pl-PL"/>
              </w:rPr>
            </w:pPr>
            <w:permStart w:id="600463112" w:edGrp="everyone" w:colFirst="5" w:colLast="5"/>
            <w:permStart w:id="1713317325" w:edGrp="everyone" w:colFirst="6" w:colLast="6"/>
            <w:permStart w:id="897153550" w:edGrp="everyone" w:colFirst="7" w:colLast="7"/>
            <w:permStart w:id="900471864" w:edGrp="everyone" w:colFirst="8" w:colLast="8"/>
            <w:permStart w:id="841105746" w:edGrp="everyone" w:colFirst="9" w:colLast="9"/>
            <w:permEnd w:id="448554891"/>
            <w:permEnd w:id="1292914564"/>
            <w:permEnd w:id="1009914201"/>
            <w:permEnd w:id="1271924057"/>
            <w:permEnd w:id="1645031876"/>
            <w:r w:rsidRPr="00161078">
              <w:rPr>
                <w:sz w:val="16"/>
                <w:lang w:val="pl-PL"/>
              </w:rPr>
              <w:t>26</w:t>
            </w:r>
          </w:p>
        </w:tc>
        <w:tc>
          <w:tcPr>
            <w:tcW w:w="4450" w:type="dxa"/>
            <w:vAlign w:val="center"/>
          </w:tcPr>
          <w:p w14:paraId="5F8C5D55" w14:textId="77777777" w:rsidR="001512C8" w:rsidRPr="00801A1C" w:rsidRDefault="00443F1E">
            <w:pPr>
              <w:spacing w:before="20" w:after="20"/>
              <w:jc w:val="left"/>
            </w:pPr>
            <w:r w:rsidRPr="00801A1C">
              <w:rPr>
                <w:sz w:val="16"/>
              </w:rPr>
              <w:t>CD45-Krome Orange, 100 tests, CE-IVD</w:t>
            </w:r>
          </w:p>
        </w:tc>
        <w:tc>
          <w:tcPr>
            <w:tcW w:w="1720" w:type="dxa"/>
            <w:vAlign w:val="center"/>
          </w:tcPr>
          <w:p w14:paraId="26E56770" w14:textId="77777777" w:rsidR="001512C8" w:rsidRPr="00161078" w:rsidRDefault="00443F1E">
            <w:pPr>
              <w:spacing w:before="20" w:after="20"/>
              <w:jc w:val="center"/>
              <w:rPr>
                <w:lang w:val="pl-PL"/>
              </w:rPr>
            </w:pPr>
            <w:r w:rsidRPr="00161078">
              <w:rPr>
                <w:sz w:val="16"/>
                <w:lang w:val="pl-PL"/>
              </w:rPr>
              <w:t xml:space="preserve">100 </w:t>
            </w:r>
            <w:proofErr w:type="spellStart"/>
            <w:r w:rsidRPr="00161078">
              <w:rPr>
                <w:sz w:val="16"/>
                <w:lang w:val="pl-PL"/>
              </w:rPr>
              <w:t>tests</w:t>
            </w:r>
            <w:proofErr w:type="spellEnd"/>
          </w:p>
        </w:tc>
        <w:tc>
          <w:tcPr>
            <w:tcW w:w="640" w:type="dxa"/>
            <w:vAlign w:val="center"/>
          </w:tcPr>
          <w:p w14:paraId="49BDFA32"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18342715" w14:textId="77777777" w:rsidR="001512C8" w:rsidRPr="00161078" w:rsidRDefault="00056A14">
            <w:pPr>
              <w:spacing w:before="20" w:after="20"/>
              <w:jc w:val="center"/>
              <w:rPr>
                <w:lang w:val="pl-PL"/>
              </w:rPr>
            </w:pPr>
            <w:r>
              <w:rPr>
                <w:sz w:val="16"/>
                <w:lang w:val="pl-PL"/>
              </w:rPr>
              <w:t>2</w:t>
            </w:r>
          </w:p>
        </w:tc>
        <w:tc>
          <w:tcPr>
            <w:tcW w:w="1250" w:type="dxa"/>
            <w:vAlign w:val="center"/>
          </w:tcPr>
          <w:p w14:paraId="23CC1F15" w14:textId="77777777" w:rsidR="001512C8" w:rsidRPr="00161078" w:rsidRDefault="001512C8">
            <w:pPr>
              <w:spacing w:before="20" w:after="20"/>
              <w:jc w:val="center"/>
              <w:rPr>
                <w:lang w:val="pl-PL"/>
              </w:rPr>
            </w:pPr>
          </w:p>
        </w:tc>
        <w:tc>
          <w:tcPr>
            <w:tcW w:w="620" w:type="dxa"/>
            <w:vAlign w:val="center"/>
          </w:tcPr>
          <w:p w14:paraId="68D122EC" w14:textId="77777777" w:rsidR="001512C8" w:rsidRPr="00161078" w:rsidRDefault="001512C8">
            <w:pPr>
              <w:spacing w:before="20" w:after="20"/>
              <w:jc w:val="center"/>
              <w:rPr>
                <w:lang w:val="pl-PL"/>
              </w:rPr>
            </w:pPr>
          </w:p>
        </w:tc>
        <w:tc>
          <w:tcPr>
            <w:tcW w:w="1250" w:type="dxa"/>
            <w:vAlign w:val="center"/>
          </w:tcPr>
          <w:p w14:paraId="3A359DB6" w14:textId="77777777" w:rsidR="001512C8" w:rsidRPr="00161078" w:rsidRDefault="001512C8">
            <w:pPr>
              <w:spacing w:before="20" w:after="20"/>
              <w:jc w:val="center"/>
              <w:rPr>
                <w:lang w:val="pl-PL"/>
              </w:rPr>
            </w:pPr>
          </w:p>
        </w:tc>
        <w:tc>
          <w:tcPr>
            <w:tcW w:w="1350" w:type="dxa"/>
            <w:vAlign w:val="center"/>
          </w:tcPr>
          <w:p w14:paraId="35F03120" w14:textId="77777777" w:rsidR="001512C8" w:rsidRPr="00161078" w:rsidRDefault="001512C8">
            <w:pPr>
              <w:spacing w:before="20" w:after="20"/>
              <w:jc w:val="center"/>
              <w:rPr>
                <w:lang w:val="pl-PL"/>
              </w:rPr>
            </w:pPr>
          </w:p>
        </w:tc>
        <w:tc>
          <w:tcPr>
            <w:tcW w:w="1350" w:type="dxa"/>
            <w:vAlign w:val="center"/>
          </w:tcPr>
          <w:p w14:paraId="5A996294" w14:textId="77777777" w:rsidR="001512C8" w:rsidRPr="00161078" w:rsidRDefault="001512C8">
            <w:pPr>
              <w:spacing w:before="20" w:after="20"/>
              <w:jc w:val="center"/>
              <w:rPr>
                <w:lang w:val="pl-PL"/>
              </w:rPr>
            </w:pPr>
          </w:p>
        </w:tc>
      </w:tr>
      <w:tr w:rsidR="001512C8" w:rsidRPr="00161078" w14:paraId="1A4A6F08" w14:textId="77777777" w:rsidTr="00795294">
        <w:trPr>
          <w:jc w:val="center"/>
        </w:trPr>
        <w:tc>
          <w:tcPr>
            <w:tcW w:w="420" w:type="dxa"/>
            <w:vAlign w:val="center"/>
          </w:tcPr>
          <w:p w14:paraId="294A967D" w14:textId="77777777" w:rsidR="001512C8" w:rsidRPr="00161078" w:rsidRDefault="00443F1E">
            <w:pPr>
              <w:spacing w:before="20" w:after="20"/>
              <w:jc w:val="center"/>
              <w:rPr>
                <w:lang w:val="pl-PL"/>
              </w:rPr>
            </w:pPr>
            <w:permStart w:id="1967458407" w:edGrp="everyone" w:colFirst="5" w:colLast="5"/>
            <w:permStart w:id="852505981" w:edGrp="everyone" w:colFirst="6" w:colLast="6"/>
            <w:permStart w:id="1473514812" w:edGrp="everyone" w:colFirst="7" w:colLast="7"/>
            <w:permStart w:id="1223367606" w:edGrp="everyone" w:colFirst="8" w:colLast="8"/>
            <w:permStart w:id="1685856273" w:edGrp="everyone" w:colFirst="9" w:colLast="9"/>
            <w:permEnd w:id="600463112"/>
            <w:permEnd w:id="1713317325"/>
            <w:permEnd w:id="897153550"/>
            <w:permEnd w:id="900471864"/>
            <w:permEnd w:id="841105746"/>
            <w:r w:rsidRPr="00161078">
              <w:rPr>
                <w:sz w:val="16"/>
                <w:lang w:val="pl-PL"/>
              </w:rPr>
              <w:t>27</w:t>
            </w:r>
          </w:p>
        </w:tc>
        <w:tc>
          <w:tcPr>
            <w:tcW w:w="4450" w:type="dxa"/>
            <w:vAlign w:val="center"/>
          </w:tcPr>
          <w:p w14:paraId="2D7C04F0" w14:textId="77777777" w:rsidR="001512C8" w:rsidRPr="00801A1C" w:rsidRDefault="00443F1E">
            <w:pPr>
              <w:spacing w:before="20" w:after="20"/>
              <w:jc w:val="left"/>
            </w:pPr>
            <w:r w:rsidRPr="00801A1C">
              <w:rPr>
                <w:sz w:val="16"/>
              </w:rPr>
              <w:t>CD86 (B7-2)-APC-Alexa Fluor 750, 0.5ML ASR</w:t>
            </w:r>
          </w:p>
        </w:tc>
        <w:tc>
          <w:tcPr>
            <w:tcW w:w="1720" w:type="dxa"/>
            <w:vAlign w:val="center"/>
          </w:tcPr>
          <w:p w14:paraId="09D648A0" w14:textId="77777777" w:rsidR="001512C8" w:rsidRPr="00161078" w:rsidRDefault="00443F1E">
            <w:pPr>
              <w:spacing w:before="20" w:after="20"/>
              <w:jc w:val="center"/>
              <w:rPr>
                <w:lang w:val="pl-PL"/>
              </w:rPr>
            </w:pPr>
            <w:r w:rsidRPr="00161078">
              <w:rPr>
                <w:sz w:val="16"/>
                <w:lang w:val="pl-PL"/>
              </w:rPr>
              <w:t>0,5ml</w:t>
            </w:r>
          </w:p>
        </w:tc>
        <w:tc>
          <w:tcPr>
            <w:tcW w:w="640" w:type="dxa"/>
            <w:vAlign w:val="center"/>
          </w:tcPr>
          <w:p w14:paraId="7CACE901"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1073C520" w14:textId="77777777" w:rsidR="001512C8" w:rsidRPr="00161078" w:rsidRDefault="00056A14">
            <w:pPr>
              <w:spacing w:before="20" w:after="20"/>
              <w:jc w:val="center"/>
              <w:rPr>
                <w:lang w:val="pl-PL"/>
              </w:rPr>
            </w:pPr>
            <w:r>
              <w:rPr>
                <w:sz w:val="16"/>
                <w:lang w:val="pl-PL"/>
              </w:rPr>
              <w:t>2</w:t>
            </w:r>
          </w:p>
        </w:tc>
        <w:tc>
          <w:tcPr>
            <w:tcW w:w="1250" w:type="dxa"/>
            <w:vAlign w:val="center"/>
          </w:tcPr>
          <w:p w14:paraId="445E168B" w14:textId="77777777" w:rsidR="001512C8" w:rsidRPr="00161078" w:rsidRDefault="001512C8">
            <w:pPr>
              <w:spacing w:before="20" w:after="20"/>
              <w:jc w:val="center"/>
              <w:rPr>
                <w:lang w:val="pl-PL"/>
              </w:rPr>
            </w:pPr>
          </w:p>
        </w:tc>
        <w:tc>
          <w:tcPr>
            <w:tcW w:w="620" w:type="dxa"/>
            <w:vAlign w:val="center"/>
          </w:tcPr>
          <w:p w14:paraId="6893BBFE" w14:textId="77777777" w:rsidR="001512C8" w:rsidRPr="00161078" w:rsidRDefault="001512C8">
            <w:pPr>
              <w:spacing w:before="20" w:after="20"/>
              <w:jc w:val="center"/>
              <w:rPr>
                <w:lang w:val="pl-PL"/>
              </w:rPr>
            </w:pPr>
          </w:p>
        </w:tc>
        <w:tc>
          <w:tcPr>
            <w:tcW w:w="1250" w:type="dxa"/>
            <w:vAlign w:val="center"/>
          </w:tcPr>
          <w:p w14:paraId="069FF5E4" w14:textId="77777777" w:rsidR="001512C8" w:rsidRPr="00161078" w:rsidRDefault="001512C8">
            <w:pPr>
              <w:spacing w:before="20" w:after="20"/>
              <w:jc w:val="center"/>
              <w:rPr>
                <w:lang w:val="pl-PL"/>
              </w:rPr>
            </w:pPr>
          </w:p>
        </w:tc>
        <w:tc>
          <w:tcPr>
            <w:tcW w:w="1350" w:type="dxa"/>
            <w:vAlign w:val="center"/>
          </w:tcPr>
          <w:p w14:paraId="41A8CD8C" w14:textId="77777777" w:rsidR="001512C8" w:rsidRPr="00161078" w:rsidRDefault="001512C8">
            <w:pPr>
              <w:spacing w:before="20" w:after="20"/>
              <w:jc w:val="center"/>
              <w:rPr>
                <w:lang w:val="pl-PL"/>
              </w:rPr>
            </w:pPr>
          </w:p>
        </w:tc>
        <w:tc>
          <w:tcPr>
            <w:tcW w:w="1350" w:type="dxa"/>
            <w:vAlign w:val="center"/>
          </w:tcPr>
          <w:p w14:paraId="03E243A9" w14:textId="77777777" w:rsidR="001512C8" w:rsidRPr="00161078" w:rsidRDefault="001512C8">
            <w:pPr>
              <w:spacing w:before="20" w:after="20"/>
              <w:jc w:val="center"/>
              <w:rPr>
                <w:lang w:val="pl-PL"/>
              </w:rPr>
            </w:pPr>
          </w:p>
        </w:tc>
      </w:tr>
      <w:tr w:rsidR="001512C8" w:rsidRPr="00161078" w14:paraId="1909F83B" w14:textId="77777777" w:rsidTr="00795294">
        <w:trPr>
          <w:jc w:val="center"/>
        </w:trPr>
        <w:tc>
          <w:tcPr>
            <w:tcW w:w="420" w:type="dxa"/>
            <w:vAlign w:val="center"/>
          </w:tcPr>
          <w:p w14:paraId="34924812" w14:textId="77777777" w:rsidR="001512C8" w:rsidRPr="00161078" w:rsidRDefault="00443F1E">
            <w:pPr>
              <w:spacing w:before="20" w:after="20"/>
              <w:jc w:val="center"/>
              <w:rPr>
                <w:lang w:val="pl-PL"/>
              </w:rPr>
            </w:pPr>
            <w:permStart w:id="319894584" w:edGrp="everyone" w:colFirst="5" w:colLast="5"/>
            <w:permStart w:id="1905735362" w:edGrp="everyone" w:colFirst="6" w:colLast="6"/>
            <w:permStart w:id="1609174986" w:edGrp="everyone" w:colFirst="7" w:colLast="7"/>
            <w:permStart w:id="147541103" w:edGrp="everyone" w:colFirst="8" w:colLast="8"/>
            <w:permStart w:id="1454076770" w:edGrp="everyone" w:colFirst="9" w:colLast="9"/>
            <w:permEnd w:id="1967458407"/>
            <w:permEnd w:id="852505981"/>
            <w:permEnd w:id="1473514812"/>
            <w:permEnd w:id="1223367606"/>
            <w:permEnd w:id="1685856273"/>
            <w:r w:rsidRPr="00161078">
              <w:rPr>
                <w:sz w:val="16"/>
                <w:lang w:val="pl-PL"/>
              </w:rPr>
              <w:t>28</w:t>
            </w:r>
          </w:p>
        </w:tc>
        <w:tc>
          <w:tcPr>
            <w:tcW w:w="4450" w:type="dxa"/>
            <w:vAlign w:val="center"/>
          </w:tcPr>
          <w:p w14:paraId="6AE39CEC" w14:textId="77777777" w:rsidR="001512C8" w:rsidRPr="00161078" w:rsidRDefault="00443F1E">
            <w:pPr>
              <w:spacing w:before="20" w:after="20"/>
              <w:jc w:val="left"/>
              <w:rPr>
                <w:lang w:val="pl-PL"/>
              </w:rPr>
            </w:pPr>
            <w:r w:rsidRPr="00161078">
              <w:rPr>
                <w:sz w:val="16"/>
                <w:lang w:val="pl-PL"/>
              </w:rPr>
              <w:t>CD64-PC7, 0.5ML ASR</w:t>
            </w:r>
          </w:p>
        </w:tc>
        <w:tc>
          <w:tcPr>
            <w:tcW w:w="1720" w:type="dxa"/>
            <w:vAlign w:val="center"/>
          </w:tcPr>
          <w:p w14:paraId="39080764" w14:textId="77777777" w:rsidR="001512C8" w:rsidRPr="00161078" w:rsidRDefault="00443F1E">
            <w:pPr>
              <w:spacing w:before="20" w:after="20"/>
              <w:jc w:val="center"/>
              <w:rPr>
                <w:lang w:val="pl-PL"/>
              </w:rPr>
            </w:pPr>
            <w:r w:rsidRPr="00161078">
              <w:rPr>
                <w:sz w:val="16"/>
                <w:lang w:val="pl-PL"/>
              </w:rPr>
              <w:t>0,5ml</w:t>
            </w:r>
          </w:p>
        </w:tc>
        <w:tc>
          <w:tcPr>
            <w:tcW w:w="640" w:type="dxa"/>
            <w:vAlign w:val="center"/>
          </w:tcPr>
          <w:p w14:paraId="04105256"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013359E7" w14:textId="77777777" w:rsidR="001512C8" w:rsidRPr="00161078" w:rsidRDefault="00056A14">
            <w:pPr>
              <w:spacing w:before="20" w:after="20"/>
              <w:jc w:val="center"/>
              <w:rPr>
                <w:lang w:val="pl-PL"/>
              </w:rPr>
            </w:pPr>
            <w:r>
              <w:rPr>
                <w:sz w:val="16"/>
                <w:lang w:val="pl-PL"/>
              </w:rPr>
              <w:t>2</w:t>
            </w:r>
          </w:p>
        </w:tc>
        <w:tc>
          <w:tcPr>
            <w:tcW w:w="1250" w:type="dxa"/>
            <w:vAlign w:val="center"/>
          </w:tcPr>
          <w:p w14:paraId="2A0CB049" w14:textId="77777777" w:rsidR="001512C8" w:rsidRPr="00161078" w:rsidRDefault="001512C8">
            <w:pPr>
              <w:spacing w:before="20" w:after="20"/>
              <w:jc w:val="center"/>
              <w:rPr>
                <w:lang w:val="pl-PL"/>
              </w:rPr>
            </w:pPr>
          </w:p>
        </w:tc>
        <w:tc>
          <w:tcPr>
            <w:tcW w:w="620" w:type="dxa"/>
            <w:vAlign w:val="center"/>
          </w:tcPr>
          <w:p w14:paraId="43D3B14B" w14:textId="77777777" w:rsidR="001512C8" w:rsidRPr="00161078" w:rsidRDefault="001512C8">
            <w:pPr>
              <w:spacing w:before="20" w:after="20"/>
              <w:jc w:val="center"/>
              <w:rPr>
                <w:lang w:val="pl-PL"/>
              </w:rPr>
            </w:pPr>
          </w:p>
        </w:tc>
        <w:tc>
          <w:tcPr>
            <w:tcW w:w="1250" w:type="dxa"/>
            <w:vAlign w:val="center"/>
          </w:tcPr>
          <w:p w14:paraId="2B45683F" w14:textId="77777777" w:rsidR="001512C8" w:rsidRPr="00161078" w:rsidRDefault="001512C8">
            <w:pPr>
              <w:spacing w:before="20" w:after="20"/>
              <w:jc w:val="center"/>
              <w:rPr>
                <w:lang w:val="pl-PL"/>
              </w:rPr>
            </w:pPr>
          </w:p>
        </w:tc>
        <w:tc>
          <w:tcPr>
            <w:tcW w:w="1350" w:type="dxa"/>
            <w:vAlign w:val="center"/>
          </w:tcPr>
          <w:p w14:paraId="20BCFA87" w14:textId="77777777" w:rsidR="001512C8" w:rsidRPr="00161078" w:rsidRDefault="001512C8">
            <w:pPr>
              <w:spacing w:before="20" w:after="20"/>
              <w:jc w:val="center"/>
              <w:rPr>
                <w:lang w:val="pl-PL"/>
              </w:rPr>
            </w:pPr>
          </w:p>
        </w:tc>
        <w:tc>
          <w:tcPr>
            <w:tcW w:w="1350" w:type="dxa"/>
            <w:vAlign w:val="center"/>
          </w:tcPr>
          <w:p w14:paraId="0CE3C505" w14:textId="77777777" w:rsidR="001512C8" w:rsidRPr="00161078" w:rsidRDefault="001512C8">
            <w:pPr>
              <w:spacing w:before="20" w:after="20"/>
              <w:jc w:val="center"/>
              <w:rPr>
                <w:lang w:val="pl-PL"/>
              </w:rPr>
            </w:pPr>
          </w:p>
        </w:tc>
      </w:tr>
      <w:tr w:rsidR="001512C8" w:rsidRPr="00161078" w14:paraId="0F54C2E5" w14:textId="77777777" w:rsidTr="00795294">
        <w:trPr>
          <w:jc w:val="center"/>
        </w:trPr>
        <w:tc>
          <w:tcPr>
            <w:tcW w:w="420" w:type="dxa"/>
            <w:vAlign w:val="center"/>
          </w:tcPr>
          <w:p w14:paraId="2E84B7BE" w14:textId="77777777" w:rsidR="001512C8" w:rsidRPr="00161078" w:rsidRDefault="00443F1E">
            <w:pPr>
              <w:spacing w:before="20" w:after="20"/>
              <w:jc w:val="center"/>
              <w:rPr>
                <w:lang w:val="pl-PL"/>
              </w:rPr>
            </w:pPr>
            <w:permStart w:id="1250107902" w:edGrp="everyone" w:colFirst="5" w:colLast="5"/>
            <w:permStart w:id="1350910481" w:edGrp="everyone" w:colFirst="6" w:colLast="6"/>
            <w:permStart w:id="918369174" w:edGrp="everyone" w:colFirst="7" w:colLast="7"/>
            <w:permStart w:id="1113858291" w:edGrp="everyone" w:colFirst="8" w:colLast="8"/>
            <w:permStart w:id="815018184" w:edGrp="everyone" w:colFirst="9" w:colLast="9"/>
            <w:permEnd w:id="319894584"/>
            <w:permEnd w:id="1905735362"/>
            <w:permEnd w:id="1609174986"/>
            <w:permEnd w:id="147541103"/>
            <w:permEnd w:id="1454076770"/>
            <w:r w:rsidRPr="00161078">
              <w:rPr>
                <w:sz w:val="16"/>
                <w:lang w:val="pl-PL"/>
              </w:rPr>
              <w:t>29</w:t>
            </w:r>
          </w:p>
        </w:tc>
        <w:tc>
          <w:tcPr>
            <w:tcW w:w="4450" w:type="dxa"/>
            <w:vAlign w:val="center"/>
          </w:tcPr>
          <w:p w14:paraId="3489B25D" w14:textId="77777777" w:rsidR="001512C8" w:rsidRPr="00161078" w:rsidRDefault="00443F1E">
            <w:pPr>
              <w:spacing w:before="20" w:after="20"/>
              <w:jc w:val="left"/>
              <w:rPr>
                <w:lang w:val="pl-PL"/>
              </w:rPr>
            </w:pPr>
            <w:r w:rsidRPr="00161078">
              <w:rPr>
                <w:sz w:val="16"/>
                <w:lang w:val="pl-PL"/>
              </w:rPr>
              <w:t>CD279 (PD-1)-PC7, 0.5ML ASR</w:t>
            </w:r>
          </w:p>
        </w:tc>
        <w:tc>
          <w:tcPr>
            <w:tcW w:w="1720" w:type="dxa"/>
            <w:vAlign w:val="center"/>
          </w:tcPr>
          <w:p w14:paraId="218C786C" w14:textId="77777777" w:rsidR="001512C8" w:rsidRPr="00161078" w:rsidRDefault="00443F1E">
            <w:pPr>
              <w:spacing w:before="20" w:after="20"/>
              <w:jc w:val="center"/>
              <w:rPr>
                <w:lang w:val="pl-PL"/>
              </w:rPr>
            </w:pPr>
            <w:r w:rsidRPr="00161078">
              <w:rPr>
                <w:sz w:val="16"/>
                <w:lang w:val="pl-PL"/>
              </w:rPr>
              <w:t>0,5ml</w:t>
            </w:r>
          </w:p>
        </w:tc>
        <w:tc>
          <w:tcPr>
            <w:tcW w:w="640" w:type="dxa"/>
            <w:vAlign w:val="center"/>
          </w:tcPr>
          <w:p w14:paraId="24F48A86"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5472EE80" w14:textId="77777777" w:rsidR="001512C8" w:rsidRPr="00161078" w:rsidRDefault="00056A14">
            <w:pPr>
              <w:spacing w:before="20" w:after="20"/>
              <w:jc w:val="center"/>
              <w:rPr>
                <w:lang w:val="pl-PL"/>
              </w:rPr>
            </w:pPr>
            <w:r>
              <w:rPr>
                <w:sz w:val="16"/>
                <w:lang w:val="pl-PL"/>
              </w:rPr>
              <w:t>5</w:t>
            </w:r>
          </w:p>
        </w:tc>
        <w:tc>
          <w:tcPr>
            <w:tcW w:w="1250" w:type="dxa"/>
            <w:vAlign w:val="center"/>
          </w:tcPr>
          <w:p w14:paraId="58348AB3" w14:textId="77777777" w:rsidR="001512C8" w:rsidRPr="00161078" w:rsidRDefault="001512C8">
            <w:pPr>
              <w:spacing w:before="20" w:after="20"/>
              <w:jc w:val="center"/>
              <w:rPr>
                <w:lang w:val="pl-PL"/>
              </w:rPr>
            </w:pPr>
          </w:p>
        </w:tc>
        <w:tc>
          <w:tcPr>
            <w:tcW w:w="620" w:type="dxa"/>
            <w:vAlign w:val="center"/>
          </w:tcPr>
          <w:p w14:paraId="72B9EBF0" w14:textId="77777777" w:rsidR="001512C8" w:rsidRPr="00161078" w:rsidRDefault="001512C8">
            <w:pPr>
              <w:spacing w:before="20" w:after="20"/>
              <w:jc w:val="center"/>
              <w:rPr>
                <w:lang w:val="pl-PL"/>
              </w:rPr>
            </w:pPr>
          </w:p>
        </w:tc>
        <w:tc>
          <w:tcPr>
            <w:tcW w:w="1250" w:type="dxa"/>
            <w:vAlign w:val="center"/>
          </w:tcPr>
          <w:p w14:paraId="619D3A24" w14:textId="77777777" w:rsidR="001512C8" w:rsidRPr="00161078" w:rsidRDefault="001512C8">
            <w:pPr>
              <w:spacing w:before="20" w:after="20"/>
              <w:jc w:val="center"/>
              <w:rPr>
                <w:lang w:val="pl-PL"/>
              </w:rPr>
            </w:pPr>
          </w:p>
        </w:tc>
        <w:tc>
          <w:tcPr>
            <w:tcW w:w="1350" w:type="dxa"/>
            <w:vAlign w:val="center"/>
          </w:tcPr>
          <w:p w14:paraId="67CC5CE7" w14:textId="77777777" w:rsidR="001512C8" w:rsidRPr="00161078" w:rsidRDefault="001512C8">
            <w:pPr>
              <w:spacing w:before="20" w:after="20"/>
              <w:jc w:val="center"/>
              <w:rPr>
                <w:lang w:val="pl-PL"/>
              </w:rPr>
            </w:pPr>
          </w:p>
        </w:tc>
        <w:tc>
          <w:tcPr>
            <w:tcW w:w="1350" w:type="dxa"/>
            <w:vAlign w:val="center"/>
          </w:tcPr>
          <w:p w14:paraId="2615045A" w14:textId="77777777" w:rsidR="001512C8" w:rsidRPr="00161078" w:rsidRDefault="001512C8">
            <w:pPr>
              <w:spacing w:before="20" w:after="20"/>
              <w:jc w:val="center"/>
              <w:rPr>
                <w:lang w:val="pl-PL"/>
              </w:rPr>
            </w:pPr>
          </w:p>
        </w:tc>
      </w:tr>
      <w:tr w:rsidR="001512C8" w:rsidRPr="00161078" w14:paraId="1C9D063E" w14:textId="77777777" w:rsidTr="00795294">
        <w:trPr>
          <w:jc w:val="center"/>
        </w:trPr>
        <w:tc>
          <w:tcPr>
            <w:tcW w:w="420" w:type="dxa"/>
            <w:vAlign w:val="center"/>
          </w:tcPr>
          <w:p w14:paraId="41C588A2" w14:textId="77777777" w:rsidR="001512C8" w:rsidRPr="00161078" w:rsidRDefault="00443F1E">
            <w:pPr>
              <w:spacing w:before="20" w:after="20"/>
              <w:jc w:val="center"/>
              <w:rPr>
                <w:lang w:val="pl-PL"/>
              </w:rPr>
            </w:pPr>
            <w:permStart w:id="388585518" w:edGrp="everyone" w:colFirst="5" w:colLast="5"/>
            <w:permStart w:id="1003039637" w:edGrp="everyone" w:colFirst="6" w:colLast="6"/>
            <w:permStart w:id="523910668" w:edGrp="everyone" w:colFirst="7" w:colLast="7"/>
            <w:permStart w:id="1407066963" w:edGrp="everyone" w:colFirst="8" w:colLast="8"/>
            <w:permStart w:id="1186217752" w:edGrp="everyone" w:colFirst="9" w:colLast="9"/>
            <w:permEnd w:id="1250107902"/>
            <w:permEnd w:id="1350910481"/>
            <w:permEnd w:id="918369174"/>
            <w:permEnd w:id="1113858291"/>
            <w:permEnd w:id="815018184"/>
            <w:r w:rsidRPr="00161078">
              <w:rPr>
                <w:sz w:val="16"/>
                <w:lang w:val="pl-PL"/>
              </w:rPr>
              <w:t>30</w:t>
            </w:r>
          </w:p>
        </w:tc>
        <w:tc>
          <w:tcPr>
            <w:tcW w:w="4450" w:type="dxa"/>
            <w:vAlign w:val="center"/>
          </w:tcPr>
          <w:p w14:paraId="52178698" w14:textId="77777777" w:rsidR="001512C8" w:rsidRPr="00161078" w:rsidRDefault="00443F1E">
            <w:pPr>
              <w:spacing w:before="20" w:after="20"/>
              <w:jc w:val="left"/>
              <w:rPr>
                <w:lang w:val="pl-PL"/>
              </w:rPr>
            </w:pPr>
            <w:r w:rsidRPr="00161078">
              <w:rPr>
                <w:sz w:val="16"/>
                <w:lang w:val="pl-PL"/>
              </w:rPr>
              <w:t>CD3-ECD 100t CE</w:t>
            </w:r>
          </w:p>
        </w:tc>
        <w:tc>
          <w:tcPr>
            <w:tcW w:w="1720" w:type="dxa"/>
            <w:vAlign w:val="center"/>
          </w:tcPr>
          <w:p w14:paraId="6B934397" w14:textId="77777777" w:rsidR="001512C8" w:rsidRPr="00161078" w:rsidRDefault="00443F1E">
            <w:pPr>
              <w:spacing w:before="20" w:after="20"/>
              <w:jc w:val="center"/>
              <w:rPr>
                <w:lang w:val="pl-PL"/>
              </w:rPr>
            </w:pPr>
            <w:r w:rsidRPr="00161078">
              <w:rPr>
                <w:sz w:val="16"/>
                <w:lang w:val="pl-PL"/>
              </w:rPr>
              <w:t xml:space="preserve">100 </w:t>
            </w:r>
            <w:proofErr w:type="spellStart"/>
            <w:r w:rsidRPr="00161078">
              <w:rPr>
                <w:sz w:val="16"/>
                <w:lang w:val="pl-PL"/>
              </w:rPr>
              <w:t>tests</w:t>
            </w:r>
            <w:proofErr w:type="spellEnd"/>
          </w:p>
        </w:tc>
        <w:tc>
          <w:tcPr>
            <w:tcW w:w="640" w:type="dxa"/>
            <w:vAlign w:val="center"/>
          </w:tcPr>
          <w:p w14:paraId="0B94F7E9"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6CF76974" w14:textId="77777777" w:rsidR="001512C8" w:rsidRPr="00161078" w:rsidRDefault="00056A14">
            <w:pPr>
              <w:spacing w:before="20" w:after="20"/>
              <w:jc w:val="center"/>
              <w:rPr>
                <w:lang w:val="pl-PL"/>
              </w:rPr>
            </w:pPr>
            <w:r>
              <w:rPr>
                <w:sz w:val="16"/>
                <w:lang w:val="pl-PL"/>
              </w:rPr>
              <w:t>3</w:t>
            </w:r>
          </w:p>
        </w:tc>
        <w:tc>
          <w:tcPr>
            <w:tcW w:w="1250" w:type="dxa"/>
            <w:vAlign w:val="center"/>
          </w:tcPr>
          <w:p w14:paraId="6A956FBD" w14:textId="77777777" w:rsidR="001512C8" w:rsidRPr="00161078" w:rsidRDefault="001512C8">
            <w:pPr>
              <w:spacing w:before="20" w:after="20"/>
              <w:jc w:val="center"/>
              <w:rPr>
                <w:lang w:val="pl-PL"/>
              </w:rPr>
            </w:pPr>
          </w:p>
        </w:tc>
        <w:tc>
          <w:tcPr>
            <w:tcW w:w="620" w:type="dxa"/>
            <w:vAlign w:val="center"/>
          </w:tcPr>
          <w:p w14:paraId="01EC9562" w14:textId="77777777" w:rsidR="001512C8" w:rsidRPr="00161078" w:rsidRDefault="001512C8">
            <w:pPr>
              <w:spacing w:before="20" w:after="20"/>
              <w:jc w:val="center"/>
              <w:rPr>
                <w:lang w:val="pl-PL"/>
              </w:rPr>
            </w:pPr>
          </w:p>
        </w:tc>
        <w:tc>
          <w:tcPr>
            <w:tcW w:w="1250" w:type="dxa"/>
            <w:vAlign w:val="center"/>
          </w:tcPr>
          <w:p w14:paraId="6C2B7D68" w14:textId="77777777" w:rsidR="001512C8" w:rsidRPr="00161078" w:rsidRDefault="001512C8">
            <w:pPr>
              <w:spacing w:before="20" w:after="20"/>
              <w:jc w:val="center"/>
              <w:rPr>
                <w:lang w:val="pl-PL"/>
              </w:rPr>
            </w:pPr>
          </w:p>
        </w:tc>
        <w:tc>
          <w:tcPr>
            <w:tcW w:w="1350" w:type="dxa"/>
            <w:vAlign w:val="center"/>
          </w:tcPr>
          <w:p w14:paraId="5B76F073" w14:textId="77777777" w:rsidR="001512C8" w:rsidRPr="00161078" w:rsidRDefault="001512C8">
            <w:pPr>
              <w:spacing w:before="20" w:after="20"/>
              <w:jc w:val="center"/>
              <w:rPr>
                <w:lang w:val="pl-PL"/>
              </w:rPr>
            </w:pPr>
          </w:p>
        </w:tc>
        <w:tc>
          <w:tcPr>
            <w:tcW w:w="1350" w:type="dxa"/>
            <w:vAlign w:val="center"/>
          </w:tcPr>
          <w:p w14:paraId="7CF34B4F" w14:textId="77777777" w:rsidR="001512C8" w:rsidRPr="00161078" w:rsidRDefault="001512C8">
            <w:pPr>
              <w:spacing w:before="20" w:after="20"/>
              <w:jc w:val="center"/>
              <w:rPr>
                <w:lang w:val="pl-PL"/>
              </w:rPr>
            </w:pPr>
          </w:p>
        </w:tc>
      </w:tr>
      <w:tr w:rsidR="001512C8" w:rsidRPr="00161078" w14:paraId="3B91C171" w14:textId="77777777" w:rsidTr="00795294">
        <w:trPr>
          <w:jc w:val="center"/>
        </w:trPr>
        <w:tc>
          <w:tcPr>
            <w:tcW w:w="420" w:type="dxa"/>
            <w:vAlign w:val="center"/>
          </w:tcPr>
          <w:p w14:paraId="4F054BC5" w14:textId="77777777" w:rsidR="001512C8" w:rsidRPr="00161078" w:rsidRDefault="00443F1E">
            <w:pPr>
              <w:spacing w:before="20" w:after="20"/>
              <w:jc w:val="center"/>
              <w:rPr>
                <w:lang w:val="pl-PL"/>
              </w:rPr>
            </w:pPr>
            <w:permStart w:id="279723118" w:edGrp="everyone" w:colFirst="5" w:colLast="5"/>
            <w:permStart w:id="579483545" w:edGrp="everyone" w:colFirst="6" w:colLast="6"/>
            <w:permStart w:id="1519800901" w:edGrp="everyone" w:colFirst="7" w:colLast="7"/>
            <w:permStart w:id="284951732" w:edGrp="everyone" w:colFirst="8" w:colLast="8"/>
            <w:permStart w:id="1309688948" w:edGrp="everyone" w:colFirst="9" w:colLast="9"/>
            <w:permEnd w:id="388585518"/>
            <w:permEnd w:id="1003039637"/>
            <w:permEnd w:id="523910668"/>
            <w:permEnd w:id="1407066963"/>
            <w:permEnd w:id="1186217752"/>
            <w:r w:rsidRPr="00161078">
              <w:rPr>
                <w:sz w:val="16"/>
                <w:lang w:val="pl-PL"/>
              </w:rPr>
              <w:t>31</w:t>
            </w:r>
          </w:p>
        </w:tc>
        <w:tc>
          <w:tcPr>
            <w:tcW w:w="4450" w:type="dxa"/>
            <w:vAlign w:val="center"/>
          </w:tcPr>
          <w:p w14:paraId="193896D7" w14:textId="77777777" w:rsidR="001512C8" w:rsidRPr="00801A1C" w:rsidRDefault="00443F1E">
            <w:pPr>
              <w:spacing w:before="20" w:after="20"/>
              <w:jc w:val="left"/>
            </w:pPr>
            <w:r w:rsidRPr="00801A1C">
              <w:rPr>
                <w:sz w:val="16"/>
              </w:rPr>
              <w:t>CD366 (TIM-3)-SNv428, 50t RUO</w:t>
            </w:r>
          </w:p>
        </w:tc>
        <w:tc>
          <w:tcPr>
            <w:tcW w:w="1720" w:type="dxa"/>
            <w:vAlign w:val="center"/>
          </w:tcPr>
          <w:p w14:paraId="2AFF7A84" w14:textId="77777777" w:rsidR="001512C8" w:rsidRPr="00161078" w:rsidRDefault="00443F1E">
            <w:pPr>
              <w:spacing w:before="20" w:after="20"/>
              <w:jc w:val="center"/>
              <w:rPr>
                <w:lang w:val="pl-PL"/>
              </w:rPr>
            </w:pPr>
            <w:r w:rsidRPr="00161078">
              <w:rPr>
                <w:sz w:val="16"/>
                <w:lang w:val="pl-PL"/>
              </w:rPr>
              <w:t xml:space="preserve">50 </w:t>
            </w:r>
            <w:proofErr w:type="spellStart"/>
            <w:r w:rsidRPr="00161078">
              <w:rPr>
                <w:sz w:val="16"/>
                <w:lang w:val="pl-PL"/>
              </w:rPr>
              <w:t>tests</w:t>
            </w:r>
            <w:proofErr w:type="spellEnd"/>
          </w:p>
        </w:tc>
        <w:tc>
          <w:tcPr>
            <w:tcW w:w="640" w:type="dxa"/>
            <w:vAlign w:val="center"/>
          </w:tcPr>
          <w:p w14:paraId="260BED93"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32A5EF27" w14:textId="77777777" w:rsidR="001512C8" w:rsidRPr="00161078" w:rsidRDefault="00056A14">
            <w:pPr>
              <w:spacing w:before="20" w:after="20"/>
              <w:jc w:val="center"/>
              <w:rPr>
                <w:lang w:val="pl-PL"/>
              </w:rPr>
            </w:pPr>
            <w:r>
              <w:rPr>
                <w:sz w:val="16"/>
                <w:lang w:val="pl-PL"/>
              </w:rPr>
              <w:t>6</w:t>
            </w:r>
          </w:p>
        </w:tc>
        <w:tc>
          <w:tcPr>
            <w:tcW w:w="1250" w:type="dxa"/>
            <w:vAlign w:val="center"/>
          </w:tcPr>
          <w:p w14:paraId="22D48156" w14:textId="77777777" w:rsidR="001512C8" w:rsidRPr="00161078" w:rsidRDefault="001512C8">
            <w:pPr>
              <w:spacing w:before="20" w:after="20"/>
              <w:jc w:val="center"/>
              <w:rPr>
                <w:lang w:val="pl-PL"/>
              </w:rPr>
            </w:pPr>
          </w:p>
        </w:tc>
        <w:tc>
          <w:tcPr>
            <w:tcW w:w="620" w:type="dxa"/>
            <w:vAlign w:val="center"/>
          </w:tcPr>
          <w:p w14:paraId="4D7295BC" w14:textId="77777777" w:rsidR="001512C8" w:rsidRPr="00161078" w:rsidRDefault="001512C8">
            <w:pPr>
              <w:spacing w:before="20" w:after="20"/>
              <w:jc w:val="center"/>
              <w:rPr>
                <w:lang w:val="pl-PL"/>
              </w:rPr>
            </w:pPr>
          </w:p>
        </w:tc>
        <w:tc>
          <w:tcPr>
            <w:tcW w:w="1250" w:type="dxa"/>
            <w:vAlign w:val="center"/>
          </w:tcPr>
          <w:p w14:paraId="3FE730CD" w14:textId="77777777" w:rsidR="001512C8" w:rsidRPr="00161078" w:rsidRDefault="001512C8">
            <w:pPr>
              <w:spacing w:before="20" w:after="20"/>
              <w:jc w:val="center"/>
              <w:rPr>
                <w:lang w:val="pl-PL"/>
              </w:rPr>
            </w:pPr>
          </w:p>
        </w:tc>
        <w:tc>
          <w:tcPr>
            <w:tcW w:w="1350" w:type="dxa"/>
            <w:vAlign w:val="center"/>
          </w:tcPr>
          <w:p w14:paraId="23480AB5" w14:textId="77777777" w:rsidR="001512C8" w:rsidRPr="00161078" w:rsidRDefault="001512C8">
            <w:pPr>
              <w:spacing w:before="20" w:after="20"/>
              <w:jc w:val="center"/>
              <w:rPr>
                <w:lang w:val="pl-PL"/>
              </w:rPr>
            </w:pPr>
          </w:p>
        </w:tc>
        <w:tc>
          <w:tcPr>
            <w:tcW w:w="1350" w:type="dxa"/>
            <w:vAlign w:val="center"/>
          </w:tcPr>
          <w:p w14:paraId="1DCF7A41" w14:textId="77777777" w:rsidR="001512C8" w:rsidRPr="00161078" w:rsidRDefault="001512C8">
            <w:pPr>
              <w:spacing w:before="20" w:after="20"/>
              <w:jc w:val="center"/>
              <w:rPr>
                <w:lang w:val="pl-PL"/>
              </w:rPr>
            </w:pPr>
          </w:p>
        </w:tc>
      </w:tr>
      <w:tr w:rsidR="001512C8" w:rsidRPr="00161078" w14:paraId="578A3AA5" w14:textId="77777777" w:rsidTr="00795294">
        <w:trPr>
          <w:jc w:val="center"/>
        </w:trPr>
        <w:tc>
          <w:tcPr>
            <w:tcW w:w="420" w:type="dxa"/>
            <w:vAlign w:val="center"/>
          </w:tcPr>
          <w:p w14:paraId="61B6DDDF" w14:textId="77777777" w:rsidR="001512C8" w:rsidRPr="00161078" w:rsidRDefault="00443F1E">
            <w:pPr>
              <w:spacing w:before="20" w:after="20"/>
              <w:jc w:val="center"/>
              <w:rPr>
                <w:lang w:val="pl-PL"/>
              </w:rPr>
            </w:pPr>
            <w:permStart w:id="612895594" w:edGrp="everyone" w:colFirst="5" w:colLast="5"/>
            <w:permStart w:id="1432038708" w:edGrp="everyone" w:colFirst="6" w:colLast="6"/>
            <w:permStart w:id="218061012" w:edGrp="everyone" w:colFirst="7" w:colLast="7"/>
            <w:permStart w:id="2037527651" w:edGrp="everyone" w:colFirst="8" w:colLast="8"/>
            <w:permStart w:id="1359375879" w:edGrp="everyone" w:colFirst="9" w:colLast="9"/>
            <w:permEnd w:id="279723118"/>
            <w:permEnd w:id="579483545"/>
            <w:permEnd w:id="1519800901"/>
            <w:permEnd w:id="284951732"/>
            <w:permEnd w:id="1309688948"/>
            <w:r w:rsidRPr="00161078">
              <w:rPr>
                <w:sz w:val="16"/>
                <w:lang w:val="pl-PL"/>
              </w:rPr>
              <w:t>32</w:t>
            </w:r>
          </w:p>
        </w:tc>
        <w:tc>
          <w:tcPr>
            <w:tcW w:w="4450" w:type="dxa"/>
            <w:vAlign w:val="center"/>
          </w:tcPr>
          <w:p w14:paraId="3F6A9B57" w14:textId="77777777" w:rsidR="001512C8" w:rsidRPr="00161078" w:rsidRDefault="00443F1E">
            <w:pPr>
              <w:spacing w:before="20" w:after="20"/>
              <w:jc w:val="left"/>
              <w:rPr>
                <w:lang w:val="pl-PL"/>
              </w:rPr>
            </w:pPr>
            <w:r w:rsidRPr="00161078">
              <w:rPr>
                <w:sz w:val="16"/>
                <w:lang w:val="pl-PL"/>
              </w:rPr>
              <w:t>CD45RA-RPE, 2ML, ASR</w:t>
            </w:r>
          </w:p>
        </w:tc>
        <w:tc>
          <w:tcPr>
            <w:tcW w:w="1720" w:type="dxa"/>
            <w:vAlign w:val="center"/>
          </w:tcPr>
          <w:p w14:paraId="77D61E96" w14:textId="77777777" w:rsidR="001512C8" w:rsidRPr="00161078" w:rsidRDefault="00443F1E">
            <w:pPr>
              <w:spacing w:before="20" w:after="20"/>
              <w:jc w:val="center"/>
              <w:rPr>
                <w:lang w:val="pl-PL"/>
              </w:rPr>
            </w:pPr>
            <w:r w:rsidRPr="00161078">
              <w:rPr>
                <w:sz w:val="16"/>
                <w:lang w:val="pl-PL"/>
              </w:rPr>
              <w:t>2ml</w:t>
            </w:r>
          </w:p>
        </w:tc>
        <w:tc>
          <w:tcPr>
            <w:tcW w:w="640" w:type="dxa"/>
            <w:vAlign w:val="center"/>
          </w:tcPr>
          <w:p w14:paraId="6C60535B"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466AB56E" w14:textId="77777777" w:rsidR="001512C8" w:rsidRPr="00161078" w:rsidRDefault="00056A14">
            <w:pPr>
              <w:spacing w:before="20" w:after="20"/>
              <w:jc w:val="center"/>
              <w:rPr>
                <w:lang w:val="pl-PL"/>
              </w:rPr>
            </w:pPr>
            <w:r>
              <w:rPr>
                <w:sz w:val="16"/>
                <w:lang w:val="pl-PL"/>
              </w:rPr>
              <w:t>7</w:t>
            </w:r>
          </w:p>
        </w:tc>
        <w:tc>
          <w:tcPr>
            <w:tcW w:w="1250" w:type="dxa"/>
            <w:vAlign w:val="center"/>
          </w:tcPr>
          <w:p w14:paraId="06BF220B" w14:textId="77777777" w:rsidR="001512C8" w:rsidRPr="00161078" w:rsidRDefault="001512C8">
            <w:pPr>
              <w:spacing w:before="20" w:after="20"/>
              <w:jc w:val="center"/>
              <w:rPr>
                <w:lang w:val="pl-PL"/>
              </w:rPr>
            </w:pPr>
          </w:p>
        </w:tc>
        <w:tc>
          <w:tcPr>
            <w:tcW w:w="620" w:type="dxa"/>
            <w:vAlign w:val="center"/>
          </w:tcPr>
          <w:p w14:paraId="6D89B4BE" w14:textId="77777777" w:rsidR="001512C8" w:rsidRPr="00161078" w:rsidRDefault="001512C8">
            <w:pPr>
              <w:spacing w:before="20" w:after="20"/>
              <w:jc w:val="center"/>
              <w:rPr>
                <w:lang w:val="pl-PL"/>
              </w:rPr>
            </w:pPr>
          </w:p>
        </w:tc>
        <w:tc>
          <w:tcPr>
            <w:tcW w:w="1250" w:type="dxa"/>
            <w:vAlign w:val="center"/>
          </w:tcPr>
          <w:p w14:paraId="56E7D86E" w14:textId="77777777" w:rsidR="001512C8" w:rsidRPr="00161078" w:rsidRDefault="001512C8">
            <w:pPr>
              <w:spacing w:before="20" w:after="20"/>
              <w:jc w:val="center"/>
              <w:rPr>
                <w:lang w:val="pl-PL"/>
              </w:rPr>
            </w:pPr>
          </w:p>
        </w:tc>
        <w:tc>
          <w:tcPr>
            <w:tcW w:w="1350" w:type="dxa"/>
            <w:vAlign w:val="center"/>
          </w:tcPr>
          <w:p w14:paraId="1766D419" w14:textId="77777777" w:rsidR="001512C8" w:rsidRPr="00161078" w:rsidRDefault="001512C8">
            <w:pPr>
              <w:spacing w:before="20" w:after="20"/>
              <w:jc w:val="center"/>
              <w:rPr>
                <w:lang w:val="pl-PL"/>
              </w:rPr>
            </w:pPr>
          </w:p>
        </w:tc>
        <w:tc>
          <w:tcPr>
            <w:tcW w:w="1350" w:type="dxa"/>
            <w:vAlign w:val="center"/>
          </w:tcPr>
          <w:p w14:paraId="5EE37848" w14:textId="77777777" w:rsidR="001512C8" w:rsidRPr="00161078" w:rsidRDefault="001512C8">
            <w:pPr>
              <w:spacing w:before="20" w:after="20"/>
              <w:jc w:val="center"/>
              <w:rPr>
                <w:lang w:val="pl-PL"/>
              </w:rPr>
            </w:pPr>
          </w:p>
        </w:tc>
      </w:tr>
      <w:tr w:rsidR="001512C8" w:rsidRPr="00161078" w14:paraId="27430A2A" w14:textId="77777777" w:rsidTr="00795294">
        <w:trPr>
          <w:jc w:val="center"/>
        </w:trPr>
        <w:tc>
          <w:tcPr>
            <w:tcW w:w="420" w:type="dxa"/>
            <w:vAlign w:val="center"/>
          </w:tcPr>
          <w:p w14:paraId="6CF8B9A2" w14:textId="77777777" w:rsidR="001512C8" w:rsidRPr="00161078" w:rsidRDefault="00443F1E">
            <w:pPr>
              <w:spacing w:before="20" w:after="20"/>
              <w:jc w:val="center"/>
              <w:rPr>
                <w:lang w:val="pl-PL"/>
              </w:rPr>
            </w:pPr>
            <w:permStart w:id="78779152" w:edGrp="everyone" w:colFirst="5" w:colLast="5"/>
            <w:permStart w:id="352015582" w:edGrp="everyone" w:colFirst="6" w:colLast="6"/>
            <w:permStart w:id="1622869084" w:edGrp="everyone" w:colFirst="7" w:colLast="7"/>
            <w:permStart w:id="43923325" w:edGrp="everyone" w:colFirst="8" w:colLast="8"/>
            <w:permStart w:id="1207703815" w:edGrp="everyone" w:colFirst="9" w:colLast="9"/>
            <w:permEnd w:id="612895594"/>
            <w:permEnd w:id="1432038708"/>
            <w:permEnd w:id="218061012"/>
            <w:permEnd w:id="2037527651"/>
            <w:permEnd w:id="1359375879"/>
            <w:r w:rsidRPr="00161078">
              <w:rPr>
                <w:sz w:val="16"/>
                <w:lang w:val="pl-PL"/>
              </w:rPr>
              <w:t>33</w:t>
            </w:r>
          </w:p>
        </w:tc>
        <w:tc>
          <w:tcPr>
            <w:tcW w:w="4450" w:type="dxa"/>
            <w:vAlign w:val="center"/>
          </w:tcPr>
          <w:p w14:paraId="1CF6790F" w14:textId="77777777" w:rsidR="001512C8" w:rsidRPr="00801A1C" w:rsidRDefault="00443F1E">
            <w:pPr>
              <w:spacing w:before="20" w:after="20"/>
              <w:jc w:val="left"/>
            </w:pPr>
            <w:r w:rsidRPr="00801A1C">
              <w:rPr>
                <w:sz w:val="16"/>
              </w:rPr>
              <w:t>CD69-ECD, TP1.55.3, 100 Tests, RUO</w:t>
            </w:r>
          </w:p>
        </w:tc>
        <w:tc>
          <w:tcPr>
            <w:tcW w:w="1720" w:type="dxa"/>
            <w:vAlign w:val="center"/>
          </w:tcPr>
          <w:p w14:paraId="368EFC02" w14:textId="77777777" w:rsidR="001512C8" w:rsidRPr="00161078" w:rsidRDefault="00443F1E">
            <w:pPr>
              <w:spacing w:before="20" w:after="20"/>
              <w:jc w:val="center"/>
              <w:rPr>
                <w:lang w:val="pl-PL"/>
              </w:rPr>
            </w:pPr>
            <w:r w:rsidRPr="00161078">
              <w:rPr>
                <w:sz w:val="16"/>
                <w:lang w:val="pl-PL"/>
              </w:rPr>
              <w:t xml:space="preserve">100 </w:t>
            </w:r>
            <w:proofErr w:type="spellStart"/>
            <w:r w:rsidRPr="00161078">
              <w:rPr>
                <w:sz w:val="16"/>
                <w:lang w:val="pl-PL"/>
              </w:rPr>
              <w:t>tests</w:t>
            </w:r>
            <w:proofErr w:type="spellEnd"/>
          </w:p>
        </w:tc>
        <w:tc>
          <w:tcPr>
            <w:tcW w:w="640" w:type="dxa"/>
            <w:vAlign w:val="center"/>
          </w:tcPr>
          <w:p w14:paraId="26669E1D"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49CC79A7" w14:textId="77777777" w:rsidR="001512C8" w:rsidRPr="00161078" w:rsidRDefault="00056A14">
            <w:pPr>
              <w:spacing w:before="20" w:after="20"/>
              <w:jc w:val="center"/>
              <w:rPr>
                <w:lang w:val="pl-PL"/>
              </w:rPr>
            </w:pPr>
            <w:r>
              <w:rPr>
                <w:sz w:val="16"/>
                <w:lang w:val="pl-PL"/>
              </w:rPr>
              <w:t>5</w:t>
            </w:r>
          </w:p>
        </w:tc>
        <w:tc>
          <w:tcPr>
            <w:tcW w:w="1250" w:type="dxa"/>
            <w:vAlign w:val="center"/>
          </w:tcPr>
          <w:p w14:paraId="4463E192" w14:textId="77777777" w:rsidR="001512C8" w:rsidRPr="00161078" w:rsidRDefault="001512C8">
            <w:pPr>
              <w:spacing w:before="20" w:after="20"/>
              <w:jc w:val="center"/>
              <w:rPr>
                <w:lang w:val="pl-PL"/>
              </w:rPr>
            </w:pPr>
          </w:p>
        </w:tc>
        <w:tc>
          <w:tcPr>
            <w:tcW w:w="620" w:type="dxa"/>
            <w:vAlign w:val="center"/>
          </w:tcPr>
          <w:p w14:paraId="46D17914" w14:textId="77777777" w:rsidR="001512C8" w:rsidRPr="00161078" w:rsidRDefault="001512C8">
            <w:pPr>
              <w:spacing w:before="20" w:after="20"/>
              <w:jc w:val="center"/>
              <w:rPr>
                <w:lang w:val="pl-PL"/>
              </w:rPr>
            </w:pPr>
          </w:p>
        </w:tc>
        <w:tc>
          <w:tcPr>
            <w:tcW w:w="1250" w:type="dxa"/>
            <w:vAlign w:val="center"/>
          </w:tcPr>
          <w:p w14:paraId="6D1EC257" w14:textId="77777777" w:rsidR="001512C8" w:rsidRPr="00161078" w:rsidRDefault="001512C8">
            <w:pPr>
              <w:spacing w:before="20" w:after="20"/>
              <w:jc w:val="center"/>
              <w:rPr>
                <w:lang w:val="pl-PL"/>
              </w:rPr>
            </w:pPr>
          </w:p>
        </w:tc>
        <w:tc>
          <w:tcPr>
            <w:tcW w:w="1350" w:type="dxa"/>
            <w:vAlign w:val="center"/>
          </w:tcPr>
          <w:p w14:paraId="501267C9" w14:textId="77777777" w:rsidR="001512C8" w:rsidRPr="00161078" w:rsidRDefault="001512C8">
            <w:pPr>
              <w:spacing w:before="20" w:after="20"/>
              <w:jc w:val="center"/>
              <w:rPr>
                <w:lang w:val="pl-PL"/>
              </w:rPr>
            </w:pPr>
          </w:p>
        </w:tc>
        <w:tc>
          <w:tcPr>
            <w:tcW w:w="1350" w:type="dxa"/>
            <w:vAlign w:val="center"/>
          </w:tcPr>
          <w:p w14:paraId="6D245E50" w14:textId="77777777" w:rsidR="001512C8" w:rsidRPr="00161078" w:rsidRDefault="001512C8">
            <w:pPr>
              <w:spacing w:before="20" w:after="20"/>
              <w:jc w:val="center"/>
              <w:rPr>
                <w:lang w:val="pl-PL"/>
              </w:rPr>
            </w:pPr>
          </w:p>
        </w:tc>
      </w:tr>
      <w:tr w:rsidR="001512C8" w:rsidRPr="00161078" w14:paraId="435675D5" w14:textId="77777777" w:rsidTr="00795294">
        <w:trPr>
          <w:jc w:val="center"/>
        </w:trPr>
        <w:tc>
          <w:tcPr>
            <w:tcW w:w="420" w:type="dxa"/>
            <w:vAlign w:val="center"/>
          </w:tcPr>
          <w:p w14:paraId="51E9C4B3" w14:textId="77777777" w:rsidR="001512C8" w:rsidRPr="00161078" w:rsidRDefault="00443F1E">
            <w:pPr>
              <w:spacing w:before="20" w:after="20"/>
              <w:jc w:val="center"/>
              <w:rPr>
                <w:lang w:val="pl-PL"/>
              </w:rPr>
            </w:pPr>
            <w:permStart w:id="615727235" w:edGrp="everyone" w:colFirst="5" w:colLast="5"/>
            <w:permStart w:id="1792029161" w:edGrp="everyone" w:colFirst="6" w:colLast="6"/>
            <w:permStart w:id="1012729243" w:edGrp="everyone" w:colFirst="7" w:colLast="7"/>
            <w:permStart w:id="2038393912" w:edGrp="everyone" w:colFirst="8" w:colLast="8"/>
            <w:permStart w:id="811687673" w:edGrp="everyone" w:colFirst="9" w:colLast="9"/>
            <w:permEnd w:id="78779152"/>
            <w:permEnd w:id="352015582"/>
            <w:permEnd w:id="1622869084"/>
            <w:permEnd w:id="43923325"/>
            <w:permEnd w:id="1207703815"/>
            <w:r w:rsidRPr="00161078">
              <w:rPr>
                <w:sz w:val="16"/>
                <w:lang w:val="pl-PL"/>
              </w:rPr>
              <w:lastRenderedPageBreak/>
              <w:t>34</w:t>
            </w:r>
          </w:p>
        </w:tc>
        <w:tc>
          <w:tcPr>
            <w:tcW w:w="4450" w:type="dxa"/>
            <w:vAlign w:val="center"/>
          </w:tcPr>
          <w:p w14:paraId="102BDFE5" w14:textId="77777777" w:rsidR="001512C8" w:rsidRPr="00801A1C" w:rsidRDefault="00443F1E">
            <w:pPr>
              <w:spacing w:before="20" w:after="20"/>
              <w:jc w:val="left"/>
            </w:pPr>
            <w:r w:rsidRPr="00801A1C">
              <w:rPr>
                <w:sz w:val="16"/>
              </w:rPr>
              <w:t>CD25-Pacific Blue, 0.5ML ASR</w:t>
            </w:r>
          </w:p>
        </w:tc>
        <w:tc>
          <w:tcPr>
            <w:tcW w:w="1720" w:type="dxa"/>
            <w:vAlign w:val="center"/>
          </w:tcPr>
          <w:p w14:paraId="7E3917FF" w14:textId="77777777" w:rsidR="001512C8" w:rsidRPr="00161078" w:rsidRDefault="00443F1E">
            <w:pPr>
              <w:spacing w:before="20" w:after="20"/>
              <w:jc w:val="center"/>
              <w:rPr>
                <w:lang w:val="pl-PL"/>
              </w:rPr>
            </w:pPr>
            <w:r w:rsidRPr="00161078">
              <w:rPr>
                <w:sz w:val="16"/>
                <w:lang w:val="pl-PL"/>
              </w:rPr>
              <w:t>0,5ml</w:t>
            </w:r>
          </w:p>
        </w:tc>
        <w:tc>
          <w:tcPr>
            <w:tcW w:w="640" w:type="dxa"/>
            <w:vAlign w:val="center"/>
          </w:tcPr>
          <w:p w14:paraId="6F5AA099"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02CFFD4E" w14:textId="77777777" w:rsidR="001512C8" w:rsidRPr="00161078" w:rsidRDefault="00056A14">
            <w:pPr>
              <w:spacing w:before="20" w:after="20"/>
              <w:jc w:val="center"/>
              <w:rPr>
                <w:lang w:val="pl-PL"/>
              </w:rPr>
            </w:pPr>
            <w:r>
              <w:rPr>
                <w:sz w:val="16"/>
                <w:lang w:val="pl-PL"/>
              </w:rPr>
              <w:t>5</w:t>
            </w:r>
          </w:p>
        </w:tc>
        <w:tc>
          <w:tcPr>
            <w:tcW w:w="1250" w:type="dxa"/>
            <w:vAlign w:val="center"/>
          </w:tcPr>
          <w:p w14:paraId="00354639" w14:textId="77777777" w:rsidR="001512C8" w:rsidRPr="00161078" w:rsidRDefault="001512C8">
            <w:pPr>
              <w:spacing w:before="20" w:after="20"/>
              <w:jc w:val="center"/>
              <w:rPr>
                <w:lang w:val="pl-PL"/>
              </w:rPr>
            </w:pPr>
          </w:p>
        </w:tc>
        <w:tc>
          <w:tcPr>
            <w:tcW w:w="620" w:type="dxa"/>
            <w:vAlign w:val="center"/>
          </w:tcPr>
          <w:p w14:paraId="16D3A49F" w14:textId="77777777" w:rsidR="001512C8" w:rsidRPr="00161078" w:rsidRDefault="001512C8">
            <w:pPr>
              <w:spacing w:before="20" w:after="20"/>
              <w:jc w:val="center"/>
              <w:rPr>
                <w:lang w:val="pl-PL"/>
              </w:rPr>
            </w:pPr>
          </w:p>
        </w:tc>
        <w:tc>
          <w:tcPr>
            <w:tcW w:w="1250" w:type="dxa"/>
            <w:vAlign w:val="center"/>
          </w:tcPr>
          <w:p w14:paraId="505F1CCE" w14:textId="77777777" w:rsidR="001512C8" w:rsidRPr="00161078" w:rsidRDefault="001512C8">
            <w:pPr>
              <w:spacing w:before="20" w:after="20"/>
              <w:jc w:val="center"/>
              <w:rPr>
                <w:lang w:val="pl-PL"/>
              </w:rPr>
            </w:pPr>
          </w:p>
        </w:tc>
        <w:tc>
          <w:tcPr>
            <w:tcW w:w="1350" w:type="dxa"/>
            <w:vAlign w:val="center"/>
          </w:tcPr>
          <w:p w14:paraId="6BE0EB7E" w14:textId="77777777" w:rsidR="001512C8" w:rsidRPr="00161078" w:rsidRDefault="001512C8">
            <w:pPr>
              <w:spacing w:before="20" w:after="20"/>
              <w:jc w:val="center"/>
              <w:rPr>
                <w:lang w:val="pl-PL"/>
              </w:rPr>
            </w:pPr>
          </w:p>
        </w:tc>
        <w:tc>
          <w:tcPr>
            <w:tcW w:w="1350" w:type="dxa"/>
            <w:vAlign w:val="center"/>
          </w:tcPr>
          <w:p w14:paraId="2EB726C1" w14:textId="77777777" w:rsidR="001512C8" w:rsidRPr="00161078" w:rsidRDefault="001512C8">
            <w:pPr>
              <w:spacing w:before="20" w:after="20"/>
              <w:jc w:val="center"/>
              <w:rPr>
                <w:lang w:val="pl-PL"/>
              </w:rPr>
            </w:pPr>
          </w:p>
        </w:tc>
      </w:tr>
      <w:tr w:rsidR="001512C8" w:rsidRPr="00161078" w14:paraId="7D88A03A" w14:textId="77777777" w:rsidTr="00795294">
        <w:trPr>
          <w:jc w:val="center"/>
        </w:trPr>
        <w:tc>
          <w:tcPr>
            <w:tcW w:w="420" w:type="dxa"/>
            <w:vAlign w:val="center"/>
          </w:tcPr>
          <w:p w14:paraId="66F33D4D" w14:textId="77777777" w:rsidR="001512C8" w:rsidRPr="00161078" w:rsidRDefault="00443F1E">
            <w:pPr>
              <w:spacing w:before="20" w:after="20"/>
              <w:jc w:val="center"/>
              <w:rPr>
                <w:lang w:val="pl-PL"/>
              </w:rPr>
            </w:pPr>
            <w:permStart w:id="370754257" w:edGrp="everyone" w:colFirst="5" w:colLast="5"/>
            <w:permStart w:id="340099054" w:edGrp="everyone" w:colFirst="6" w:colLast="6"/>
            <w:permStart w:id="1937331688" w:edGrp="everyone" w:colFirst="7" w:colLast="7"/>
            <w:permStart w:id="1364277803" w:edGrp="everyone" w:colFirst="8" w:colLast="8"/>
            <w:permStart w:id="844587402" w:edGrp="everyone" w:colFirst="9" w:colLast="9"/>
            <w:permEnd w:id="615727235"/>
            <w:permEnd w:id="1792029161"/>
            <w:permEnd w:id="1012729243"/>
            <w:permEnd w:id="2038393912"/>
            <w:permEnd w:id="811687673"/>
            <w:r w:rsidRPr="00161078">
              <w:rPr>
                <w:sz w:val="16"/>
                <w:lang w:val="pl-PL"/>
              </w:rPr>
              <w:t>35</w:t>
            </w:r>
          </w:p>
        </w:tc>
        <w:tc>
          <w:tcPr>
            <w:tcW w:w="4450" w:type="dxa"/>
            <w:vAlign w:val="center"/>
          </w:tcPr>
          <w:p w14:paraId="1C839368" w14:textId="77777777" w:rsidR="001512C8" w:rsidRPr="00161078" w:rsidRDefault="00443F1E">
            <w:pPr>
              <w:spacing w:before="20" w:after="20"/>
              <w:jc w:val="left"/>
              <w:rPr>
                <w:lang w:val="pl-PL"/>
              </w:rPr>
            </w:pPr>
            <w:r w:rsidRPr="00161078">
              <w:rPr>
                <w:sz w:val="16"/>
                <w:lang w:val="pl-PL"/>
              </w:rPr>
              <w:t>CD4-RPE 100t CE</w:t>
            </w:r>
          </w:p>
        </w:tc>
        <w:tc>
          <w:tcPr>
            <w:tcW w:w="1720" w:type="dxa"/>
            <w:vAlign w:val="center"/>
          </w:tcPr>
          <w:p w14:paraId="7EBACDDA" w14:textId="77777777" w:rsidR="001512C8" w:rsidRPr="00161078" w:rsidRDefault="00443F1E">
            <w:pPr>
              <w:spacing w:before="20" w:after="20"/>
              <w:jc w:val="center"/>
              <w:rPr>
                <w:lang w:val="pl-PL"/>
              </w:rPr>
            </w:pPr>
            <w:r w:rsidRPr="00161078">
              <w:rPr>
                <w:sz w:val="16"/>
                <w:lang w:val="pl-PL"/>
              </w:rPr>
              <w:t xml:space="preserve">100 </w:t>
            </w:r>
            <w:proofErr w:type="spellStart"/>
            <w:r w:rsidRPr="00161078">
              <w:rPr>
                <w:sz w:val="16"/>
                <w:lang w:val="pl-PL"/>
              </w:rPr>
              <w:t>tests</w:t>
            </w:r>
            <w:proofErr w:type="spellEnd"/>
          </w:p>
        </w:tc>
        <w:tc>
          <w:tcPr>
            <w:tcW w:w="640" w:type="dxa"/>
            <w:vAlign w:val="center"/>
          </w:tcPr>
          <w:p w14:paraId="5F781290"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1C6D0D95" w14:textId="77777777" w:rsidR="001512C8" w:rsidRPr="00161078" w:rsidRDefault="00056A14">
            <w:pPr>
              <w:spacing w:before="20" w:after="20"/>
              <w:jc w:val="center"/>
              <w:rPr>
                <w:lang w:val="pl-PL"/>
              </w:rPr>
            </w:pPr>
            <w:r>
              <w:rPr>
                <w:sz w:val="16"/>
                <w:lang w:val="pl-PL"/>
              </w:rPr>
              <w:t>10</w:t>
            </w:r>
          </w:p>
        </w:tc>
        <w:tc>
          <w:tcPr>
            <w:tcW w:w="1250" w:type="dxa"/>
            <w:vAlign w:val="center"/>
          </w:tcPr>
          <w:p w14:paraId="1EAEDCDB" w14:textId="77777777" w:rsidR="001512C8" w:rsidRPr="00161078" w:rsidRDefault="001512C8">
            <w:pPr>
              <w:spacing w:before="20" w:after="20"/>
              <w:jc w:val="center"/>
              <w:rPr>
                <w:lang w:val="pl-PL"/>
              </w:rPr>
            </w:pPr>
          </w:p>
        </w:tc>
        <w:tc>
          <w:tcPr>
            <w:tcW w:w="620" w:type="dxa"/>
            <w:vAlign w:val="center"/>
          </w:tcPr>
          <w:p w14:paraId="355B7B3A" w14:textId="77777777" w:rsidR="001512C8" w:rsidRPr="00161078" w:rsidRDefault="001512C8">
            <w:pPr>
              <w:spacing w:before="20" w:after="20"/>
              <w:jc w:val="center"/>
              <w:rPr>
                <w:lang w:val="pl-PL"/>
              </w:rPr>
            </w:pPr>
          </w:p>
        </w:tc>
        <w:tc>
          <w:tcPr>
            <w:tcW w:w="1250" w:type="dxa"/>
            <w:vAlign w:val="center"/>
          </w:tcPr>
          <w:p w14:paraId="1193265B" w14:textId="77777777" w:rsidR="001512C8" w:rsidRPr="00161078" w:rsidRDefault="001512C8">
            <w:pPr>
              <w:spacing w:before="20" w:after="20"/>
              <w:jc w:val="center"/>
              <w:rPr>
                <w:lang w:val="pl-PL"/>
              </w:rPr>
            </w:pPr>
          </w:p>
        </w:tc>
        <w:tc>
          <w:tcPr>
            <w:tcW w:w="1350" w:type="dxa"/>
            <w:vAlign w:val="center"/>
          </w:tcPr>
          <w:p w14:paraId="55333312" w14:textId="77777777" w:rsidR="001512C8" w:rsidRPr="00161078" w:rsidRDefault="001512C8">
            <w:pPr>
              <w:spacing w:before="20" w:after="20"/>
              <w:jc w:val="center"/>
              <w:rPr>
                <w:lang w:val="pl-PL"/>
              </w:rPr>
            </w:pPr>
          </w:p>
        </w:tc>
        <w:tc>
          <w:tcPr>
            <w:tcW w:w="1350" w:type="dxa"/>
            <w:vAlign w:val="center"/>
          </w:tcPr>
          <w:p w14:paraId="283B145B" w14:textId="77777777" w:rsidR="001512C8" w:rsidRPr="00161078" w:rsidRDefault="001512C8">
            <w:pPr>
              <w:spacing w:before="20" w:after="20"/>
              <w:jc w:val="center"/>
              <w:rPr>
                <w:lang w:val="pl-PL"/>
              </w:rPr>
            </w:pPr>
          </w:p>
        </w:tc>
      </w:tr>
      <w:tr w:rsidR="001512C8" w:rsidRPr="00161078" w14:paraId="043BD3AE" w14:textId="77777777" w:rsidTr="00795294">
        <w:trPr>
          <w:jc w:val="center"/>
        </w:trPr>
        <w:tc>
          <w:tcPr>
            <w:tcW w:w="420" w:type="dxa"/>
            <w:vAlign w:val="center"/>
          </w:tcPr>
          <w:p w14:paraId="7D77C19C" w14:textId="77777777" w:rsidR="001512C8" w:rsidRPr="00161078" w:rsidRDefault="00443F1E">
            <w:pPr>
              <w:spacing w:before="20" w:after="20"/>
              <w:jc w:val="center"/>
              <w:rPr>
                <w:lang w:val="pl-PL"/>
              </w:rPr>
            </w:pPr>
            <w:permStart w:id="1811903511" w:edGrp="everyone" w:colFirst="5" w:colLast="5"/>
            <w:permStart w:id="1490644874" w:edGrp="everyone" w:colFirst="6" w:colLast="6"/>
            <w:permStart w:id="1067533007" w:edGrp="everyone" w:colFirst="7" w:colLast="7"/>
            <w:permStart w:id="1241143006" w:edGrp="everyone" w:colFirst="8" w:colLast="8"/>
            <w:permStart w:id="75775470" w:edGrp="everyone" w:colFirst="9" w:colLast="9"/>
            <w:permEnd w:id="370754257"/>
            <w:permEnd w:id="340099054"/>
            <w:permEnd w:id="1937331688"/>
            <w:permEnd w:id="1364277803"/>
            <w:permEnd w:id="844587402"/>
            <w:r w:rsidRPr="00161078">
              <w:rPr>
                <w:sz w:val="16"/>
                <w:lang w:val="pl-PL"/>
              </w:rPr>
              <w:t>36</w:t>
            </w:r>
          </w:p>
        </w:tc>
        <w:tc>
          <w:tcPr>
            <w:tcW w:w="4450" w:type="dxa"/>
            <w:vAlign w:val="center"/>
          </w:tcPr>
          <w:p w14:paraId="764B7747" w14:textId="77777777" w:rsidR="001512C8" w:rsidRPr="00801A1C" w:rsidRDefault="00443F1E">
            <w:pPr>
              <w:spacing w:before="20" w:after="20"/>
              <w:jc w:val="left"/>
            </w:pPr>
            <w:r w:rsidRPr="00801A1C">
              <w:rPr>
                <w:sz w:val="16"/>
              </w:rPr>
              <w:t>HLA-DR-Pacific Blue, Immu-357, 50 Tests, CE</w:t>
            </w:r>
          </w:p>
        </w:tc>
        <w:tc>
          <w:tcPr>
            <w:tcW w:w="1720" w:type="dxa"/>
            <w:vAlign w:val="center"/>
          </w:tcPr>
          <w:p w14:paraId="482BD781" w14:textId="77777777" w:rsidR="001512C8" w:rsidRPr="00161078" w:rsidRDefault="00443F1E">
            <w:pPr>
              <w:spacing w:before="20" w:after="20"/>
              <w:jc w:val="center"/>
              <w:rPr>
                <w:lang w:val="pl-PL"/>
              </w:rPr>
            </w:pPr>
            <w:r w:rsidRPr="00161078">
              <w:rPr>
                <w:sz w:val="16"/>
                <w:lang w:val="pl-PL"/>
              </w:rPr>
              <w:t xml:space="preserve">50 </w:t>
            </w:r>
            <w:proofErr w:type="spellStart"/>
            <w:r w:rsidRPr="00161078">
              <w:rPr>
                <w:sz w:val="16"/>
                <w:lang w:val="pl-PL"/>
              </w:rPr>
              <w:t>tests</w:t>
            </w:r>
            <w:proofErr w:type="spellEnd"/>
          </w:p>
        </w:tc>
        <w:tc>
          <w:tcPr>
            <w:tcW w:w="640" w:type="dxa"/>
            <w:vAlign w:val="center"/>
          </w:tcPr>
          <w:p w14:paraId="54F73B51"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2BAB68E5" w14:textId="77777777" w:rsidR="001512C8" w:rsidRPr="00161078" w:rsidRDefault="00056A14">
            <w:pPr>
              <w:spacing w:before="20" w:after="20"/>
              <w:jc w:val="center"/>
              <w:rPr>
                <w:lang w:val="pl-PL"/>
              </w:rPr>
            </w:pPr>
            <w:r>
              <w:rPr>
                <w:sz w:val="16"/>
                <w:lang w:val="pl-PL"/>
              </w:rPr>
              <w:t>2</w:t>
            </w:r>
          </w:p>
        </w:tc>
        <w:tc>
          <w:tcPr>
            <w:tcW w:w="1250" w:type="dxa"/>
            <w:vAlign w:val="center"/>
          </w:tcPr>
          <w:p w14:paraId="69E3E431" w14:textId="77777777" w:rsidR="001512C8" w:rsidRPr="00161078" w:rsidRDefault="001512C8">
            <w:pPr>
              <w:spacing w:before="20" w:after="20"/>
              <w:jc w:val="center"/>
              <w:rPr>
                <w:lang w:val="pl-PL"/>
              </w:rPr>
            </w:pPr>
          </w:p>
        </w:tc>
        <w:tc>
          <w:tcPr>
            <w:tcW w:w="620" w:type="dxa"/>
            <w:vAlign w:val="center"/>
          </w:tcPr>
          <w:p w14:paraId="66B6252F" w14:textId="77777777" w:rsidR="001512C8" w:rsidRPr="00161078" w:rsidRDefault="001512C8">
            <w:pPr>
              <w:spacing w:before="20" w:after="20"/>
              <w:jc w:val="center"/>
              <w:rPr>
                <w:lang w:val="pl-PL"/>
              </w:rPr>
            </w:pPr>
          </w:p>
        </w:tc>
        <w:tc>
          <w:tcPr>
            <w:tcW w:w="1250" w:type="dxa"/>
            <w:vAlign w:val="center"/>
          </w:tcPr>
          <w:p w14:paraId="74BD5FCD" w14:textId="77777777" w:rsidR="001512C8" w:rsidRPr="00161078" w:rsidRDefault="001512C8">
            <w:pPr>
              <w:spacing w:before="20" w:after="20"/>
              <w:jc w:val="center"/>
              <w:rPr>
                <w:lang w:val="pl-PL"/>
              </w:rPr>
            </w:pPr>
          </w:p>
        </w:tc>
        <w:tc>
          <w:tcPr>
            <w:tcW w:w="1350" w:type="dxa"/>
            <w:vAlign w:val="center"/>
          </w:tcPr>
          <w:p w14:paraId="2011329C" w14:textId="77777777" w:rsidR="001512C8" w:rsidRPr="00161078" w:rsidRDefault="001512C8">
            <w:pPr>
              <w:spacing w:before="20" w:after="20"/>
              <w:jc w:val="center"/>
              <w:rPr>
                <w:lang w:val="pl-PL"/>
              </w:rPr>
            </w:pPr>
          </w:p>
        </w:tc>
        <w:tc>
          <w:tcPr>
            <w:tcW w:w="1350" w:type="dxa"/>
            <w:vAlign w:val="center"/>
          </w:tcPr>
          <w:p w14:paraId="4ECF5D51" w14:textId="77777777" w:rsidR="001512C8" w:rsidRPr="00161078" w:rsidRDefault="001512C8">
            <w:pPr>
              <w:spacing w:before="20" w:after="20"/>
              <w:jc w:val="center"/>
              <w:rPr>
                <w:lang w:val="pl-PL"/>
              </w:rPr>
            </w:pPr>
          </w:p>
        </w:tc>
      </w:tr>
      <w:tr w:rsidR="001512C8" w:rsidRPr="00161078" w14:paraId="31A5E2F9" w14:textId="77777777" w:rsidTr="00795294">
        <w:trPr>
          <w:jc w:val="center"/>
        </w:trPr>
        <w:tc>
          <w:tcPr>
            <w:tcW w:w="420" w:type="dxa"/>
            <w:vAlign w:val="center"/>
          </w:tcPr>
          <w:p w14:paraId="0634793B" w14:textId="77777777" w:rsidR="001512C8" w:rsidRPr="00161078" w:rsidRDefault="00443F1E">
            <w:pPr>
              <w:spacing w:before="20" w:after="20"/>
              <w:jc w:val="center"/>
              <w:rPr>
                <w:lang w:val="pl-PL"/>
              </w:rPr>
            </w:pPr>
            <w:permStart w:id="889480750" w:edGrp="everyone" w:colFirst="5" w:colLast="5"/>
            <w:permStart w:id="2009341923" w:edGrp="everyone" w:colFirst="6" w:colLast="6"/>
            <w:permStart w:id="8609724" w:edGrp="everyone" w:colFirst="7" w:colLast="7"/>
            <w:permStart w:id="1532970330" w:edGrp="everyone" w:colFirst="8" w:colLast="8"/>
            <w:permStart w:id="616497912" w:edGrp="everyone" w:colFirst="9" w:colLast="9"/>
            <w:permEnd w:id="1811903511"/>
            <w:permEnd w:id="1490644874"/>
            <w:permEnd w:id="1067533007"/>
            <w:permEnd w:id="1241143006"/>
            <w:permEnd w:id="75775470"/>
            <w:r w:rsidRPr="00161078">
              <w:rPr>
                <w:sz w:val="16"/>
                <w:lang w:val="pl-PL"/>
              </w:rPr>
              <w:t>37</w:t>
            </w:r>
          </w:p>
        </w:tc>
        <w:tc>
          <w:tcPr>
            <w:tcW w:w="4450" w:type="dxa"/>
            <w:vAlign w:val="center"/>
          </w:tcPr>
          <w:p w14:paraId="261B76B2" w14:textId="77777777" w:rsidR="001512C8" w:rsidRPr="00801A1C" w:rsidRDefault="00443F1E">
            <w:pPr>
              <w:spacing w:before="20" w:after="20"/>
              <w:jc w:val="left"/>
            </w:pPr>
            <w:r w:rsidRPr="00801A1C">
              <w:rPr>
                <w:sz w:val="16"/>
              </w:rPr>
              <w:t>CD154-PE, TRAP-1, 2 mL, ASR</w:t>
            </w:r>
          </w:p>
        </w:tc>
        <w:tc>
          <w:tcPr>
            <w:tcW w:w="1720" w:type="dxa"/>
            <w:vAlign w:val="center"/>
          </w:tcPr>
          <w:p w14:paraId="06A54F3A" w14:textId="77777777" w:rsidR="001512C8" w:rsidRPr="00161078" w:rsidRDefault="00443F1E">
            <w:pPr>
              <w:spacing w:before="20" w:after="20"/>
              <w:jc w:val="center"/>
              <w:rPr>
                <w:lang w:val="pl-PL"/>
              </w:rPr>
            </w:pPr>
            <w:r w:rsidRPr="00161078">
              <w:rPr>
                <w:sz w:val="16"/>
                <w:lang w:val="pl-PL"/>
              </w:rPr>
              <w:t>2ml</w:t>
            </w:r>
          </w:p>
        </w:tc>
        <w:tc>
          <w:tcPr>
            <w:tcW w:w="640" w:type="dxa"/>
            <w:vAlign w:val="center"/>
          </w:tcPr>
          <w:p w14:paraId="0EDD1F44"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54053A36" w14:textId="77777777" w:rsidR="001512C8" w:rsidRPr="00161078" w:rsidRDefault="00056A14">
            <w:pPr>
              <w:spacing w:before="20" w:after="20"/>
              <w:jc w:val="center"/>
              <w:rPr>
                <w:lang w:val="pl-PL"/>
              </w:rPr>
            </w:pPr>
            <w:r>
              <w:rPr>
                <w:sz w:val="16"/>
                <w:lang w:val="pl-PL"/>
              </w:rPr>
              <w:t>1</w:t>
            </w:r>
          </w:p>
        </w:tc>
        <w:tc>
          <w:tcPr>
            <w:tcW w:w="1250" w:type="dxa"/>
            <w:vAlign w:val="center"/>
          </w:tcPr>
          <w:p w14:paraId="67970088" w14:textId="77777777" w:rsidR="001512C8" w:rsidRPr="00161078" w:rsidRDefault="001512C8">
            <w:pPr>
              <w:spacing w:before="20" w:after="20"/>
              <w:jc w:val="center"/>
              <w:rPr>
                <w:lang w:val="pl-PL"/>
              </w:rPr>
            </w:pPr>
          </w:p>
        </w:tc>
        <w:tc>
          <w:tcPr>
            <w:tcW w:w="620" w:type="dxa"/>
            <w:vAlign w:val="center"/>
          </w:tcPr>
          <w:p w14:paraId="26FC5639" w14:textId="77777777" w:rsidR="001512C8" w:rsidRPr="00161078" w:rsidRDefault="001512C8">
            <w:pPr>
              <w:spacing w:before="20" w:after="20"/>
              <w:jc w:val="center"/>
              <w:rPr>
                <w:lang w:val="pl-PL"/>
              </w:rPr>
            </w:pPr>
          </w:p>
        </w:tc>
        <w:tc>
          <w:tcPr>
            <w:tcW w:w="1250" w:type="dxa"/>
            <w:vAlign w:val="center"/>
          </w:tcPr>
          <w:p w14:paraId="39848301" w14:textId="77777777" w:rsidR="001512C8" w:rsidRPr="00161078" w:rsidRDefault="001512C8">
            <w:pPr>
              <w:spacing w:before="20" w:after="20"/>
              <w:jc w:val="center"/>
              <w:rPr>
                <w:lang w:val="pl-PL"/>
              </w:rPr>
            </w:pPr>
          </w:p>
        </w:tc>
        <w:tc>
          <w:tcPr>
            <w:tcW w:w="1350" w:type="dxa"/>
            <w:vAlign w:val="center"/>
          </w:tcPr>
          <w:p w14:paraId="2BA27CFB" w14:textId="77777777" w:rsidR="001512C8" w:rsidRPr="00161078" w:rsidRDefault="001512C8">
            <w:pPr>
              <w:spacing w:before="20" w:after="20"/>
              <w:jc w:val="center"/>
              <w:rPr>
                <w:lang w:val="pl-PL"/>
              </w:rPr>
            </w:pPr>
          </w:p>
        </w:tc>
        <w:tc>
          <w:tcPr>
            <w:tcW w:w="1350" w:type="dxa"/>
            <w:vAlign w:val="center"/>
          </w:tcPr>
          <w:p w14:paraId="13A164D4" w14:textId="77777777" w:rsidR="001512C8" w:rsidRPr="00161078" w:rsidRDefault="001512C8">
            <w:pPr>
              <w:spacing w:before="20" w:after="20"/>
              <w:jc w:val="center"/>
              <w:rPr>
                <w:lang w:val="pl-PL"/>
              </w:rPr>
            </w:pPr>
          </w:p>
        </w:tc>
      </w:tr>
      <w:tr w:rsidR="001512C8" w:rsidRPr="00161078" w14:paraId="43627081" w14:textId="77777777" w:rsidTr="00795294">
        <w:trPr>
          <w:jc w:val="center"/>
        </w:trPr>
        <w:tc>
          <w:tcPr>
            <w:tcW w:w="420" w:type="dxa"/>
            <w:vAlign w:val="center"/>
          </w:tcPr>
          <w:p w14:paraId="440128A6" w14:textId="77777777" w:rsidR="001512C8" w:rsidRPr="00161078" w:rsidRDefault="00443F1E">
            <w:pPr>
              <w:spacing w:before="20" w:after="20"/>
              <w:jc w:val="center"/>
              <w:rPr>
                <w:lang w:val="pl-PL"/>
              </w:rPr>
            </w:pPr>
            <w:permStart w:id="1249468664" w:edGrp="everyone" w:colFirst="5" w:colLast="5"/>
            <w:permStart w:id="1851144191" w:edGrp="everyone" w:colFirst="6" w:colLast="6"/>
            <w:permStart w:id="1190539021" w:edGrp="everyone" w:colFirst="7" w:colLast="7"/>
            <w:permStart w:id="1709901556" w:edGrp="everyone" w:colFirst="8" w:colLast="8"/>
            <w:permStart w:id="2000500755" w:edGrp="everyone" w:colFirst="9" w:colLast="9"/>
            <w:permEnd w:id="889480750"/>
            <w:permEnd w:id="2009341923"/>
            <w:permEnd w:id="8609724"/>
            <w:permEnd w:id="1532970330"/>
            <w:permEnd w:id="616497912"/>
            <w:r w:rsidRPr="00161078">
              <w:rPr>
                <w:sz w:val="16"/>
                <w:lang w:val="pl-PL"/>
              </w:rPr>
              <w:t>38</w:t>
            </w:r>
          </w:p>
        </w:tc>
        <w:tc>
          <w:tcPr>
            <w:tcW w:w="4450" w:type="dxa"/>
            <w:vAlign w:val="center"/>
          </w:tcPr>
          <w:p w14:paraId="7B813900" w14:textId="77777777" w:rsidR="001512C8" w:rsidRPr="00801A1C" w:rsidRDefault="00443F1E">
            <w:pPr>
              <w:spacing w:before="20" w:after="20"/>
              <w:jc w:val="left"/>
            </w:pPr>
            <w:r w:rsidRPr="00801A1C">
              <w:rPr>
                <w:sz w:val="16"/>
              </w:rPr>
              <w:t>CD80-PE, MAB104, 2 mL, ASR</w:t>
            </w:r>
          </w:p>
        </w:tc>
        <w:tc>
          <w:tcPr>
            <w:tcW w:w="1720" w:type="dxa"/>
            <w:vAlign w:val="center"/>
          </w:tcPr>
          <w:p w14:paraId="2774A6E5" w14:textId="77777777" w:rsidR="001512C8" w:rsidRPr="00161078" w:rsidRDefault="00443F1E">
            <w:pPr>
              <w:spacing w:before="20" w:after="20"/>
              <w:jc w:val="center"/>
              <w:rPr>
                <w:lang w:val="pl-PL"/>
              </w:rPr>
            </w:pPr>
            <w:r w:rsidRPr="00161078">
              <w:rPr>
                <w:sz w:val="16"/>
                <w:lang w:val="pl-PL"/>
              </w:rPr>
              <w:t>2ml</w:t>
            </w:r>
          </w:p>
        </w:tc>
        <w:tc>
          <w:tcPr>
            <w:tcW w:w="640" w:type="dxa"/>
            <w:vAlign w:val="center"/>
          </w:tcPr>
          <w:p w14:paraId="41335644"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69813595" w14:textId="77777777" w:rsidR="001512C8" w:rsidRPr="00161078" w:rsidRDefault="00056A14">
            <w:pPr>
              <w:spacing w:before="20" w:after="20"/>
              <w:jc w:val="center"/>
              <w:rPr>
                <w:lang w:val="pl-PL"/>
              </w:rPr>
            </w:pPr>
            <w:r>
              <w:rPr>
                <w:sz w:val="16"/>
                <w:lang w:val="pl-PL"/>
              </w:rPr>
              <w:t>1</w:t>
            </w:r>
          </w:p>
        </w:tc>
        <w:tc>
          <w:tcPr>
            <w:tcW w:w="1250" w:type="dxa"/>
            <w:vAlign w:val="center"/>
          </w:tcPr>
          <w:p w14:paraId="1CF18EE4" w14:textId="77777777" w:rsidR="001512C8" w:rsidRPr="00161078" w:rsidRDefault="001512C8">
            <w:pPr>
              <w:spacing w:before="20" w:after="20"/>
              <w:jc w:val="center"/>
              <w:rPr>
                <w:lang w:val="pl-PL"/>
              </w:rPr>
            </w:pPr>
          </w:p>
        </w:tc>
        <w:tc>
          <w:tcPr>
            <w:tcW w:w="620" w:type="dxa"/>
            <w:vAlign w:val="center"/>
          </w:tcPr>
          <w:p w14:paraId="7A037AAB" w14:textId="77777777" w:rsidR="001512C8" w:rsidRPr="00161078" w:rsidRDefault="001512C8">
            <w:pPr>
              <w:spacing w:before="20" w:after="20"/>
              <w:jc w:val="center"/>
              <w:rPr>
                <w:lang w:val="pl-PL"/>
              </w:rPr>
            </w:pPr>
          </w:p>
        </w:tc>
        <w:tc>
          <w:tcPr>
            <w:tcW w:w="1250" w:type="dxa"/>
            <w:vAlign w:val="center"/>
          </w:tcPr>
          <w:p w14:paraId="7285FB03" w14:textId="77777777" w:rsidR="001512C8" w:rsidRPr="00161078" w:rsidRDefault="001512C8">
            <w:pPr>
              <w:spacing w:before="20" w:after="20"/>
              <w:jc w:val="center"/>
              <w:rPr>
                <w:lang w:val="pl-PL"/>
              </w:rPr>
            </w:pPr>
          </w:p>
        </w:tc>
        <w:tc>
          <w:tcPr>
            <w:tcW w:w="1350" w:type="dxa"/>
            <w:vAlign w:val="center"/>
          </w:tcPr>
          <w:p w14:paraId="18FB9CE6" w14:textId="77777777" w:rsidR="001512C8" w:rsidRPr="00161078" w:rsidRDefault="001512C8">
            <w:pPr>
              <w:spacing w:before="20" w:after="20"/>
              <w:jc w:val="center"/>
              <w:rPr>
                <w:lang w:val="pl-PL"/>
              </w:rPr>
            </w:pPr>
          </w:p>
        </w:tc>
        <w:tc>
          <w:tcPr>
            <w:tcW w:w="1350" w:type="dxa"/>
            <w:vAlign w:val="center"/>
          </w:tcPr>
          <w:p w14:paraId="07BEF24F" w14:textId="77777777" w:rsidR="001512C8" w:rsidRPr="00161078" w:rsidRDefault="001512C8">
            <w:pPr>
              <w:spacing w:before="20" w:after="20"/>
              <w:jc w:val="center"/>
              <w:rPr>
                <w:lang w:val="pl-PL"/>
              </w:rPr>
            </w:pPr>
          </w:p>
        </w:tc>
      </w:tr>
      <w:tr w:rsidR="001512C8" w:rsidRPr="00161078" w14:paraId="52F3544F" w14:textId="77777777" w:rsidTr="00795294">
        <w:trPr>
          <w:jc w:val="center"/>
        </w:trPr>
        <w:tc>
          <w:tcPr>
            <w:tcW w:w="420" w:type="dxa"/>
            <w:vAlign w:val="center"/>
          </w:tcPr>
          <w:p w14:paraId="3282DA5C" w14:textId="77777777" w:rsidR="001512C8" w:rsidRPr="00161078" w:rsidRDefault="00443F1E">
            <w:pPr>
              <w:spacing w:before="20" w:after="20"/>
              <w:jc w:val="center"/>
              <w:rPr>
                <w:lang w:val="pl-PL"/>
              </w:rPr>
            </w:pPr>
            <w:permStart w:id="701317415" w:edGrp="everyone" w:colFirst="5" w:colLast="5"/>
            <w:permStart w:id="947284446" w:edGrp="everyone" w:colFirst="6" w:colLast="6"/>
            <w:permStart w:id="233126482" w:edGrp="everyone" w:colFirst="7" w:colLast="7"/>
            <w:permStart w:id="829696844" w:edGrp="everyone" w:colFirst="8" w:colLast="8"/>
            <w:permStart w:id="1008300708" w:edGrp="everyone" w:colFirst="9" w:colLast="9"/>
            <w:permEnd w:id="1249468664"/>
            <w:permEnd w:id="1851144191"/>
            <w:permEnd w:id="1190539021"/>
            <w:permEnd w:id="1709901556"/>
            <w:permEnd w:id="2000500755"/>
            <w:r w:rsidRPr="00161078">
              <w:rPr>
                <w:sz w:val="16"/>
                <w:lang w:val="pl-PL"/>
              </w:rPr>
              <w:t>39</w:t>
            </w:r>
          </w:p>
        </w:tc>
        <w:tc>
          <w:tcPr>
            <w:tcW w:w="4450" w:type="dxa"/>
            <w:vAlign w:val="center"/>
          </w:tcPr>
          <w:p w14:paraId="60FFB890" w14:textId="77777777" w:rsidR="001512C8" w:rsidRPr="00161078" w:rsidRDefault="00443F1E">
            <w:pPr>
              <w:spacing w:before="20" w:after="20"/>
              <w:jc w:val="left"/>
              <w:rPr>
                <w:lang w:val="pl-PL"/>
              </w:rPr>
            </w:pPr>
            <w:r w:rsidRPr="00161078">
              <w:rPr>
                <w:sz w:val="16"/>
                <w:lang w:val="pl-PL"/>
              </w:rPr>
              <w:t xml:space="preserve">CD11c-APC, BU15, 0.5 </w:t>
            </w:r>
            <w:proofErr w:type="spellStart"/>
            <w:r w:rsidRPr="00161078">
              <w:rPr>
                <w:sz w:val="16"/>
                <w:lang w:val="pl-PL"/>
              </w:rPr>
              <w:t>mL</w:t>
            </w:r>
            <w:proofErr w:type="spellEnd"/>
            <w:r w:rsidRPr="00161078">
              <w:rPr>
                <w:sz w:val="16"/>
                <w:lang w:val="pl-PL"/>
              </w:rPr>
              <w:t>, ASR</w:t>
            </w:r>
          </w:p>
        </w:tc>
        <w:tc>
          <w:tcPr>
            <w:tcW w:w="1720" w:type="dxa"/>
            <w:vAlign w:val="center"/>
          </w:tcPr>
          <w:p w14:paraId="4D584E8B" w14:textId="77777777" w:rsidR="001512C8" w:rsidRPr="00161078" w:rsidRDefault="00443F1E">
            <w:pPr>
              <w:spacing w:before="20" w:after="20"/>
              <w:jc w:val="center"/>
              <w:rPr>
                <w:lang w:val="pl-PL"/>
              </w:rPr>
            </w:pPr>
            <w:r w:rsidRPr="00161078">
              <w:rPr>
                <w:sz w:val="16"/>
                <w:lang w:val="pl-PL"/>
              </w:rPr>
              <w:t>0,5ml</w:t>
            </w:r>
          </w:p>
        </w:tc>
        <w:tc>
          <w:tcPr>
            <w:tcW w:w="640" w:type="dxa"/>
            <w:vAlign w:val="center"/>
          </w:tcPr>
          <w:p w14:paraId="4FCA095B"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14D5C041" w14:textId="77777777" w:rsidR="001512C8" w:rsidRPr="00161078" w:rsidRDefault="00056A14">
            <w:pPr>
              <w:spacing w:before="20" w:after="20"/>
              <w:jc w:val="center"/>
              <w:rPr>
                <w:lang w:val="pl-PL"/>
              </w:rPr>
            </w:pPr>
            <w:r>
              <w:rPr>
                <w:sz w:val="16"/>
                <w:lang w:val="pl-PL"/>
              </w:rPr>
              <w:t>2</w:t>
            </w:r>
          </w:p>
        </w:tc>
        <w:tc>
          <w:tcPr>
            <w:tcW w:w="1250" w:type="dxa"/>
            <w:vAlign w:val="center"/>
          </w:tcPr>
          <w:p w14:paraId="673D2912" w14:textId="77777777" w:rsidR="001512C8" w:rsidRPr="00161078" w:rsidRDefault="001512C8">
            <w:pPr>
              <w:spacing w:before="20" w:after="20"/>
              <w:jc w:val="center"/>
              <w:rPr>
                <w:lang w:val="pl-PL"/>
              </w:rPr>
            </w:pPr>
          </w:p>
        </w:tc>
        <w:tc>
          <w:tcPr>
            <w:tcW w:w="620" w:type="dxa"/>
            <w:vAlign w:val="center"/>
          </w:tcPr>
          <w:p w14:paraId="305D7EDE" w14:textId="77777777" w:rsidR="001512C8" w:rsidRPr="00161078" w:rsidRDefault="001512C8">
            <w:pPr>
              <w:spacing w:before="20" w:after="20"/>
              <w:jc w:val="center"/>
              <w:rPr>
                <w:lang w:val="pl-PL"/>
              </w:rPr>
            </w:pPr>
          </w:p>
        </w:tc>
        <w:tc>
          <w:tcPr>
            <w:tcW w:w="1250" w:type="dxa"/>
            <w:vAlign w:val="center"/>
          </w:tcPr>
          <w:p w14:paraId="0DD8D0A3" w14:textId="77777777" w:rsidR="001512C8" w:rsidRPr="00161078" w:rsidRDefault="001512C8">
            <w:pPr>
              <w:spacing w:before="20" w:after="20"/>
              <w:jc w:val="center"/>
              <w:rPr>
                <w:lang w:val="pl-PL"/>
              </w:rPr>
            </w:pPr>
          </w:p>
        </w:tc>
        <w:tc>
          <w:tcPr>
            <w:tcW w:w="1350" w:type="dxa"/>
            <w:vAlign w:val="center"/>
          </w:tcPr>
          <w:p w14:paraId="51C8A35A" w14:textId="77777777" w:rsidR="001512C8" w:rsidRPr="00161078" w:rsidRDefault="001512C8">
            <w:pPr>
              <w:spacing w:before="20" w:after="20"/>
              <w:jc w:val="center"/>
              <w:rPr>
                <w:lang w:val="pl-PL"/>
              </w:rPr>
            </w:pPr>
          </w:p>
        </w:tc>
        <w:tc>
          <w:tcPr>
            <w:tcW w:w="1350" w:type="dxa"/>
            <w:vAlign w:val="center"/>
          </w:tcPr>
          <w:p w14:paraId="192F9EFF" w14:textId="77777777" w:rsidR="001512C8" w:rsidRPr="00161078" w:rsidRDefault="001512C8">
            <w:pPr>
              <w:spacing w:before="20" w:after="20"/>
              <w:jc w:val="center"/>
              <w:rPr>
                <w:lang w:val="pl-PL"/>
              </w:rPr>
            </w:pPr>
          </w:p>
        </w:tc>
      </w:tr>
      <w:tr w:rsidR="001512C8" w:rsidRPr="00161078" w14:paraId="00A7C571" w14:textId="77777777" w:rsidTr="00795294">
        <w:trPr>
          <w:jc w:val="center"/>
        </w:trPr>
        <w:tc>
          <w:tcPr>
            <w:tcW w:w="420" w:type="dxa"/>
            <w:vAlign w:val="center"/>
          </w:tcPr>
          <w:p w14:paraId="5BF632F7" w14:textId="77777777" w:rsidR="001512C8" w:rsidRPr="00161078" w:rsidRDefault="00443F1E">
            <w:pPr>
              <w:spacing w:before="20" w:after="20"/>
              <w:jc w:val="center"/>
              <w:rPr>
                <w:lang w:val="pl-PL"/>
              </w:rPr>
            </w:pPr>
            <w:permStart w:id="781795683" w:edGrp="everyone" w:colFirst="5" w:colLast="5"/>
            <w:permStart w:id="1714446411" w:edGrp="everyone" w:colFirst="6" w:colLast="6"/>
            <w:permStart w:id="445779982" w:edGrp="everyone" w:colFirst="7" w:colLast="7"/>
            <w:permStart w:id="566821481" w:edGrp="everyone" w:colFirst="8" w:colLast="8"/>
            <w:permStart w:id="628574673" w:edGrp="everyone" w:colFirst="9" w:colLast="9"/>
            <w:permEnd w:id="701317415"/>
            <w:permEnd w:id="947284446"/>
            <w:permEnd w:id="233126482"/>
            <w:permEnd w:id="829696844"/>
            <w:permEnd w:id="1008300708"/>
            <w:r w:rsidRPr="00161078">
              <w:rPr>
                <w:sz w:val="16"/>
                <w:lang w:val="pl-PL"/>
              </w:rPr>
              <w:t>40</w:t>
            </w:r>
          </w:p>
        </w:tc>
        <w:tc>
          <w:tcPr>
            <w:tcW w:w="4450" w:type="dxa"/>
            <w:vAlign w:val="center"/>
          </w:tcPr>
          <w:p w14:paraId="0F0E0686" w14:textId="77777777" w:rsidR="001512C8" w:rsidRPr="00801A1C" w:rsidRDefault="00443F1E">
            <w:pPr>
              <w:spacing w:before="20" w:after="20"/>
              <w:jc w:val="left"/>
            </w:pPr>
            <w:r w:rsidRPr="00801A1C">
              <w:rPr>
                <w:sz w:val="16"/>
              </w:rPr>
              <w:t>CD14-SNv650, RMO52, 50 Tests, RUO</w:t>
            </w:r>
          </w:p>
        </w:tc>
        <w:tc>
          <w:tcPr>
            <w:tcW w:w="1720" w:type="dxa"/>
            <w:vAlign w:val="center"/>
          </w:tcPr>
          <w:p w14:paraId="281CFF86" w14:textId="77777777" w:rsidR="001512C8" w:rsidRPr="00161078" w:rsidRDefault="00443F1E">
            <w:pPr>
              <w:spacing w:before="20" w:after="20"/>
              <w:jc w:val="center"/>
              <w:rPr>
                <w:lang w:val="pl-PL"/>
              </w:rPr>
            </w:pPr>
            <w:r w:rsidRPr="00161078">
              <w:rPr>
                <w:sz w:val="16"/>
                <w:lang w:val="pl-PL"/>
              </w:rPr>
              <w:t xml:space="preserve">50 </w:t>
            </w:r>
            <w:proofErr w:type="spellStart"/>
            <w:r w:rsidRPr="00161078">
              <w:rPr>
                <w:sz w:val="16"/>
                <w:lang w:val="pl-PL"/>
              </w:rPr>
              <w:t>tests</w:t>
            </w:r>
            <w:proofErr w:type="spellEnd"/>
          </w:p>
        </w:tc>
        <w:tc>
          <w:tcPr>
            <w:tcW w:w="640" w:type="dxa"/>
            <w:vAlign w:val="center"/>
          </w:tcPr>
          <w:p w14:paraId="7B837E09"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7E870E9C" w14:textId="77777777" w:rsidR="001512C8" w:rsidRPr="00161078" w:rsidRDefault="00056A14">
            <w:pPr>
              <w:spacing w:before="20" w:after="20"/>
              <w:jc w:val="center"/>
              <w:rPr>
                <w:lang w:val="pl-PL"/>
              </w:rPr>
            </w:pPr>
            <w:r>
              <w:rPr>
                <w:sz w:val="16"/>
                <w:lang w:val="pl-PL"/>
              </w:rPr>
              <w:t>5</w:t>
            </w:r>
          </w:p>
        </w:tc>
        <w:tc>
          <w:tcPr>
            <w:tcW w:w="1250" w:type="dxa"/>
            <w:vAlign w:val="center"/>
          </w:tcPr>
          <w:p w14:paraId="1E4873E1" w14:textId="77777777" w:rsidR="001512C8" w:rsidRPr="00161078" w:rsidRDefault="001512C8">
            <w:pPr>
              <w:spacing w:before="20" w:after="20"/>
              <w:jc w:val="center"/>
              <w:rPr>
                <w:lang w:val="pl-PL"/>
              </w:rPr>
            </w:pPr>
          </w:p>
        </w:tc>
        <w:tc>
          <w:tcPr>
            <w:tcW w:w="620" w:type="dxa"/>
            <w:vAlign w:val="center"/>
          </w:tcPr>
          <w:p w14:paraId="5C92464B" w14:textId="77777777" w:rsidR="001512C8" w:rsidRPr="00161078" w:rsidRDefault="001512C8">
            <w:pPr>
              <w:spacing w:before="20" w:after="20"/>
              <w:jc w:val="center"/>
              <w:rPr>
                <w:lang w:val="pl-PL"/>
              </w:rPr>
            </w:pPr>
          </w:p>
        </w:tc>
        <w:tc>
          <w:tcPr>
            <w:tcW w:w="1250" w:type="dxa"/>
            <w:vAlign w:val="center"/>
          </w:tcPr>
          <w:p w14:paraId="729F96FD" w14:textId="77777777" w:rsidR="001512C8" w:rsidRPr="00161078" w:rsidRDefault="001512C8">
            <w:pPr>
              <w:spacing w:before="20" w:after="20"/>
              <w:jc w:val="center"/>
              <w:rPr>
                <w:lang w:val="pl-PL"/>
              </w:rPr>
            </w:pPr>
          </w:p>
        </w:tc>
        <w:tc>
          <w:tcPr>
            <w:tcW w:w="1350" w:type="dxa"/>
            <w:vAlign w:val="center"/>
          </w:tcPr>
          <w:p w14:paraId="6F706FC1" w14:textId="77777777" w:rsidR="001512C8" w:rsidRPr="00161078" w:rsidRDefault="001512C8">
            <w:pPr>
              <w:spacing w:before="20" w:after="20"/>
              <w:jc w:val="center"/>
              <w:rPr>
                <w:lang w:val="pl-PL"/>
              </w:rPr>
            </w:pPr>
          </w:p>
        </w:tc>
        <w:tc>
          <w:tcPr>
            <w:tcW w:w="1350" w:type="dxa"/>
            <w:vAlign w:val="center"/>
          </w:tcPr>
          <w:p w14:paraId="477C2517" w14:textId="77777777" w:rsidR="001512C8" w:rsidRPr="00161078" w:rsidRDefault="001512C8">
            <w:pPr>
              <w:spacing w:before="20" w:after="20"/>
              <w:jc w:val="center"/>
              <w:rPr>
                <w:lang w:val="pl-PL"/>
              </w:rPr>
            </w:pPr>
          </w:p>
        </w:tc>
      </w:tr>
      <w:tr w:rsidR="001512C8" w:rsidRPr="00161078" w14:paraId="46DE9A80" w14:textId="77777777" w:rsidTr="00795294">
        <w:trPr>
          <w:jc w:val="center"/>
        </w:trPr>
        <w:tc>
          <w:tcPr>
            <w:tcW w:w="11610" w:type="dxa"/>
            <w:gridSpan w:val="8"/>
            <w:shd w:val="clear" w:color="auto" w:fill="D9D9D9"/>
            <w:vAlign w:val="center"/>
          </w:tcPr>
          <w:p w14:paraId="4D429D66" w14:textId="77777777" w:rsidR="001512C8" w:rsidRPr="00161078" w:rsidRDefault="00443F1E">
            <w:pPr>
              <w:spacing w:before="20" w:after="20"/>
              <w:jc w:val="right"/>
              <w:rPr>
                <w:lang w:val="pl-PL"/>
              </w:rPr>
            </w:pPr>
            <w:permStart w:id="873164318" w:edGrp="everyone" w:colFirst="1" w:colLast="1"/>
            <w:permStart w:id="2081903804" w:edGrp="everyone" w:colFirst="2" w:colLast="2"/>
            <w:permEnd w:id="781795683"/>
            <w:permEnd w:id="1714446411"/>
            <w:permEnd w:id="445779982"/>
            <w:permEnd w:id="566821481"/>
            <w:permEnd w:id="628574673"/>
            <w:r w:rsidRPr="00161078">
              <w:rPr>
                <w:b/>
                <w:sz w:val="18"/>
                <w:lang w:val="pl-PL"/>
              </w:rPr>
              <w:t>RAZEM (wartość oferty):</w:t>
            </w:r>
          </w:p>
        </w:tc>
        <w:tc>
          <w:tcPr>
            <w:tcW w:w="1350" w:type="dxa"/>
            <w:shd w:val="clear" w:color="auto" w:fill="D9D9D9"/>
            <w:vAlign w:val="center"/>
          </w:tcPr>
          <w:p w14:paraId="0F9D2946" w14:textId="77777777" w:rsidR="001512C8" w:rsidRPr="00161078" w:rsidRDefault="001512C8">
            <w:pPr>
              <w:spacing w:before="20" w:after="20"/>
              <w:jc w:val="center"/>
              <w:rPr>
                <w:lang w:val="pl-PL"/>
              </w:rPr>
            </w:pPr>
          </w:p>
        </w:tc>
        <w:tc>
          <w:tcPr>
            <w:tcW w:w="1350" w:type="dxa"/>
            <w:shd w:val="clear" w:color="auto" w:fill="D9D9D9"/>
            <w:vAlign w:val="center"/>
          </w:tcPr>
          <w:p w14:paraId="1B452664" w14:textId="77777777" w:rsidR="001512C8" w:rsidRPr="00161078" w:rsidRDefault="001512C8">
            <w:pPr>
              <w:spacing w:before="20" w:after="20"/>
              <w:jc w:val="center"/>
              <w:rPr>
                <w:lang w:val="pl-PL"/>
              </w:rPr>
            </w:pPr>
          </w:p>
        </w:tc>
      </w:tr>
      <w:permEnd w:id="873164318"/>
      <w:permEnd w:id="2081903804"/>
    </w:tbl>
    <w:p w14:paraId="64DA07F9" w14:textId="77777777" w:rsidR="001512C8" w:rsidRPr="00161078" w:rsidRDefault="001512C8">
      <w:pPr>
        <w:spacing w:after="40"/>
        <w:rPr>
          <w:lang w:val="pl-PL"/>
        </w:rPr>
      </w:pPr>
    </w:p>
    <w:p w14:paraId="1B70D5BE" w14:textId="4B0167F6" w:rsidR="001512C8" w:rsidRPr="00161078" w:rsidRDefault="00443F1E">
      <w:pPr>
        <w:rPr>
          <w:lang w:val="pl-PL"/>
        </w:rPr>
      </w:pPr>
      <w:r w:rsidRPr="00161078">
        <w:rPr>
          <w:i/>
          <w:sz w:val="18"/>
          <w:lang w:val="pl-PL"/>
        </w:rPr>
        <w:t xml:space="preserve">Wartość netto = ilość </w:t>
      </w:r>
      <w:r w:rsidR="00C853A3" w:rsidRPr="00161078">
        <w:rPr>
          <w:i/>
          <w:sz w:val="18"/>
          <w:lang w:val="pl-PL"/>
        </w:rPr>
        <w:t>przewidywana</w:t>
      </w:r>
      <w:r w:rsidRPr="00161078">
        <w:rPr>
          <w:i/>
          <w:sz w:val="18"/>
          <w:lang w:val="pl-PL"/>
        </w:rPr>
        <w:t xml:space="preserve"> × cena jednostkowa netto. Łączna wartość </w:t>
      </w:r>
      <w:r w:rsidR="004E5ACF" w:rsidRPr="00161078">
        <w:rPr>
          <w:i/>
          <w:sz w:val="18"/>
          <w:lang w:val="pl-PL"/>
        </w:rPr>
        <w:t>net</w:t>
      </w:r>
      <w:r w:rsidRPr="00161078">
        <w:rPr>
          <w:i/>
          <w:sz w:val="18"/>
          <w:lang w:val="pl-PL"/>
        </w:rPr>
        <w:t>to oferty (pozycja „RAZEM”) stanowi podstawę oceny w kryterium oceny ofert. Oferowane produkty muszą spełniać parametry minimalne określone w części III zapytania.</w:t>
      </w:r>
      <w:r w:rsidRPr="00801A1C">
        <w:rPr>
          <w:i/>
          <w:sz w:val="18"/>
          <w:lang w:val="pl-PL"/>
        </w:rPr>
        <w:t xml:space="preserve">  Ceny należy podać w walucie oferty, wskazując walutę. Oferty w walucie innej niż PLN zostaną przeliczone na PLN według średniego kursu NBP z dnia składania ofert (zgodnie z cz. V).</w:t>
      </w:r>
    </w:p>
    <w:p w14:paraId="52C49E48" w14:textId="77777777" w:rsidR="001512C8" w:rsidRPr="00161078" w:rsidRDefault="00443F1E">
      <w:pPr>
        <w:spacing w:before="80" w:after="40"/>
        <w:rPr>
          <w:lang w:val="pl-PL"/>
        </w:rPr>
      </w:pPr>
      <w:r w:rsidRPr="00161078">
        <w:rPr>
          <w:b/>
          <w:lang w:val="pl-PL"/>
        </w:rPr>
        <w:t>Oświadczenia Wykonawcy:</w:t>
      </w:r>
    </w:p>
    <w:p w14:paraId="5BF91C34" w14:textId="77777777" w:rsidR="001512C8" w:rsidRPr="00161078" w:rsidRDefault="00443F1E">
      <w:pPr>
        <w:spacing w:after="80"/>
        <w:ind w:left="340" w:hanging="340"/>
        <w:rPr>
          <w:lang w:val="pl-PL"/>
        </w:rPr>
      </w:pPr>
      <w:r w:rsidRPr="00161078">
        <w:rPr>
          <w:lang w:val="pl-PL"/>
        </w:rPr>
        <w:t>1.  Oświadczamy, że zapoznaliśmy się z zapytaniem ofertowym wraz z załącznikami i nie wnosimy żadnych zastrzeżeń oraz uzyskaliśmy wszelkie konieczne informacje do przygotowania oferty.</w:t>
      </w:r>
    </w:p>
    <w:p w14:paraId="7EBBCDE1" w14:textId="77777777" w:rsidR="001512C8" w:rsidRPr="00161078" w:rsidRDefault="00443F1E">
      <w:pPr>
        <w:spacing w:after="80"/>
        <w:ind w:left="340" w:hanging="340"/>
        <w:rPr>
          <w:lang w:val="pl-PL"/>
        </w:rPr>
      </w:pPr>
      <w:r w:rsidRPr="00161078">
        <w:rPr>
          <w:lang w:val="pl-PL"/>
        </w:rPr>
        <w:t>2.  Oświadczamy, że zapoznaliśmy się z istotnymi postanowieniami umowy (Załącznik nr 4) i nie wnosimy do nich zastrzeżeń.</w:t>
      </w:r>
    </w:p>
    <w:p w14:paraId="05D62C86" w14:textId="77777777" w:rsidR="001512C8" w:rsidRPr="00161078" w:rsidRDefault="00443F1E">
      <w:pPr>
        <w:spacing w:after="80"/>
        <w:ind w:left="340" w:hanging="340"/>
        <w:rPr>
          <w:lang w:val="pl-PL"/>
        </w:rPr>
      </w:pPr>
      <w:r w:rsidRPr="00161078">
        <w:rPr>
          <w:lang w:val="pl-PL"/>
        </w:rPr>
        <w:t>3.  Oświadczamy, że podane ceny obejmują realizację wszystkich zobowiązań Wykonawcy opisanych w zapytaniu ofertowym wraz z załącznikami, w tym koszty dostawy.</w:t>
      </w:r>
    </w:p>
    <w:p w14:paraId="0476C6DB" w14:textId="3BD4691F" w:rsidR="001512C8" w:rsidRPr="00161078" w:rsidRDefault="00443F1E">
      <w:pPr>
        <w:spacing w:after="80"/>
        <w:ind w:left="340" w:hanging="340"/>
        <w:rPr>
          <w:lang w:val="pl-PL"/>
        </w:rPr>
      </w:pPr>
      <w:r w:rsidRPr="00161078">
        <w:rPr>
          <w:lang w:val="pl-PL"/>
        </w:rPr>
        <w:t xml:space="preserve">4.  Oświadczamy, że będziemy realizować dostawy sukcesywnie, na podstawie zamówień e-mailowych, w terminie do </w:t>
      </w:r>
      <w:r w:rsidR="00C86981">
        <w:rPr>
          <w:lang w:val="pl-PL"/>
        </w:rPr>
        <w:t>30</w:t>
      </w:r>
      <w:r w:rsidRPr="00161078">
        <w:rPr>
          <w:lang w:val="pl-PL"/>
        </w:rPr>
        <w:t xml:space="preserve"> dni roboczych od dnia złożenia zamówienia, przy maksymalnie 4 dostawach w miesiącu.</w:t>
      </w:r>
    </w:p>
    <w:p w14:paraId="2B6D87B9" w14:textId="31981662" w:rsidR="007B582D" w:rsidRPr="00161078" w:rsidRDefault="00443F1E" w:rsidP="007B582D">
      <w:pPr>
        <w:spacing w:after="80"/>
        <w:ind w:left="340" w:hanging="340"/>
        <w:rPr>
          <w:lang w:val="pl-PL"/>
        </w:rPr>
      </w:pPr>
      <w:r w:rsidRPr="00161078">
        <w:rPr>
          <w:lang w:val="pl-PL"/>
        </w:rPr>
        <w:t xml:space="preserve">5.  Oświadczamy, iż oferta jest ważna </w:t>
      </w:r>
      <w:r w:rsidR="00211EA2" w:rsidRPr="00161078">
        <w:rPr>
          <w:lang w:val="pl-PL"/>
        </w:rPr>
        <w:t xml:space="preserve">60 dni od terminu </w:t>
      </w:r>
      <w:r w:rsidR="008C78C8" w:rsidRPr="00161078">
        <w:rPr>
          <w:lang w:val="pl-PL"/>
        </w:rPr>
        <w:t>składania</w:t>
      </w:r>
      <w:r w:rsidR="00211EA2" w:rsidRPr="00161078">
        <w:rPr>
          <w:lang w:val="pl-PL"/>
        </w:rPr>
        <w:t xml:space="preserve"> ofert</w:t>
      </w:r>
    </w:p>
    <w:p w14:paraId="55D4D4A3" w14:textId="6A1C76FB" w:rsidR="001512C8" w:rsidRPr="00161078" w:rsidRDefault="007B582D" w:rsidP="007B582D">
      <w:pPr>
        <w:spacing w:after="80"/>
        <w:ind w:left="340" w:hanging="340"/>
        <w:rPr>
          <w:lang w:val="pl-PL"/>
        </w:rPr>
      </w:pPr>
      <w:r w:rsidRPr="00161078">
        <w:rPr>
          <w:lang w:val="pl-PL"/>
        </w:rPr>
        <w:t>6. Oświadczamy, że dokumenty potwierdzające umocowanie do reprezentacji Zamawiający może uzyskać za pomocą bezpłatnych i ogólnodostępnych baz danych (KRS: https://ekrs.ms.gov.pl/, CEIDG: https://aml.ceidg.gov.pl/) — w przypadku reprezentacji na podstawie pełnomocnictwa musi być ono dołączone do oferty.</w:t>
      </w:r>
    </w:p>
    <w:p w14:paraId="60EE56AB" w14:textId="77777777" w:rsidR="001512C8" w:rsidRPr="00161078" w:rsidRDefault="00443F1E">
      <w:pPr>
        <w:spacing w:before="80" w:after="200"/>
        <w:rPr>
          <w:lang w:val="pl-PL"/>
        </w:rPr>
      </w:pPr>
      <w:r w:rsidRPr="00161078">
        <w:rPr>
          <w:lang w:val="pl-PL"/>
        </w:rPr>
        <w:t>Załącznikami do niniejszej oferty są: Oświadczenie o braku podstaw do wykluczenia (Zał. 2); Oświadczenie RODO (Zał. 3); pełnomocnictwo – jeśli dotyczy.</w:t>
      </w:r>
    </w:p>
    <w:p w14:paraId="327FB5B7" w14:textId="77777777" w:rsidR="001512C8" w:rsidRPr="00161078" w:rsidRDefault="00443F1E">
      <w:pPr>
        <w:spacing w:after="0"/>
        <w:jc w:val="right"/>
        <w:rPr>
          <w:lang w:val="pl-PL"/>
        </w:rPr>
      </w:pPr>
      <w:permStart w:id="1309893870" w:edGrp="everyone"/>
      <w:r w:rsidRPr="00161078">
        <w:rPr>
          <w:lang w:val="pl-PL"/>
        </w:rPr>
        <w:lastRenderedPageBreak/>
        <w:t>...............................................</w:t>
      </w:r>
    </w:p>
    <w:permEnd w:id="1309893870"/>
    <w:p w14:paraId="686AEDEB" w14:textId="77777777" w:rsidR="001512C8" w:rsidRPr="00161078" w:rsidRDefault="00443F1E">
      <w:pPr>
        <w:spacing w:after="80"/>
        <w:jc w:val="right"/>
        <w:rPr>
          <w:lang w:val="pl-PL"/>
        </w:rPr>
      </w:pPr>
      <w:r w:rsidRPr="00161078">
        <w:rPr>
          <w:i/>
          <w:sz w:val="18"/>
          <w:lang w:val="pl-PL"/>
        </w:rPr>
        <w:t>(miejscowość, data, czytelny podpis Wykonawcy lub osoby upoważnionej do reprezentacji)</w:t>
      </w:r>
    </w:p>
    <w:p w14:paraId="6936324D" w14:textId="77777777" w:rsidR="001512C8" w:rsidRPr="00161078" w:rsidRDefault="001512C8">
      <w:pPr>
        <w:rPr>
          <w:lang w:val="pl-PL"/>
        </w:rPr>
        <w:sectPr w:rsidR="001512C8" w:rsidRPr="00161078">
          <w:headerReference w:type="default" r:id="rId11"/>
          <w:pgSz w:w="16838" w:h="11906" w:orient="landscape"/>
          <w:pgMar w:top="794" w:right="680" w:bottom="794" w:left="680" w:header="720" w:footer="720" w:gutter="0"/>
          <w:cols w:space="720"/>
          <w:docGrid w:linePitch="360"/>
        </w:sectPr>
      </w:pPr>
    </w:p>
    <w:p w14:paraId="5F349D52" w14:textId="77777777" w:rsidR="001512C8" w:rsidRPr="00161078" w:rsidRDefault="00443F1E">
      <w:pPr>
        <w:jc w:val="right"/>
        <w:rPr>
          <w:lang w:val="pl-PL"/>
        </w:rPr>
      </w:pPr>
      <w:r w:rsidRPr="00161078">
        <w:rPr>
          <w:b/>
          <w:lang w:val="pl-PL"/>
        </w:rPr>
        <w:lastRenderedPageBreak/>
        <w:t>Załącznik nr 2 do Zapytania ofertowego</w:t>
      </w:r>
    </w:p>
    <w:p w14:paraId="00843B78" w14:textId="77777777" w:rsidR="001512C8" w:rsidRPr="00161078" w:rsidRDefault="00443F1E">
      <w:pPr>
        <w:spacing w:after="40"/>
        <w:jc w:val="center"/>
        <w:rPr>
          <w:lang w:val="pl-PL"/>
        </w:rPr>
      </w:pPr>
      <w:r w:rsidRPr="00161078">
        <w:rPr>
          <w:b/>
          <w:sz w:val="24"/>
          <w:lang w:val="pl-PL"/>
        </w:rPr>
        <w:t>OŚWIADCZENIE</w:t>
      </w:r>
    </w:p>
    <w:p w14:paraId="6BEA148D" w14:textId="77777777" w:rsidR="001512C8" w:rsidRPr="00161078" w:rsidRDefault="00443F1E">
      <w:pPr>
        <w:spacing w:after="160"/>
        <w:jc w:val="center"/>
        <w:rPr>
          <w:lang w:val="pl-PL"/>
        </w:rPr>
      </w:pPr>
      <w:r w:rsidRPr="00161078">
        <w:rPr>
          <w:b/>
          <w:sz w:val="22"/>
          <w:lang w:val="pl-PL"/>
        </w:rPr>
        <w:t>O BRAKU PODSTAW DO WYKLUCZENIA Z UDZIAŁU W POSTĘPOWANIU</w:t>
      </w:r>
    </w:p>
    <w:p w14:paraId="0E235AA4" w14:textId="4FBD9CC9" w:rsidR="001512C8" w:rsidRPr="00161078" w:rsidRDefault="00443F1E">
      <w:pPr>
        <w:spacing w:after="80"/>
        <w:rPr>
          <w:lang w:val="pl-PL"/>
        </w:rPr>
      </w:pPr>
      <w:r w:rsidRPr="00161078">
        <w:rPr>
          <w:lang w:val="pl-PL"/>
        </w:rPr>
        <w:t xml:space="preserve">Składając ofertę do zapytania ofertowego na sukcesywną dostawę materiałów zużywalnych i odczynników laboratoryjnych – grupa 6, do </w:t>
      </w:r>
      <w:proofErr w:type="spellStart"/>
      <w:r w:rsidR="00D11FD5">
        <w:rPr>
          <w:lang w:val="pl-PL"/>
        </w:rPr>
        <w:t>cytometrii</w:t>
      </w:r>
      <w:proofErr w:type="spellEnd"/>
      <w:r w:rsidR="00D11FD5">
        <w:rPr>
          <w:lang w:val="pl-PL"/>
        </w:rPr>
        <w:t xml:space="preserve"> przepływowej</w:t>
      </w:r>
      <w:r w:rsidRPr="00161078">
        <w:rPr>
          <w:lang w:val="pl-PL"/>
        </w:rPr>
        <w:t xml:space="preserve"> na potrzeby Przedsiębiorstwa Farmaceutycznego LEK-AM Sp. z o.o. do realizacji projektu „VAX-TCAR”, oświadczam (oświadczamy), że nie ma podstaw do wykluczenia mnie (nas) z postępowania o udzielenie zamówienia z uwagi na powiązania osobowe lub kapitałowe z Zamawiającym, tj. wzajemne powiązania między Zamawiającym lub osobami uprawnionymi do zaciągania zobowiązań w imieniu Zamawiającego lub osobami wykonującymi w imieniu Zamawiającego czynności związane z przygotowaniem i przeprowadzeniem procedury wyboru Wykonawcy a Wykonawcą, polegające w szczególności na:</w:t>
      </w:r>
    </w:p>
    <w:p w14:paraId="7D58F681" w14:textId="77777777" w:rsidR="001512C8" w:rsidRPr="00161078" w:rsidRDefault="00443F1E">
      <w:pPr>
        <w:spacing w:after="80"/>
        <w:ind w:left="340" w:hanging="227"/>
        <w:rPr>
          <w:lang w:val="pl-PL"/>
        </w:rPr>
      </w:pPr>
      <w:r w:rsidRPr="00161078">
        <w:rPr>
          <w:lang w:val="pl-PL"/>
        </w:rPr>
        <w:t>–  uczestniczeniu w spółce jako wspólnik spółki cywilnej lub spółki osobowej, posiadaniu co najmniej 10% udziału lub akcji (o ile niższy próg nie wynika z przepisów prawa), pełnieniu funkcji członka organu nadzorczego lub zarządczego, prokurenta, pełnomocnika;</w:t>
      </w:r>
    </w:p>
    <w:p w14:paraId="58F5A427" w14:textId="77777777" w:rsidR="001512C8" w:rsidRPr="00161078" w:rsidRDefault="00443F1E">
      <w:pPr>
        <w:spacing w:after="80"/>
        <w:ind w:left="340" w:hanging="227"/>
        <w:rPr>
          <w:lang w:val="pl-PL"/>
        </w:rPr>
      </w:pPr>
      <w:r w:rsidRPr="00161078">
        <w:rPr>
          <w:lang w:val="pl-PL"/>
        </w:rPr>
        <w:t>–  pozostawaniu w związku małżeńskim, w stosunku pokrewieństwa lub powinowactwa w linii prostej, pokrewieństwa lub powinowactwa w linii bocznej do drugiego stopnia, lub związaniu z tytułu przysposobienia, opieki lub kurateli albo pozostawaniu we wspólnym pożyciu z Zamawiającym, jego zastępcą prawnym lub członkami organów zarządzających lub nadzorczych Zamawiającego;</w:t>
      </w:r>
    </w:p>
    <w:p w14:paraId="62A75E95" w14:textId="77777777" w:rsidR="001512C8" w:rsidRPr="00161078" w:rsidRDefault="00443F1E">
      <w:pPr>
        <w:spacing w:after="80"/>
        <w:ind w:left="340" w:hanging="227"/>
        <w:rPr>
          <w:lang w:val="pl-PL"/>
        </w:rPr>
      </w:pPr>
      <w:r w:rsidRPr="00161078">
        <w:rPr>
          <w:lang w:val="pl-PL"/>
        </w:rPr>
        <w:t>–  pozostawaniu z Zamawiającym w takim stosunku prawnym lub faktycznym, że istnieje uzasadniona wątpliwość co do bezstronności lub niezależności w związku z postępowaniem o udzielenie zamówienia.</w:t>
      </w:r>
    </w:p>
    <w:p w14:paraId="49E461FB" w14:textId="77777777" w:rsidR="001512C8" w:rsidRPr="00161078" w:rsidRDefault="001512C8">
      <w:pPr>
        <w:spacing w:after="200"/>
        <w:rPr>
          <w:lang w:val="pl-PL"/>
        </w:rPr>
      </w:pPr>
    </w:p>
    <w:p w14:paraId="598FAA95" w14:textId="77777777" w:rsidR="001512C8" w:rsidRPr="00161078" w:rsidRDefault="00443F1E">
      <w:pPr>
        <w:spacing w:after="0"/>
        <w:jc w:val="center"/>
        <w:rPr>
          <w:lang w:val="pl-PL"/>
        </w:rPr>
      </w:pPr>
      <w:permStart w:id="229798996" w:edGrp="everyone"/>
      <w:r w:rsidRPr="00161078">
        <w:rPr>
          <w:lang w:val="pl-PL"/>
        </w:rPr>
        <w:t>...............................................          ...............................................</w:t>
      </w:r>
    </w:p>
    <w:permEnd w:id="229798996"/>
    <w:p w14:paraId="778FEC25" w14:textId="77777777" w:rsidR="001512C8" w:rsidRPr="00161078" w:rsidRDefault="00443F1E">
      <w:pPr>
        <w:spacing w:after="80"/>
        <w:jc w:val="center"/>
        <w:rPr>
          <w:lang w:val="pl-PL"/>
        </w:rPr>
      </w:pPr>
      <w:r w:rsidRPr="00161078">
        <w:rPr>
          <w:i/>
          <w:sz w:val="18"/>
          <w:lang w:val="pl-PL"/>
        </w:rPr>
        <w:t>(miejscowość, data)                                     (czytelny podpis Wykonawcy lub osoby upoważnionej)</w:t>
      </w:r>
    </w:p>
    <w:p w14:paraId="6763355C" w14:textId="77777777" w:rsidR="001512C8" w:rsidRPr="00161078" w:rsidRDefault="001512C8">
      <w:pPr>
        <w:rPr>
          <w:lang w:val="pl-PL"/>
        </w:rPr>
        <w:sectPr w:rsidR="001512C8" w:rsidRPr="00161078">
          <w:pgSz w:w="11906" w:h="16838"/>
          <w:pgMar w:top="1020" w:right="1020" w:bottom="1020" w:left="1020" w:header="720" w:footer="720" w:gutter="0"/>
          <w:cols w:space="720"/>
          <w:docGrid w:linePitch="360"/>
        </w:sectPr>
      </w:pPr>
    </w:p>
    <w:p w14:paraId="6402F63E" w14:textId="77777777" w:rsidR="001512C8" w:rsidRPr="00161078" w:rsidRDefault="00443F1E">
      <w:pPr>
        <w:jc w:val="right"/>
        <w:rPr>
          <w:lang w:val="pl-PL"/>
        </w:rPr>
      </w:pPr>
      <w:r w:rsidRPr="00161078">
        <w:rPr>
          <w:b/>
          <w:lang w:val="pl-PL"/>
        </w:rPr>
        <w:lastRenderedPageBreak/>
        <w:t>Załącznik nr 3 do Zapytania ofertowego</w:t>
      </w:r>
    </w:p>
    <w:p w14:paraId="60AD90F9" w14:textId="77777777" w:rsidR="001512C8" w:rsidRPr="00161078" w:rsidRDefault="00443F1E">
      <w:pPr>
        <w:spacing w:after="40"/>
        <w:jc w:val="center"/>
        <w:rPr>
          <w:lang w:val="pl-PL"/>
        </w:rPr>
      </w:pPr>
      <w:r w:rsidRPr="00161078">
        <w:rPr>
          <w:b/>
          <w:sz w:val="24"/>
          <w:lang w:val="pl-PL"/>
        </w:rPr>
        <w:t>OŚWIADCZENIE WYKONAWCY</w:t>
      </w:r>
    </w:p>
    <w:p w14:paraId="7D9F823C" w14:textId="77777777" w:rsidR="001512C8" w:rsidRPr="00161078" w:rsidRDefault="00443F1E">
      <w:pPr>
        <w:spacing w:after="160"/>
        <w:jc w:val="center"/>
        <w:rPr>
          <w:lang w:val="pl-PL"/>
        </w:rPr>
      </w:pPr>
      <w:r w:rsidRPr="00161078">
        <w:rPr>
          <w:b/>
          <w:sz w:val="22"/>
          <w:lang w:val="pl-PL"/>
        </w:rPr>
        <w:t>w zakresie wypełnienia obowiązków informacyjnych przewidzianych w art. 13 lub art. 14 RODO</w:t>
      </w:r>
    </w:p>
    <w:p w14:paraId="6B543992" w14:textId="77777777" w:rsidR="001512C8" w:rsidRPr="00161078" w:rsidRDefault="00443F1E">
      <w:pPr>
        <w:spacing w:after="200"/>
        <w:rPr>
          <w:lang w:val="pl-PL"/>
        </w:rPr>
      </w:pPr>
      <w:r w:rsidRPr="00161078">
        <w:rPr>
          <w:lang w:val="pl-PL"/>
        </w:rPr>
        <w:t>Oświadczam, że wypełniłem obowiązki informacyjne przewidziane w art. 13 lub art. 14 RODO wobec osób fizycznych, od których dane osobowe bezpośrednio lub pośrednio pozyskałem w celu ubiegania się o udzielenie zamówienia w niniejszym postępowaniu.</w:t>
      </w:r>
    </w:p>
    <w:p w14:paraId="193186F5" w14:textId="77777777" w:rsidR="001512C8" w:rsidRPr="00161078" w:rsidRDefault="00443F1E">
      <w:pPr>
        <w:spacing w:after="0"/>
        <w:jc w:val="center"/>
        <w:rPr>
          <w:lang w:val="pl-PL"/>
        </w:rPr>
      </w:pPr>
      <w:permStart w:id="2059411944" w:edGrp="everyone"/>
      <w:r w:rsidRPr="00161078">
        <w:rPr>
          <w:lang w:val="pl-PL"/>
        </w:rPr>
        <w:t>...............................................          ...............................................</w:t>
      </w:r>
    </w:p>
    <w:permEnd w:id="2059411944"/>
    <w:p w14:paraId="1C1334A8" w14:textId="77777777" w:rsidR="001512C8" w:rsidRPr="00161078" w:rsidRDefault="00443F1E">
      <w:pPr>
        <w:spacing w:after="80"/>
        <w:jc w:val="center"/>
        <w:rPr>
          <w:lang w:val="pl-PL"/>
        </w:rPr>
      </w:pPr>
      <w:r w:rsidRPr="00161078">
        <w:rPr>
          <w:i/>
          <w:sz w:val="18"/>
          <w:lang w:val="pl-PL"/>
        </w:rPr>
        <w:t>(miejscowość, data)                                     (podpis Wykonawcy lub upełnomocnionego przedstawiciela)</w:t>
      </w:r>
    </w:p>
    <w:p w14:paraId="27D7C7BB" w14:textId="77777777" w:rsidR="001512C8" w:rsidRPr="00161078" w:rsidRDefault="001512C8">
      <w:pPr>
        <w:rPr>
          <w:lang w:val="pl-PL"/>
        </w:rPr>
        <w:sectPr w:rsidR="001512C8" w:rsidRPr="00161078">
          <w:pgSz w:w="11906" w:h="16838"/>
          <w:pgMar w:top="1020" w:right="1020" w:bottom="1020" w:left="1020" w:header="720" w:footer="720" w:gutter="0"/>
          <w:cols w:space="720"/>
          <w:docGrid w:linePitch="360"/>
        </w:sectPr>
      </w:pPr>
    </w:p>
    <w:p w14:paraId="1C161B57" w14:textId="77777777" w:rsidR="001512C8" w:rsidRPr="00161078" w:rsidRDefault="00443F1E">
      <w:pPr>
        <w:jc w:val="right"/>
        <w:rPr>
          <w:lang w:val="pl-PL"/>
        </w:rPr>
      </w:pPr>
      <w:r w:rsidRPr="00161078">
        <w:rPr>
          <w:b/>
          <w:lang w:val="pl-PL"/>
        </w:rPr>
        <w:lastRenderedPageBreak/>
        <w:t>Załącznik nr 4 do Zapytania ofertowego</w:t>
      </w:r>
    </w:p>
    <w:p w14:paraId="17239A3F" w14:textId="77777777" w:rsidR="001512C8" w:rsidRPr="00161078" w:rsidRDefault="00443F1E">
      <w:pPr>
        <w:spacing w:after="160"/>
        <w:jc w:val="center"/>
        <w:rPr>
          <w:lang w:val="pl-PL"/>
        </w:rPr>
      </w:pPr>
      <w:r w:rsidRPr="00161078">
        <w:rPr>
          <w:b/>
          <w:sz w:val="24"/>
          <w:lang w:val="pl-PL"/>
        </w:rPr>
        <w:t>ISTOTNE POSTANOWIENIA UMOWY</w:t>
      </w:r>
    </w:p>
    <w:p w14:paraId="4BE11ADC" w14:textId="77777777" w:rsidR="001512C8" w:rsidRPr="00161078" w:rsidRDefault="00443F1E">
      <w:pPr>
        <w:spacing w:after="40"/>
        <w:rPr>
          <w:lang w:val="pl-PL"/>
        </w:rPr>
      </w:pPr>
      <w:r w:rsidRPr="00161078">
        <w:rPr>
          <w:b/>
          <w:lang w:val="pl-PL"/>
        </w:rPr>
        <w:t>Przedmiot i okres umowy</w:t>
      </w:r>
    </w:p>
    <w:p w14:paraId="6FF59655" w14:textId="77777777" w:rsidR="001512C8" w:rsidRPr="00161078" w:rsidRDefault="00443F1E">
      <w:pPr>
        <w:spacing w:after="80"/>
        <w:ind w:left="340" w:hanging="227"/>
        <w:rPr>
          <w:lang w:val="pl-PL"/>
        </w:rPr>
      </w:pPr>
      <w:r w:rsidRPr="00161078">
        <w:rPr>
          <w:lang w:val="pl-PL"/>
        </w:rPr>
        <w:t>–  Przedmiotem umowy jest sukcesywna dostawa materiałów zużywalnych i odczynników laboratoryjnych – grupa 6, zgodnie z zapytaniem ofertowym i ofertą Wykonawcy. Umowa zostaje zawarta na okres 12 miesięcy od dnia jej zawarcia.</w:t>
      </w:r>
    </w:p>
    <w:p w14:paraId="3B951F95" w14:textId="610E0554" w:rsidR="001512C8" w:rsidRPr="00161078" w:rsidRDefault="00443F1E">
      <w:pPr>
        <w:spacing w:after="80"/>
        <w:ind w:left="340" w:hanging="227"/>
        <w:rPr>
          <w:lang w:val="pl-PL"/>
        </w:rPr>
      </w:pPr>
      <w:r w:rsidRPr="00161078">
        <w:rPr>
          <w:lang w:val="pl-PL"/>
        </w:rPr>
        <w:t xml:space="preserve">–  Dostawy realizowane są na podstawie zamówień składanych drogą elektroniczną, w terminie do </w:t>
      </w:r>
      <w:r w:rsidR="00A912C4">
        <w:rPr>
          <w:lang w:val="pl-PL"/>
        </w:rPr>
        <w:t>30</w:t>
      </w:r>
      <w:r w:rsidRPr="00161078">
        <w:rPr>
          <w:lang w:val="pl-PL"/>
        </w:rPr>
        <w:t xml:space="preserve"> dni roboczych od złożenia zamówienia, przy maksymalnie 4 dostawach w miesiącu.</w:t>
      </w:r>
    </w:p>
    <w:p w14:paraId="62E975C3" w14:textId="77777777" w:rsidR="001512C8" w:rsidRPr="00161078" w:rsidRDefault="00443F1E">
      <w:pPr>
        <w:spacing w:after="80"/>
        <w:ind w:left="340" w:hanging="227"/>
        <w:rPr>
          <w:lang w:val="pl-PL"/>
        </w:rPr>
      </w:pPr>
      <w:r w:rsidRPr="00161078">
        <w:rPr>
          <w:lang w:val="pl-PL"/>
        </w:rPr>
        <w:t>–  Ceny jednostkowe określone w ofercie są stałe przez cały okres obowiązywania umowy. Rozliczeniu podlegają wyłącznie faktycznie zamówione i dostarczone produkty. Zamawiającemu przysługuje prawo ograniczenia ilości lub rezygnacji z wybranych pozycji, bez roszczeń Wykonawcy z tego tytułu.</w:t>
      </w:r>
    </w:p>
    <w:p w14:paraId="3157A37D" w14:textId="77777777" w:rsidR="001512C8" w:rsidRPr="00161078" w:rsidRDefault="00443F1E">
      <w:pPr>
        <w:spacing w:before="80" w:after="40"/>
        <w:rPr>
          <w:lang w:val="pl-PL"/>
        </w:rPr>
      </w:pPr>
      <w:r w:rsidRPr="00161078">
        <w:rPr>
          <w:b/>
          <w:lang w:val="pl-PL"/>
        </w:rPr>
        <w:t>Odbiory i reklamacje</w:t>
      </w:r>
    </w:p>
    <w:p w14:paraId="0A27D099" w14:textId="77777777" w:rsidR="001512C8" w:rsidRPr="00161078" w:rsidRDefault="00443F1E">
      <w:pPr>
        <w:spacing w:after="80"/>
        <w:ind w:left="340" w:hanging="227"/>
        <w:rPr>
          <w:lang w:val="pl-PL"/>
        </w:rPr>
      </w:pPr>
      <w:r w:rsidRPr="00161078">
        <w:rPr>
          <w:lang w:val="pl-PL"/>
        </w:rPr>
        <w:t>–  Podstawą rozliczenia każdej dostawy jest dokument odbioru (protokół odbioru / dokument WZ) podpisany bez zastrzeżeń przez obie strony.</w:t>
      </w:r>
    </w:p>
    <w:p w14:paraId="347A3D6C" w14:textId="0BDD089D" w:rsidR="001512C8" w:rsidRPr="00161078" w:rsidRDefault="00443F1E">
      <w:pPr>
        <w:spacing w:after="80"/>
        <w:ind w:left="340" w:hanging="227"/>
        <w:rPr>
          <w:lang w:val="pl-PL"/>
        </w:rPr>
      </w:pPr>
      <w:r w:rsidRPr="00161078">
        <w:rPr>
          <w:lang w:val="pl-PL"/>
        </w:rPr>
        <w:t xml:space="preserve">–  W przypadku stwierdzenia wad lub niezgodności dostarczonych materiałów z zamówieniem Zamawiający zgłasza reklamację, a Wykonawca wymienia wadliwą partię na wolną od wad w terminie </w:t>
      </w:r>
      <w:r w:rsidR="0072607B" w:rsidRPr="00161078">
        <w:rPr>
          <w:lang w:val="pl-PL"/>
        </w:rPr>
        <w:t>14</w:t>
      </w:r>
      <w:r w:rsidRPr="00161078">
        <w:rPr>
          <w:lang w:val="pl-PL"/>
        </w:rPr>
        <w:t xml:space="preserve"> dni roboczych od zgłoszenia, na własny koszt.</w:t>
      </w:r>
    </w:p>
    <w:p w14:paraId="509328C8" w14:textId="77777777" w:rsidR="001512C8" w:rsidRPr="00161078" w:rsidRDefault="00443F1E">
      <w:pPr>
        <w:spacing w:before="80" w:after="40"/>
        <w:rPr>
          <w:lang w:val="pl-PL"/>
        </w:rPr>
      </w:pPr>
      <w:r w:rsidRPr="00161078">
        <w:rPr>
          <w:b/>
          <w:lang w:val="pl-PL"/>
        </w:rPr>
        <w:t>Kary umowne</w:t>
      </w:r>
    </w:p>
    <w:p w14:paraId="16709A5A" w14:textId="77777777" w:rsidR="001512C8" w:rsidRPr="00161078" w:rsidRDefault="00443F1E">
      <w:pPr>
        <w:spacing w:after="80"/>
        <w:ind w:left="340" w:hanging="227"/>
        <w:rPr>
          <w:lang w:val="pl-PL"/>
        </w:rPr>
      </w:pPr>
      <w:r w:rsidRPr="00161078">
        <w:rPr>
          <w:lang w:val="pl-PL"/>
        </w:rPr>
        <w:t>–  W przypadku zwłoki w realizacji pojedynczej dostawy Wykonawca zapłaci karę umowną w wysokości 0,5% wartości netto opóźnionej dostawy za każdy dzień zwłoki.</w:t>
      </w:r>
    </w:p>
    <w:p w14:paraId="78DE34D3" w14:textId="77777777" w:rsidR="001512C8" w:rsidRPr="00161078" w:rsidRDefault="00443F1E">
      <w:pPr>
        <w:spacing w:after="80"/>
        <w:ind w:left="340" w:hanging="227"/>
        <w:rPr>
          <w:lang w:val="pl-PL"/>
        </w:rPr>
      </w:pPr>
      <w:r w:rsidRPr="00161078">
        <w:rPr>
          <w:lang w:val="pl-PL"/>
        </w:rPr>
        <w:t>–  W przypadku zwłoki w wymianie wadliwej partii w ramach reklamacji Wykonawca zapłaci karę umowną w wysokości 0,2% wartości netto reklamowanej partii za każdy dzień zwłoki.</w:t>
      </w:r>
    </w:p>
    <w:p w14:paraId="7F9D8373" w14:textId="77777777" w:rsidR="001512C8" w:rsidRPr="00161078" w:rsidRDefault="00443F1E">
      <w:pPr>
        <w:spacing w:after="80"/>
        <w:ind w:left="340" w:hanging="227"/>
        <w:rPr>
          <w:lang w:val="pl-PL"/>
        </w:rPr>
      </w:pPr>
      <w:r w:rsidRPr="00161078">
        <w:rPr>
          <w:lang w:val="pl-PL"/>
        </w:rPr>
        <w:t>–  Łączna wysokość kar umownych nie może przekroczyć 15% łącznej wartości netto umowy. Zastrzeżenie kar umownych nie pozbawia Zamawiającego prawa dochodzenia odszkodowania przewyższającego ich wysokość na zasadach ogólnych.</w:t>
      </w:r>
    </w:p>
    <w:p w14:paraId="58C8DC45" w14:textId="77777777" w:rsidR="001512C8" w:rsidRPr="00161078" w:rsidRDefault="00443F1E">
      <w:pPr>
        <w:spacing w:before="80" w:after="40"/>
        <w:rPr>
          <w:lang w:val="pl-PL"/>
        </w:rPr>
      </w:pPr>
      <w:r w:rsidRPr="00161078">
        <w:rPr>
          <w:b/>
          <w:lang w:val="pl-PL"/>
        </w:rPr>
        <w:t>Płatności</w:t>
      </w:r>
    </w:p>
    <w:p w14:paraId="2CB728E5" w14:textId="77777777" w:rsidR="001512C8" w:rsidRPr="00161078" w:rsidRDefault="00443F1E">
      <w:pPr>
        <w:spacing w:after="80"/>
        <w:ind w:left="340" w:hanging="227"/>
        <w:rPr>
          <w:lang w:val="pl-PL"/>
        </w:rPr>
      </w:pPr>
      <w:r w:rsidRPr="00161078">
        <w:rPr>
          <w:lang w:val="pl-PL"/>
        </w:rPr>
        <w:t>–  Rozliczenie następuje po każdej zrealizowanej dostawie, na podstawie prawidłowo wystawionej faktury oraz podpisanego bez zastrzeżeń dokumentu odbioru. Termin płatności wynosi do 30 dni od dnia doręczenia prawidłowo wystawionej faktury. Płatność uważa się za zrealizowaną w dniu obciążenia rachunku Zamawiającego.</w:t>
      </w:r>
    </w:p>
    <w:p w14:paraId="09A8AD44" w14:textId="77777777" w:rsidR="001512C8" w:rsidRPr="00161078" w:rsidRDefault="00443F1E">
      <w:pPr>
        <w:spacing w:before="80" w:after="40"/>
        <w:rPr>
          <w:lang w:val="pl-PL"/>
        </w:rPr>
      </w:pPr>
      <w:r w:rsidRPr="00161078">
        <w:rPr>
          <w:b/>
          <w:lang w:val="pl-PL"/>
        </w:rPr>
        <w:t>Odstąpienie od umowy i zmiany umowy</w:t>
      </w:r>
    </w:p>
    <w:p w14:paraId="270BB58A" w14:textId="77777777" w:rsidR="001512C8" w:rsidRPr="00161078" w:rsidRDefault="00443F1E">
      <w:pPr>
        <w:spacing w:after="80"/>
        <w:ind w:left="340" w:hanging="227"/>
        <w:rPr>
          <w:lang w:val="pl-PL"/>
        </w:rPr>
      </w:pPr>
      <w:r w:rsidRPr="00161078">
        <w:rPr>
          <w:lang w:val="pl-PL"/>
        </w:rPr>
        <w:t>–  Zamawiający może odstąpić od umowy w całości lub w części, w szczególności gdy Wykonawca, mimo wezwania, pozostaje w zwłoce z realizacją dostaw lub dostarcza materiały wadliwe bądź niezgodne z umową i nie usuwa naruszeń w wyznaczonym dodatkowym terminie.</w:t>
      </w:r>
    </w:p>
    <w:p w14:paraId="07402C94" w14:textId="77777777" w:rsidR="001512C8" w:rsidRPr="00161078" w:rsidRDefault="00443F1E">
      <w:pPr>
        <w:spacing w:after="80"/>
        <w:ind w:left="340" w:hanging="227"/>
        <w:rPr>
          <w:lang w:val="pl-PL"/>
        </w:rPr>
      </w:pPr>
      <w:r w:rsidRPr="00161078">
        <w:rPr>
          <w:lang w:val="pl-PL"/>
        </w:rPr>
        <w:t>–  Dopuszczalne zmiany umowy określa część XII zapytania ofertowego. Zmiany umowy wymagają formy pisemnej pod rygorem nieważności.</w:t>
      </w:r>
    </w:p>
    <w:p w14:paraId="43FADB25" w14:textId="77777777" w:rsidR="001512C8" w:rsidRPr="00161078" w:rsidRDefault="00443F1E">
      <w:pPr>
        <w:spacing w:after="80"/>
        <w:ind w:left="340" w:hanging="227"/>
        <w:rPr>
          <w:lang w:val="pl-PL"/>
        </w:rPr>
      </w:pPr>
      <w:r w:rsidRPr="00161078">
        <w:rPr>
          <w:lang w:val="pl-PL"/>
        </w:rPr>
        <w:t>–  W sprawach nieuregulowanych stosuje się przepisy Kodeksu cywilnego oraz postanowienia Umowy o dofinansowanie i Regulaminu Konkursu TRANSMED I.</w:t>
      </w:r>
    </w:p>
    <w:sectPr w:rsidR="001512C8" w:rsidRPr="00161078" w:rsidSect="00034616">
      <w:pgSz w:w="11906" w:h="16838"/>
      <w:pgMar w:top="1020" w:right="1020" w:bottom="102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66FD1" w14:textId="77777777" w:rsidR="007150AE" w:rsidRDefault="007150AE" w:rsidP="007A5F46">
      <w:pPr>
        <w:spacing w:after="0" w:line="240" w:lineRule="auto"/>
      </w:pPr>
      <w:r>
        <w:separator/>
      </w:r>
    </w:p>
  </w:endnote>
  <w:endnote w:type="continuationSeparator" w:id="0">
    <w:p w14:paraId="7DB74494" w14:textId="77777777" w:rsidR="007150AE" w:rsidRDefault="007150AE" w:rsidP="007A5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4D7C5" w14:textId="77777777" w:rsidR="007150AE" w:rsidRDefault="007150AE" w:rsidP="007A5F46">
      <w:pPr>
        <w:spacing w:after="0" w:line="240" w:lineRule="auto"/>
      </w:pPr>
      <w:r>
        <w:separator/>
      </w:r>
    </w:p>
  </w:footnote>
  <w:footnote w:type="continuationSeparator" w:id="0">
    <w:p w14:paraId="3CA2838B" w14:textId="77777777" w:rsidR="007150AE" w:rsidRDefault="007150AE" w:rsidP="007A5F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97D4D" w14:textId="7ABA7D84" w:rsidR="007A5F46" w:rsidRDefault="007A5F46">
    <w:pPr>
      <w:pStyle w:val="Nagwek"/>
    </w:pPr>
    <w:r>
      <w:rPr>
        <w:noProof/>
      </w:rPr>
      <w:drawing>
        <wp:inline distT="0" distB="0" distL="0" distR="0" wp14:anchorId="6C3CE474" wp14:editId="77151F30">
          <wp:extent cx="1438275" cy="5524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38275" cy="552450"/>
                  </a:xfrm>
                  <a:prstGeom prst="rect">
                    <a:avLst/>
                  </a:prstGeom>
                </pic:spPr>
              </pic:pic>
            </a:graphicData>
          </a:graphic>
        </wp:inline>
      </w:drawing>
    </w:r>
  </w:p>
  <w:p w14:paraId="327E61A4" w14:textId="77777777" w:rsidR="007A5F46" w:rsidRDefault="007A5F4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37EA5D08"/>
    <w:multiLevelType w:val="hybridMultilevel"/>
    <w:tmpl w:val="145A4246"/>
    <w:lvl w:ilvl="0" w:tplc="CE5C5BA4">
      <w:numFmt w:val="bullet"/>
      <w:lvlText w:val="–"/>
      <w:lvlJc w:val="left"/>
      <w:pPr>
        <w:ind w:left="360" w:hanging="360"/>
      </w:pPr>
      <w:rPr>
        <w:rFonts w:ascii="Calibri" w:eastAsiaTheme="minorEastAsia" w:hAnsi="Calibri" w:cs="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58A62B15"/>
    <w:multiLevelType w:val="hybridMultilevel"/>
    <w:tmpl w:val="7326DE82"/>
    <w:lvl w:ilvl="0" w:tplc="56DE1060">
      <w:numFmt w:val="bullet"/>
      <w:lvlText w:val="-"/>
      <w:lvlJc w:val="left"/>
      <w:pPr>
        <w:ind w:left="473" w:hanging="360"/>
      </w:pPr>
      <w:rPr>
        <w:rFonts w:ascii="Calibri" w:eastAsiaTheme="minorEastAsia" w:hAnsi="Calibri" w:cs="Calibri" w:hint="default"/>
      </w:rPr>
    </w:lvl>
    <w:lvl w:ilvl="1" w:tplc="04150003" w:tentative="1">
      <w:start w:val="1"/>
      <w:numFmt w:val="bullet"/>
      <w:lvlText w:val="o"/>
      <w:lvlJc w:val="left"/>
      <w:pPr>
        <w:ind w:left="1193" w:hanging="360"/>
      </w:pPr>
      <w:rPr>
        <w:rFonts w:ascii="Courier New" w:hAnsi="Courier New" w:cs="Courier New" w:hint="default"/>
      </w:rPr>
    </w:lvl>
    <w:lvl w:ilvl="2" w:tplc="04150005" w:tentative="1">
      <w:start w:val="1"/>
      <w:numFmt w:val="bullet"/>
      <w:lvlText w:val=""/>
      <w:lvlJc w:val="left"/>
      <w:pPr>
        <w:ind w:left="1913" w:hanging="360"/>
      </w:pPr>
      <w:rPr>
        <w:rFonts w:ascii="Wingdings" w:hAnsi="Wingdings" w:hint="default"/>
      </w:rPr>
    </w:lvl>
    <w:lvl w:ilvl="3" w:tplc="04150001" w:tentative="1">
      <w:start w:val="1"/>
      <w:numFmt w:val="bullet"/>
      <w:lvlText w:val=""/>
      <w:lvlJc w:val="left"/>
      <w:pPr>
        <w:ind w:left="2633" w:hanging="360"/>
      </w:pPr>
      <w:rPr>
        <w:rFonts w:ascii="Symbol" w:hAnsi="Symbol" w:hint="default"/>
      </w:rPr>
    </w:lvl>
    <w:lvl w:ilvl="4" w:tplc="04150003" w:tentative="1">
      <w:start w:val="1"/>
      <w:numFmt w:val="bullet"/>
      <w:lvlText w:val="o"/>
      <w:lvlJc w:val="left"/>
      <w:pPr>
        <w:ind w:left="3353" w:hanging="360"/>
      </w:pPr>
      <w:rPr>
        <w:rFonts w:ascii="Courier New" w:hAnsi="Courier New" w:cs="Courier New" w:hint="default"/>
      </w:rPr>
    </w:lvl>
    <w:lvl w:ilvl="5" w:tplc="04150005" w:tentative="1">
      <w:start w:val="1"/>
      <w:numFmt w:val="bullet"/>
      <w:lvlText w:val=""/>
      <w:lvlJc w:val="left"/>
      <w:pPr>
        <w:ind w:left="4073" w:hanging="360"/>
      </w:pPr>
      <w:rPr>
        <w:rFonts w:ascii="Wingdings" w:hAnsi="Wingdings" w:hint="default"/>
      </w:rPr>
    </w:lvl>
    <w:lvl w:ilvl="6" w:tplc="04150001" w:tentative="1">
      <w:start w:val="1"/>
      <w:numFmt w:val="bullet"/>
      <w:lvlText w:val=""/>
      <w:lvlJc w:val="left"/>
      <w:pPr>
        <w:ind w:left="4793" w:hanging="360"/>
      </w:pPr>
      <w:rPr>
        <w:rFonts w:ascii="Symbol" w:hAnsi="Symbol" w:hint="default"/>
      </w:rPr>
    </w:lvl>
    <w:lvl w:ilvl="7" w:tplc="04150003" w:tentative="1">
      <w:start w:val="1"/>
      <w:numFmt w:val="bullet"/>
      <w:lvlText w:val="o"/>
      <w:lvlJc w:val="left"/>
      <w:pPr>
        <w:ind w:left="5513" w:hanging="360"/>
      </w:pPr>
      <w:rPr>
        <w:rFonts w:ascii="Courier New" w:hAnsi="Courier New" w:cs="Courier New" w:hint="default"/>
      </w:rPr>
    </w:lvl>
    <w:lvl w:ilvl="8" w:tplc="04150005" w:tentative="1">
      <w:start w:val="1"/>
      <w:numFmt w:val="bullet"/>
      <w:lvlText w:val=""/>
      <w:lvlJc w:val="left"/>
      <w:pPr>
        <w:ind w:left="6233" w:hanging="360"/>
      </w:pPr>
      <w:rPr>
        <w:rFonts w:ascii="Wingdings" w:hAnsi="Wingdings" w:hint="default"/>
      </w:rPr>
    </w:lvl>
  </w:abstractNum>
  <w:abstractNum w:abstractNumId="11" w15:restartNumberingAfterBreak="0">
    <w:nsid w:val="5DB40058"/>
    <w:multiLevelType w:val="hybridMultilevel"/>
    <w:tmpl w:val="08200782"/>
    <w:lvl w:ilvl="0" w:tplc="CBE48A88">
      <w:numFmt w:val="bullet"/>
      <w:lvlText w:val="-"/>
      <w:lvlJc w:val="left"/>
      <w:pPr>
        <w:ind w:left="473" w:hanging="360"/>
      </w:pPr>
      <w:rPr>
        <w:rFonts w:ascii="Calibri" w:eastAsiaTheme="minorEastAsia" w:hAnsi="Calibri" w:cs="Calibri" w:hint="default"/>
      </w:rPr>
    </w:lvl>
    <w:lvl w:ilvl="1" w:tplc="04150003" w:tentative="1">
      <w:start w:val="1"/>
      <w:numFmt w:val="bullet"/>
      <w:lvlText w:val="o"/>
      <w:lvlJc w:val="left"/>
      <w:pPr>
        <w:ind w:left="1193" w:hanging="360"/>
      </w:pPr>
      <w:rPr>
        <w:rFonts w:ascii="Courier New" w:hAnsi="Courier New" w:cs="Courier New" w:hint="default"/>
      </w:rPr>
    </w:lvl>
    <w:lvl w:ilvl="2" w:tplc="04150005" w:tentative="1">
      <w:start w:val="1"/>
      <w:numFmt w:val="bullet"/>
      <w:lvlText w:val=""/>
      <w:lvlJc w:val="left"/>
      <w:pPr>
        <w:ind w:left="1913" w:hanging="360"/>
      </w:pPr>
      <w:rPr>
        <w:rFonts w:ascii="Wingdings" w:hAnsi="Wingdings" w:hint="default"/>
      </w:rPr>
    </w:lvl>
    <w:lvl w:ilvl="3" w:tplc="04150001" w:tentative="1">
      <w:start w:val="1"/>
      <w:numFmt w:val="bullet"/>
      <w:lvlText w:val=""/>
      <w:lvlJc w:val="left"/>
      <w:pPr>
        <w:ind w:left="2633" w:hanging="360"/>
      </w:pPr>
      <w:rPr>
        <w:rFonts w:ascii="Symbol" w:hAnsi="Symbol" w:hint="default"/>
      </w:rPr>
    </w:lvl>
    <w:lvl w:ilvl="4" w:tplc="04150003" w:tentative="1">
      <w:start w:val="1"/>
      <w:numFmt w:val="bullet"/>
      <w:lvlText w:val="o"/>
      <w:lvlJc w:val="left"/>
      <w:pPr>
        <w:ind w:left="3353" w:hanging="360"/>
      </w:pPr>
      <w:rPr>
        <w:rFonts w:ascii="Courier New" w:hAnsi="Courier New" w:cs="Courier New" w:hint="default"/>
      </w:rPr>
    </w:lvl>
    <w:lvl w:ilvl="5" w:tplc="04150005" w:tentative="1">
      <w:start w:val="1"/>
      <w:numFmt w:val="bullet"/>
      <w:lvlText w:val=""/>
      <w:lvlJc w:val="left"/>
      <w:pPr>
        <w:ind w:left="4073" w:hanging="360"/>
      </w:pPr>
      <w:rPr>
        <w:rFonts w:ascii="Wingdings" w:hAnsi="Wingdings" w:hint="default"/>
      </w:rPr>
    </w:lvl>
    <w:lvl w:ilvl="6" w:tplc="04150001" w:tentative="1">
      <w:start w:val="1"/>
      <w:numFmt w:val="bullet"/>
      <w:lvlText w:val=""/>
      <w:lvlJc w:val="left"/>
      <w:pPr>
        <w:ind w:left="4793" w:hanging="360"/>
      </w:pPr>
      <w:rPr>
        <w:rFonts w:ascii="Symbol" w:hAnsi="Symbol" w:hint="default"/>
      </w:rPr>
    </w:lvl>
    <w:lvl w:ilvl="7" w:tplc="04150003" w:tentative="1">
      <w:start w:val="1"/>
      <w:numFmt w:val="bullet"/>
      <w:lvlText w:val="o"/>
      <w:lvlJc w:val="left"/>
      <w:pPr>
        <w:ind w:left="5513" w:hanging="360"/>
      </w:pPr>
      <w:rPr>
        <w:rFonts w:ascii="Courier New" w:hAnsi="Courier New" w:cs="Courier New" w:hint="default"/>
      </w:rPr>
    </w:lvl>
    <w:lvl w:ilvl="8" w:tplc="04150005" w:tentative="1">
      <w:start w:val="1"/>
      <w:numFmt w:val="bullet"/>
      <w:lvlText w:val=""/>
      <w:lvlJc w:val="left"/>
      <w:pPr>
        <w:ind w:left="6233" w:hanging="360"/>
      </w:pPr>
      <w:rPr>
        <w:rFonts w:ascii="Wingdings" w:hAnsi="Wingdings" w:hint="default"/>
      </w:rPr>
    </w:lvl>
  </w:abstractNum>
  <w:num w:numId="1" w16cid:durableId="1349333123">
    <w:abstractNumId w:val="8"/>
  </w:num>
  <w:num w:numId="2" w16cid:durableId="1547764425">
    <w:abstractNumId w:val="6"/>
  </w:num>
  <w:num w:numId="3" w16cid:durableId="1305622338">
    <w:abstractNumId w:val="5"/>
  </w:num>
  <w:num w:numId="4" w16cid:durableId="672495058">
    <w:abstractNumId w:val="4"/>
  </w:num>
  <w:num w:numId="5" w16cid:durableId="537474410">
    <w:abstractNumId w:val="7"/>
  </w:num>
  <w:num w:numId="6" w16cid:durableId="2043289407">
    <w:abstractNumId w:val="3"/>
  </w:num>
  <w:num w:numId="7" w16cid:durableId="1948656890">
    <w:abstractNumId w:val="2"/>
  </w:num>
  <w:num w:numId="8" w16cid:durableId="882327628">
    <w:abstractNumId w:val="1"/>
  </w:num>
  <w:num w:numId="9" w16cid:durableId="415710463">
    <w:abstractNumId w:val="0"/>
  </w:num>
  <w:num w:numId="10" w16cid:durableId="449975911">
    <w:abstractNumId w:val="10"/>
  </w:num>
  <w:num w:numId="11" w16cid:durableId="1135369918">
    <w:abstractNumId w:val="9"/>
  </w:num>
  <w:num w:numId="12" w16cid:durableId="14479626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HQCiwvu6nZj0+APPcVVcem1ZMbk0+dSNuNEPyrGoaS5rFkTw7vQzX4PksxtgHHiouPE+2yRlf+uRumqbtv+Hag==" w:salt="T46mCCJwJLbVtE4uL2Wf2Q=="/>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75F"/>
    <w:rsid w:val="00034616"/>
    <w:rsid w:val="00056A14"/>
    <w:rsid w:val="0006063C"/>
    <w:rsid w:val="0007694D"/>
    <w:rsid w:val="00081C05"/>
    <w:rsid w:val="00120102"/>
    <w:rsid w:val="0015074B"/>
    <w:rsid w:val="001512C8"/>
    <w:rsid w:val="00161078"/>
    <w:rsid w:val="0019327D"/>
    <w:rsid w:val="001B0B75"/>
    <w:rsid w:val="001D28A2"/>
    <w:rsid w:val="001D3544"/>
    <w:rsid w:val="001D65B2"/>
    <w:rsid w:val="00211EA2"/>
    <w:rsid w:val="00235FF4"/>
    <w:rsid w:val="002747C6"/>
    <w:rsid w:val="0029639D"/>
    <w:rsid w:val="002B2018"/>
    <w:rsid w:val="003010EC"/>
    <w:rsid w:val="00307ED0"/>
    <w:rsid w:val="00326F90"/>
    <w:rsid w:val="003E774A"/>
    <w:rsid w:val="003F7441"/>
    <w:rsid w:val="00407401"/>
    <w:rsid w:val="00413CED"/>
    <w:rsid w:val="00443F1E"/>
    <w:rsid w:val="004454D0"/>
    <w:rsid w:val="00446850"/>
    <w:rsid w:val="00471C1A"/>
    <w:rsid w:val="004D34C5"/>
    <w:rsid w:val="004E5ACF"/>
    <w:rsid w:val="00552C78"/>
    <w:rsid w:val="00595ABB"/>
    <w:rsid w:val="005B2477"/>
    <w:rsid w:val="005D5D9D"/>
    <w:rsid w:val="00615520"/>
    <w:rsid w:val="0062219F"/>
    <w:rsid w:val="00625CC2"/>
    <w:rsid w:val="0064032A"/>
    <w:rsid w:val="00690BB7"/>
    <w:rsid w:val="006F66BD"/>
    <w:rsid w:val="007150AE"/>
    <w:rsid w:val="0072607B"/>
    <w:rsid w:val="00756F5B"/>
    <w:rsid w:val="00795294"/>
    <w:rsid w:val="007A5F46"/>
    <w:rsid w:val="007B582D"/>
    <w:rsid w:val="007D1D58"/>
    <w:rsid w:val="007F6AC1"/>
    <w:rsid w:val="00801A1C"/>
    <w:rsid w:val="00826D1A"/>
    <w:rsid w:val="00875907"/>
    <w:rsid w:val="00892D92"/>
    <w:rsid w:val="008A2197"/>
    <w:rsid w:val="008C78C8"/>
    <w:rsid w:val="00901B23"/>
    <w:rsid w:val="00990C14"/>
    <w:rsid w:val="0099136A"/>
    <w:rsid w:val="009D66A1"/>
    <w:rsid w:val="009E6F09"/>
    <w:rsid w:val="00A0693F"/>
    <w:rsid w:val="00A912C4"/>
    <w:rsid w:val="00AA1D8D"/>
    <w:rsid w:val="00AB387C"/>
    <w:rsid w:val="00B05E60"/>
    <w:rsid w:val="00B32199"/>
    <w:rsid w:val="00B47730"/>
    <w:rsid w:val="00B75CE2"/>
    <w:rsid w:val="00B971E9"/>
    <w:rsid w:val="00BA6981"/>
    <w:rsid w:val="00BB5AA7"/>
    <w:rsid w:val="00C057E6"/>
    <w:rsid w:val="00C06AF9"/>
    <w:rsid w:val="00C649C2"/>
    <w:rsid w:val="00C853A3"/>
    <w:rsid w:val="00C86981"/>
    <w:rsid w:val="00CB0664"/>
    <w:rsid w:val="00CE5DDD"/>
    <w:rsid w:val="00D11F9D"/>
    <w:rsid w:val="00D11FD5"/>
    <w:rsid w:val="00D35310"/>
    <w:rsid w:val="00D65178"/>
    <w:rsid w:val="00D9726F"/>
    <w:rsid w:val="00E47DBB"/>
    <w:rsid w:val="00EE5DEC"/>
    <w:rsid w:val="00F628E2"/>
    <w:rsid w:val="00FA4407"/>
    <w:rsid w:val="00FC2C5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157E394C-A6FB-4FAF-82A1-A162AF076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20"/>
      <w:jc w:val="both"/>
    </w:pPr>
    <w:rPr>
      <w:rFonts w:ascii="Calibri" w:hAnsi="Calibri" w:cs="Calibri"/>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ind w:left="360"/>
      <w:contextualSpacing/>
    </w:pPr>
  </w:style>
  <w:style w:type="paragraph" w:styleId="Lista-kontynuacja2">
    <w:name w:val="List Continue 2"/>
    <w:basedOn w:val="Normalny"/>
    <w:uiPriority w:val="99"/>
    <w:unhideWhenUsed/>
    <w:rsid w:val="0029639D"/>
    <w:pPr>
      <w:ind w:left="720"/>
      <w:contextualSpacing/>
    </w:pPr>
  </w:style>
  <w:style w:type="paragraph" w:styleId="Lista-kontynuacja3">
    <w:name w:val="List Continue 3"/>
    <w:basedOn w:val="Normalny"/>
    <w:uiPriority w:val="99"/>
    <w:unhideWhenUsed/>
    <w:rsid w:val="0029639D"/>
    <w:pPr>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kstkomentarza">
    <w:name w:val="annotation text"/>
    <w:basedOn w:val="Normalny"/>
    <w:link w:val="TekstkomentarzaZnak"/>
    <w:uiPriority w:val="99"/>
    <w:unhideWhenUsed/>
    <w:pPr>
      <w:spacing w:line="240" w:lineRule="auto"/>
    </w:pPr>
    <w:rPr>
      <w:szCs w:val="20"/>
    </w:rPr>
  </w:style>
  <w:style w:type="character" w:customStyle="1" w:styleId="TekstkomentarzaZnak">
    <w:name w:val="Tekst komentarza Znak"/>
    <w:basedOn w:val="Domylnaczcionkaakapitu"/>
    <w:link w:val="Tekstkomentarza"/>
    <w:uiPriority w:val="99"/>
    <w:rPr>
      <w:rFonts w:ascii="Calibri" w:hAnsi="Calibri" w:cs="Calibri"/>
      <w:sz w:val="20"/>
      <w:szCs w:val="20"/>
    </w:rPr>
  </w:style>
  <w:style w:type="character" w:styleId="Odwoaniedokomentarza">
    <w:name w:val="annotation reference"/>
    <w:basedOn w:val="Domylnaczcionkaakapitu"/>
    <w:uiPriority w:val="99"/>
    <w:semiHidden/>
    <w:unhideWhenUsed/>
    <w:rPr>
      <w:sz w:val="16"/>
      <w:szCs w:val="16"/>
    </w:rPr>
  </w:style>
  <w:style w:type="character" w:styleId="Hipercze">
    <w:name w:val="Hyperlink"/>
    <w:basedOn w:val="Domylnaczcionkaakapitu"/>
    <w:uiPriority w:val="99"/>
    <w:unhideWhenUsed/>
    <w:rsid w:val="003F7441"/>
    <w:rPr>
      <w:color w:val="0000FF" w:themeColor="hyperlink"/>
      <w:u w:val="single"/>
    </w:rPr>
  </w:style>
  <w:style w:type="character" w:styleId="Nierozpoznanawzmianka">
    <w:name w:val="Unresolved Mention"/>
    <w:basedOn w:val="Domylnaczcionkaakapitu"/>
    <w:uiPriority w:val="99"/>
    <w:semiHidden/>
    <w:unhideWhenUsed/>
    <w:rsid w:val="003F7441"/>
    <w:rPr>
      <w:color w:val="605E5C"/>
      <w:shd w:val="clear" w:color="auto" w:fill="E1DFDD"/>
    </w:rPr>
  </w:style>
  <w:style w:type="paragraph" w:styleId="Tematkomentarza">
    <w:name w:val="annotation subject"/>
    <w:basedOn w:val="Tekstkomentarza"/>
    <w:next w:val="Tekstkomentarza"/>
    <w:link w:val="TematkomentarzaZnak"/>
    <w:uiPriority w:val="99"/>
    <w:semiHidden/>
    <w:unhideWhenUsed/>
    <w:rsid w:val="00C057E6"/>
    <w:rPr>
      <w:b/>
      <w:bCs/>
    </w:rPr>
  </w:style>
  <w:style w:type="character" w:customStyle="1" w:styleId="TematkomentarzaZnak">
    <w:name w:val="Temat komentarza Znak"/>
    <w:basedOn w:val="TekstkomentarzaZnak"/>
    <w:link w:val="Tematkomentarza"/>
    <w:uiPriority w:val="99"/>
    <w:semiHidden/>
    <w:rsid w:val="00C057E6"/>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F81C2AD9FAB7448B446E0010D424427" ma:contentTypeVersion="15" ma:contentTypeDescription="Utwórz nowy dokument." ma:contentTypeScope="" ma:versionID="6af3f777f0b230424c79cdfdfec29432">
  <xsd:schema xmlns:xsd="http://www.w3.org/2001/XMLSchema" xmlns:xs="http://www.w3.org/2001/XMLSchema" xmlns:p="http://schemas.microsoft.com/office/2006/metadata/properties" xmlns:ns2="73ea32ad-fcf5-4333-98c7-01f9586d8a59" xmlns:ns3="f707e92d-56fd-4bd4-819e-521993d34c5c" targetNamespace="http://schemas.microsoft.com/office/2006/metadata/properties" ma:root="true" ma:fieldsID="69bb62441d90cd355cd1e7420cd592eb" ns2:_="" ns3:_="">
    <xsd:import namespace="73ea32ad-fcf5-4333-98c7-01f9586d8a59"/>
    <xsd:import namespace="f707e92d-56fd-4bd4-819e-521993d34c5c"/>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STATUSPODPIS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ea32ad-fcf5-4333-98c7-01f9586d8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2a072f-caf8-4df1-9792-9a0f2bddd8e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STATUSPODPISU" ma:index="22" nillable="true" ma:displayName="STATUS PODPISU" ma:default="1" ma:format="Dropdown" ma:internalName="STATUSPODPISU">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707e92d-56fd-4bd4-819e-521993d34c5c"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PODPISU xmlns="73ea32ad-fcf5-4333-98c7-01f9586d8a59">true</STATUSPODPISU>
    <lcf76f155ced4ddcb4097134ff3c332f xmlns="73ea32ad-fcf5-4333-98c7-01f9586d8a5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953B68-C5B1-4546-BF94-3423E20C9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ea32ad-fcf5-4333-98c7-01f9586d8a59"/>
    <ds:schemaRef ds:uri="f707e92d-56fd-4bd4-819e-521993d34c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090B15-F0E2-46A9-918F-CE0FE833DB32}">
  <ds:schemaRefs>
    <ds:schemaRef ds:uri="http://schemas.microsoft.com/office/2006/metadata/properties"/>
    <ds:schemaRef ds:uri="http://schemas.microsoft.com/office/infopath/2007/PartnerControls"/>
    <ds:schemaRef ds:uri="73ea32ad-fcf5-4333-98c7-01f9586d8a59"/>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AA3153CC-DED1-455F-8CFF-BB18402DA3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1453</Words>
  <Characters>8720</Characters>
  <Application>Microsoft Office Word</Application>
  <DocSecurity>8</DocSecurity>
  <Lines>72</Lines>
  <Paragraphs>20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10153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Alicja Zamerska</cp:lastModifiedBy>
  <cp:revision>5</cp:revision>
  <cp:lastPrinted>2026-10-12T09:46:00Z</cp:lastPrinted>
  <dcterms:created xsi:type="dcterms:W3CDTF">2026-10-12T09:46:00Z</dcterms:created>
  <dcterms:modified xsi:type="dcterms:W3CDTF">2026-10-12T10:14:00Z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0x0101003F81C2AD9FAB7448B446E0010D424427</vt:lpwstr>
  </property>
  <property fmtid="{D5CDD505-2E9C-101B-9397-08002B2CF9AE}" pid="3" name="MediaServiceImageTags">
    <vt:lpwstr/>
  </property>
  <property fmtid="{D5CDD505-2E9C-101B-9397-08002B2CF9AE}" pid="4" name="docLang">
    <vt:lpwstr>pl</vt:lpwstr>
  </property>
</Properties>
</file>