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608980373" w:edGrp="everyone"/>
      <w:r w:rsidRPr="00161078">
        <w:rPr>
          <w:lang w:val="pl-PL"/>
        </w:rPr>
        <w:t xml:space="preserve">............................................................................................... </w:t>
      </w:r>
      <w:permEnd w:id="608980373"/>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856176667" w:edGrp="everyone"/>
      <w:r w:rsidRPr="00161078">
        <w:rPr>
          <w:lang w:val="pl-PL"/>
        </w:rPr>
        <w:t>............................</w:t>
      </w:r>
      <w:permEnd w:id="856176667"/>
      <w:r w:rsidRPr="00161078">
        <w:rPr>
          <w:lang w:val="pl-PL"/>
        </w:rPr>
        <w:t>.   tel.: .</w:t>
      </w:r>
      <w:permStart w:id="601652042" w:edGrp="everyone"/>
      <w:r w:rsidRPr="00161078">
        <w:rPr>
          <w:lang w:val="pl-PL"/>
        </w:rPr>
        <w:t>............................</w:t>
      </w:r>
      <w:permEnd w:id="601652042"/>
      <w:r w:rsidRPr="00161078">
        <w:rPr>
          <w:lang w:val="pl-PL"/>
        </w:rPr>
        <w:t xml:space="preserve">   e-mail: </w:t>
      </w:r>
      <w:permStart w:id="150099172" w:edGrp="everyone"/>
      <w:r w:rsidRPr="00161078">
        <w:rPr>
          <w:lang w:val="pl-PL"/>
        </w:rPr>
        <w:t>.............................</w:t>
      </w:r>
    </w:p>
    <w:permEnd w:id="150099172"/>
    <w:p w14:paraId="7EA6031A" w14:textId="5B0E1438" w:rsidR="001512C8" w:rsidRPr="00161078" w:rsidRDefault="00443F1E">
      <w:pPr>
        <w:rPr>
          <w:lang w:val="pl-PL"/>
        </w:rPr>
      </w:pPr>
      <w:r w:rsidRPr="00161078">
        <w:rPr>
          <w:lang w:val="pl-PL"/>
        </w:rPr>
        <w:t>W nawiązaniu do zapytania ofertowego na sukcesywną dostawę</w:t>
      </w:r>
      <w:r w:rsidR="00A7794B">
        <w:rPr>
          <w:lang w:val="pl-PL"/>
        </w:rPr>
        <w:t xml:space="preserve"> </w:t>
      </w:r>
      <w:r w:rsidRPr="00161078">
        <w:rPr>
          <w:lang w:val="pl-PL"/>
        </w:rPr>
        <w:t xml:space="preserve">odczynników laboratoryjnych – grupa 5, </w:t>
      </w:r>
      <w:r w:rsidR="00A7794B" w:rsidRPr="00A7794B">
        <w:rPr>
          <w:lang w:val="pl-PL"/>
        </w:rPr>
        <w:t xml:space="preserve">niezbędnych do różnych metod biologii molekularnej </w:t>
      </w:r>
      <w:r w:rsidRPr="00161078">
        <w:rPr>
          <w:lang w:val="pl-PL"/>
        </w:rPr>
        <w:t>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4450"/>
        <w:gridCol w:w="1720"/>
        <w:gridCol w:w="640"/>
        <w:gridCol w:w="1260"/>
        <w:gridCol w:w="1250"/>
        <w:gridCol w:w="620"/>
        <w:gridCol w:w="1250"/>
        <w:gridCol w:w="1350"/>
        <w:gridCol w:w="1350"/>
      </w:tblGrid>
      <w:tr w:rsidR="001512C8" w:rsidRPr="00161078" w14:paraId="0C818EE2" w14:textId="77777777" w:rsidTr="00795294">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4450"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720"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m-cy)</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795294">
        <w:trPr>
          <w:jc w:val="center"/>
        </w:trPr>
        <w:tc>
          <w:tcPr>
            <w:tcW w:w="420" w:type="dxa"/>
            <w:vAlign w:val="center"/>
          </w:tcPr>
          <w:p w14:paraId="61531AB0" w14:textId="77777777" w:rsidR="001512C8" w:rsidRPr="00161078" w:rsidRDefault="00443F1E">
            <w:pPr>
              <w:spacing w:before="20" w:after="20"/>
              <w:jc w:val="center"/>
              <w:rPr>
                <w:lang w:val="pl-PL"/>
              </w:rPr>
            </w:pPr>
            <w:permStart w:id="144984962" w:edGrp="everyone" w:colFirst="5" w:colLast="5"/>
            <w:permStart w:id="709369611" w:edGrp="everyone" w:colFirst="6" w:colLast="6"/>
            <w:permStart w:id="272388441" w:edGrp="everyone" w:colFirst="7" w:colLast="7"/>
            <w:permStart w:id="1615860318" w:edGrp="everyone" w:colFirst="8" w:colLast="8"/>
            <w:permStart w:id="21502026" w:edGrp="everyone" w:colFirst="9" w:colLast="9"/>
            <w:r w:rsidRPr="00161078">
              <w:rPr>
                <w:sz w:val="16"/>
                <w:lang w:val="pl-PL"/>
              </w:rPr>
              <w:t>1</w:t>
            </w:r>
          </w:p>
        </w:tc>
        <w:tc>
          <w:tcPr>
            <w:tcW w:w="4450" w:type="dxa"/>
            <w:vAlign w:val="center"/>
          </w:tcPr>
          <w:p w14:paraId="4C33C0AE" w14:textId="77777777" w:rsidR="001512C8" w:rsidRPr="00161078" w:rsidRDefault="00443F1E">
            <w:pPr>
              <w:spacing w:before="20" w:after="20"/>
              <w:jc w:val="left"/>
              <w:rPr>
                <w:lang w:val="pl-PL"/>
              </w:rPr>
            </w:pPr>
            <w:r w:rsidRPr="00161078">
              <w:rPr>
                <w:sz w:val="16"/>
                <w:lang w:val="pl-PL"/>
              </w:rPr>
              <w:t>RNA 5' Pyrophosphohydrolase (RppH)</w:t>
            </w:r>
          </w:p>
        </w:tc>
        <w:tc>
          <w:tcPr>
            <w:tcW w:w="1720" w:type="dxa"/>
            <w:vAlign w:val="center"/>
          </w:tcPr>
          <w:p w14:paraId="7873BEE1" w14:textId="77777777" w:rsidR="001512C8" w:rsidRPr="00161078" w:rsidRDefault="00443F1E">
            <w:pPr>
              <w:spacing w:before="20" w:after="20"/>
              <w:jc w:val="center"/>
              <w:rPr>
                <w:lang w:val="pl-PL"/>
              </w:rPr>
            </w:pPr>
            <w:r w:rsidRPr="00161078">
              <w:rPr>
                <w:sz w:val="16"/>
                <w:lang w:val="pl-PL"/>
              </w:rPr>
              <w:t>5,000 units/ml</w:t>
            </w:r>
          </w:p>
        </w:tc>
        <w:tc>
          <w:tcPr>
            <w:tcW w:w="640" w:type="dxa"/>
            <w:vAlign w:val="center"/>
          </w:tcPr>
          <w:p w14:paraId="0B6EBE9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3</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13C6D237" w14:textId="77777777" w:rsidTr="00795294">
        <w:trPr>
          <w:jc w:val="center"/>
        </w:trPr>
        <w:tc>
          <w:tcPr>
            <w:tcW w:w="420" w:type="dxa"/>
            <w:vAlign w:val="center"/>
          </w:tcPr>
          <w:p w14:paraId="2384A5AB" w14:textId="77777777" w:rsidR="001512C8" w:rsidRPr="00161078" w:rsidRDefault="00443F1E">
            <w:pPr>
              <w:spacing w:before="20" w:after="20"/>
              <w:jc w:val="center"/>
              <w:rPr>
                <w:lang w:val="pl-PL"/>
              </w:rPr>
            </w:pPr>
            <w:permStart w:id="391536760" w:edGrp="everyone" w:colFirst="5" w:colLast="5"/>
            <w:permStart w:id="1345681954" w:edGrp="everyone" w:colFirst="6" w:colLast="6"/>
            <w:permStart w:id="1355109156" w:edGrp="everyone" w:colFirst="7" w:colLast="7"/>
            <w:permStart w:id="777283812" w:edGrp="everyone" w:colFirst="8" w:colLast="8"/>
            <w:permStart w:id="806123872" w:edGrp="everyone" w:colFirst="9" w:colLast="9"/>
            <w:permEnd w:id="144984962"/>
            <w:permEnd w:id="709369611"/>
            <w:permEnd w:id="272388441"/>
            <w:permEnd w:id="1615860318"/>
            <w:permEnd w:id="21502026"/>
            <w:r w:rsidRPr="00161078">
              <w:rPr>
                <w:sz w:val="16"/>
                <w:lang w:val="pl-PL"/>
              </w:rPr>
              <w:t>2</w:t>
            </w:r>
          </w:p>
        </w:tc>
        <w:tc>
          <w:tcPr>
            <w:tcW w:w="4450" w:type="dxa"/>
            <w:vAlign w:val="center"/>
          </w:tcPr>
          <w:p w14:paraId="32D45C6D" w14:textId="77777777" w:rsidR="001512C8" w:rsidRPr="00161078" w:rsidRDefault="00443F1E">
            <w:pPr>
              <w:spacing w:before="20" w:after="20"/>
              <w:jc w:val="left"/>
              <w:rPr>
                <w:lang w:val="pl-PL"/>
              </w:rPr>
            </w:pPr>
            <w:r w:rsidRPr="00161078">
              <w:rPr>
                <w:sz w:val="16"/>
                <w:lang w:val="pl-PL"/>
              </w:rPr>
              <w:t>Xrn1</w:t>
            </w:r>
          </w:p>
        </w:tc>
        <w:tc>
          <w:tcPr>
            <w:tcW w:w="1720" w:type="dxa"/>
            <w:vAlign w:val="center"/>
          </w:tcPr>
          <w:p w14:paraId="17EA8A22" w14:textId="77777777" w:rsidR="001512C8" w:rsidRPr="00161078" w:rsidRDefault="00443F1E">
            <w:pPr>
              <w:spacing w:before="20" w:after="20"/>
              <w:jc w:val="center"/>
              <w:rPr>
                <w:lang w:val="pl-PL"/>
              </w:rPr>
            </w:pPr>
            <w:r w:rsidRPr="00161078">
              <w:rPr>
                <w:sz w:val="16"/>
                <w:lang w:val="pl-PL"/>
              </w:rPr>
              <w:t>1,000 units/ml</w:t>
            </w:r>
          </w:p>
        </w:tc>
        <w:tc>
          <w:tcPr>
            <w:tcW w:w="640" w:type="dxa"/>
            <w:vAlign w:val="center"/>
          </w:tcPr>
          <w:p w14:paraId="1BC1E73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8D0BB11" w14:textId="77777777" w:rsidR="001512C8" w:rsidRPr="00161078" w:rsidRDefault="00056A14">
            <w:pPr>
              <w:spacing w:before="20" w:after="20"/>
              <w:jc w:val="center"/>
              <w:rPr>
                <w:lang w:val="pl-PL"/>
              </w:rPr>
            </w:pPr>
            <w:r>
              <w:rPr>
                <w:sz w:val="16"/>
                <w:lang w:val="pl-PL"/>
              </w:rPr>
              <w:t>3</w:t>
            </w:r>
          </w:p>
        </w:tc>
        <w:tc>
          <w:tcPr>
            <w:tcW w:w="1250" w:type="dxa"/>
            <w:vAlign w:val="center"/>
          </w:tcPr>
          <w:p w14:paraId="7AA565F2" w14:textId="77777777" w:rsidR="001512C8" w:rsidRPr="00161078" w:rsidRDefault="001512C8">
            <w:pPr>
              <w:spacing w:before="20" w:after="20"/>
              <w:jc w:val="center"/>
              <w:rPr>
                <w:lang w:val="pl-PL"/>
              </w:rPr>
            </w:pPr>
          </w:p>
        </w:tc>
        <w:tc>
          <w:tcPr>
            <w:tcW w:w="620" w:type="dxa"/>
            <w:vAlign w:val="center"/>
          </w:tcPr>
          <w:p w14:paraId="3644EEF9" w14:textId="77777777" w:rsidR="001512C8" w:rsidRPr="00161078" w:rsidRDefault="001512C8">
            <w:pPr>
              <w:spacing w:before="20" w:after="20"/>
              <w:jc w:val="center"/>
              <w:rPr>
                <w:lang w:val="pl-PL"/>
              </w:rPr>
            </w:pPr>
          </w:p>
        </w:tc>
        <w:tc>
          <w:tcPr>
            <w:tcW w:w="1250" w:type="dxa"/>
            <w:vAlign w:val="center"/>
          </w:tcPr>
          <w:p w14:paraId="0D909C41" w14:textId="77777777" w:rsidR="001512C8" w:rsidRPr="00161078" w:rsidRDefault="001512C8">
            <w:pPr>
              <w:spacing w:before="20" w:after="20"/>
              <w:jc w:val="center"/>
              <w:rPr>
                <w:lang w:val="pl-PL"/>
              </w:rPr>
            </w:pPr>
          </w:p>
        </w:tc>
        <w:tc>
          <w:tcPr>
            <w:tcW w:w="1350" w:type="dxa"/>
            <w:vAlign w:val="center"/>
          </w:tcPr>
          <w:p w14:paraId="7FC71C43" w14:textId="77777777" w:rsidR="001512C8" w:rsidRPr="00161078" w:rsidRDefault="001512C8">
            <w:pPr>
              <w:spacing w:before="20" w:after="20"/>
              <w:jc w:val="center"/>
              <w:rPr>
                <w:lang w:val="pl-PL"/>
              </w:rPr>
            </w:pPr>
          </w:p>
        </w:tc>
        <w:tc>
          <w:tcPr>
            <w:tcW w:w="1350" w:type="dxa"/>
            <w:vAlign w:val="center"/>
          </w:tcPr>
          <w:p w14:paraId="14942E74" w14:textId="77777777" w:rsidR="001512C8" w:rsidRPr="00161078" w:rsidRDefault="001512C8">
            <w:pPr>
              <w:spacing w:before="20" w:after="20"/>
              <w:jc w:val="center"/>
              <w:rPr>
                <w:lang w:val="pl-PL"/>
              </w:rPr>
            </w:pPr>
          </w:p>
        </w:tc>
      </w:tr>
      <w:tr w:rsidR="001512C8" w:rsidRPr="00161078" w14:paraId="239F0F1C" w14:textId="77777777" w:rsidTr="00795294">
        <w:trPr>
          <w:jc w:val="center"/>
        </w:trPr>
        <w:tc>
          <w:tcPr>
            <w:tcW w:w="420" w:type="dxa"/>
            <w:vAlign w:val="center"/>
          </w:tcPr>
          <w:p w14:paraId="4D7B32B0" w14:textId="77777777" w:rsidR="001512C8" w:rsidRPr="00161078" w:rsidRDefault="00443F1E">
            <w:pPr>
              <w:spacing w:before="20" w:after="20"/>
              <w:jc w:val="center"/>
              <w:rPr>
                <w:lang w:val="pl-PL"/>
              </w:rPr>
            </w:pPr>
            <w:permStart w:id="698119707" w:edGrp="everyone" w:colFirst="5" w:colLast="5"/>
            <w:permStart w:id="1543927624" w:edGrp="everyone" w:colFirst="6" w:colLast="6"/>
            <w:permStart w:id="602677003" w:edGrp="everyone" w:colFirst="7" w:colLast="7"/>
            <w:permStart w:id="782126579" w:edGrp="everyone" w:colFirst="8" w:colLast="8"/>
            <w:permStart w:id="206902199" w:edGrp="everyone" w:colFirst="9" w:colLast="9"/>
            <w:permEnd w:id="391536760"/>
            <w:permEnd w:id="1345681954"/>
            <w:permEnd w:id="1355109156"/>
            <w:permEnd w:id="777283812"/>
            <w:permEnd w:id="806123872"/>
            <w:r w:rsidRPr="00161078">
              <w:rPr>
                <w:sz w:val="16"/>
                <w:lang w:val="pl-PL"/>
              </w:rPr>
              <w:t>3</w:t>
            </w:r>
          </w:p>
        </w:tc>
        <w:tc>
          <w:tcPr>
            <w:tcW w:w="4450" w:type="dxa"/>
            <w:vAlign w:val="center"/>
          </w:tcPr>
          <w:p w14:paraId="0A54784F" w14:textId="77777777" w:rsidR="001512C8" w:rsidRPr="0086246A" w:rsidRDefault="00443F1E">
            <w:pPr>
              <w:spacing w:before="20" w:after="20"/>
              <w:jc w:val="left"/>
            </w:pPr>
            <w:r w:rsidRPr="0086246A">
              <w:rPr>
                <w:sz w:val="16"/>
              </w:rPr>
              <w:t>Quick-Load® 1 kb DNA Ladder</w:t>
            </w:r>
          </w:p>
        </w:tc>
        <w:tc>
          <w:tcPr>
            <w:tcW w:w="1720" w:type="dxa"/>
            <w:vAlign w:val="center"/>
          </w:tcPr>
          <w:p w14:paraId="65983787" w14:textId="77777777" w:rsidR="001512C8" w:rsidRPr="00161078" w:rsidRDefault="00443F1E">
            <w:pPr>
              <w:spacing w:before="20" w:after="20"/>
              <w:jc w:val="center"/>
              <w:rPr>
                <w:lang w:val="pl-PL"/>
              </w:rPr>
            </w:pPr>
            <w:r w:rsidRPr="00161078">
              <w:rPr>
                <w:sz w:val="16"/>
                <w:lang w:val="pl-PL"/>
              </w:rPr>
              <w:t>375 ścieżek</w:t>
            </w:r>
          </w:p>
        </w:tc>
        <w:tc>
          <w:tcPr>
            <w:tcW w:w="640" w:type="dxa"/>
            <w:vAlign w:val="center"/>
          </w:tcPr>
          <w:p w14:paraId="1B97252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0797E0C" w14:textId="77777777" w:rsidR="001512C8" w:rsidRPr="00161078" w:rsidRDefault="00056A14">
            <w:pPr>
              <w:spacing w:before="20" w:after="20"/>
              <w:jc w:val="center"/>
              <w:rPr>
                <w:lang w:val="pl-PL"/>
              </w:rPr>
            </w:pPr>
            <w:r>
              <w:rPr>
                <w:sz w:val="16"/>
                <w:lang w:val="pl-PL"/>
              </w:rPr>
              <w:t>10</w:t>
            </w:r>
          </w:p>
        </w:tc>
        <w:tc>
          <w:tcPr>
            <w:tcW w:w="1250" w:type="dxa"/>
            <w:vAlign w:val="center"/>
          </w:tcPr>
          <w:p w14:paraId="1FE55845" w14:textId="77777777" w:rsidR="001512C8" w:rsidRPr="00161078" w:rsidRDefault="001512C8">
            <w:pPr>
              <w:spacing w:before="20" w:after="20"/>
              <w:jc w:val="center"/>
              <w:rPr>
                <w:lang w:val="pl-PL"/>
              </w:rPr>
            </w:pPr>
          </w:p>
        </w:tc>
        <w:tc>
          <w:tcPr>
            <w:tcW w:w="620" w:type="dxa"/>
            <w:vAlign w:val="center"/>
          </w:tcPr>
          <w:p w14:paraId="3C78149A" w14:textId="77777777" w:rsidR="001512C8" w:rsidRPr="00161078" w:rsidRDefault="001512C8">
            <w:pPr>
              <w:spacing w:before="20" w:after="20"/>
              <w:jc w:val="center"/>
              <w:rPr>
                <w:lang w:val="pl-PL"/>
              </w:rPr>
            </w:pPr>
          </w:p>
        </w:tc>
        <w:tc>
          <w:tcPr>
            <w:tcW w:w="1250" w:type="dxa"/>
            <w:vAlign w:val="center"/>
          </w:tcPr>
          <w:p w14:paraId="65BB2100" w14:textId="77777777" w:rsidR="001512C8" w:rsidRPr="00161078" w:rsidRDefault="001512C8">
            <w:pPr>
              <w:spacing w:before="20" w:after="20"/>
              <w:jc w:val="center"/>
              <w:rPr>
                <w:lang w:val="pl-PL"/>
              </w:rPr>
            </w:pPr>
          </w:p>
        </w:tc>
        <w:tc>
          <w:tcPr>
            <w:tcW w:w="1350" w:type="dxa"/>
            <w:vAlign w:val="center"/>
          </w:tcPr>
          <w:p w14:paraId="56EDDAA9" w14:textId="77777777" w:rsidR="001512C8" w:rsidRPr="00161078" w:rsidRDefault="001512C8">
            <w:pPr>
              <w:spacing w:before="20" w:after="20"/>
              <w:jc w:val="center"/>
              <w:rPr>
                <w:lang w:val="pl-PL"/>
              </w:rPr>
            </w:pPr>
          </w:p>
        </w:tc>
        <w:tc>
          <w:tcPr>
            <w:tcW w:w="1350" w:type="dxa"/>
            <w:vAlign w:val="center"/>
          </w:tcPr>
          <w:p w14:paraId="7DEA612E" w14:textId="77777777" w:rsidR="001512C8" w:rsidRPr="00161078" w:rsidRDefault="001512C8">
            <w:pPr>
              <w:spacing w:before="20" w:after="20"/>
              <w:jc w:val="center"/>
              <w:rPr>
                <w:lang w:val="pl-PL"/>
              </w:rPr>
            </w:pPr>
          </w:p>
        </w:tc>
      </w:tr>
      <w:tr w:rsidR="001512C8" w:rsidRPr="00161078" w14:paraId="4656FD89" w14:textId="77777777" w:rsidTr="00795294">
        <w:trPr>
          <w:jc w:val="center"/>
        </w:trPr>
        <w:tc>
          <w:tcPr>
            <w:tcW w:w="420" w:type="dxa"/>
            <w:vAlign w:val="center"/>
          </w:tcPr>
          <w:p w14:paraId="28136024" w14:textId="77777777" w:rsidR="001512C8" w:rsidRPr="00161078" w:rsidRDefault="00443F1E">
            <w:pPr>
              <w:spacing w:before="20" w:after="20"/>
              <w:jc w:val="center"/>
              <w:rPr>
                <w:lang w:val="pl-PL"/>
              </w:rPr>
            </w:pPr>
            <w:permStart w:id="222779521" w:edGrp="everyone" w:colFirst="5" w:colLast="5"/>
            <w:permStart w:id="2012315402" w:edGrp="everyone" w:colFirst="6" w:colLast="6"/>
            <w:permStart w:id="784933363" w:edGrp="everyone" w:colFirst="7" w:colLast="7"/>
            <w:permStart w:id="185535001" w:edGrp="everyone" w:colFirst="8" w:colLast="8"/>
            <w:permStart w:id="1409316513" w:edGrp="everyone" w:colFirst="9" w:colLast="9"/>
            <w:permEnd w:id="698119707"/>
            <w:permEnd w:id="1543927624"/>
            <w:permEnd w:id="602677003"/>
            <w:permEnd w:id="782126579"/>
            <w:permEnd w:id="206902199"/>
            <w:r w:rsidRPr="00161078">
              <w:rPr>
                <w:sz w:val="16"/>
                <w:lang w:val="pl-PL"/>
              </w:rPr>
              <w:t>4</w:t>
            </w:r>
          </w:p>
        </w:tc>
        <w:tc>
          <w:tcPr>
            <w:tcW w:w="4450" w:type="dxa"/>
            <w:vAlign w:val="center"/>
          </w:tcPr>
          <w:p w14:paraId="0A5C1D0C" w14:textId="77777777" w:rsidR="001512C8" w:rsidRPr="0086246A" w:rsidRDefault="00443F1E">
            <w:pPr>
              <w:spacing w:before="20" w:after="20"/>
              <w:jc w:val="left"/>
            </w:pPr>
            <w:r w:rsidRPr="0086246A">
              <w:rPr>
                <w:sz w:val="16"/>
              </w:rPr>
              <w:t>PCR Using Q5® High-Fidelity DNA Polymerase</w:t>
            </w:r>
          </w:p>
        </w:tc>
        <w:tc>
          <w:tcPr>
            <w:tcW w:w="1720" w:type="dxa"/>
            <w:vAlign w:val="center"/>
          </w:tcPr>
          <w:p w14:paraId="0AD31248" w14:textId="77777777" w:rsidR="001512C8" w:rsidRPr="00161078" w:rsidRDefault="00443F1E">
            <w:pPr>
              <w:spacing w:before="20" w:after="20"/>
              <w:jc w:val="center"/>
              <w:rPr>
                <w:lang w:val="pl-PL"/>
              </w:rPr>
            </w:pPr>
            <w:r w:rsidRPr="00161078">
              <w:rPr>
                <w:sz w:val="16"/>
                <w:lang w:val="pl-PL"/>
              </w:rPr>
              <w:t>100 reakcji</w:t>
            </w:r>
          </w:p>
        </w:tc>
        <w:tc>
          <w:tcPr>
            <w:tcW w:w="640" w:type="dxa"/>
            <w:vAlign w:val="center"/>
          </w:tcPr>
          <w:p w14:paraId="5E70FB1E"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2F5E991F" w14:textId="77777777" w:rsidR="001512C8" w:rsidRPr="00161078" w:rsidRDefault="00056A14">
            <w:pPr>
              <w:spacing w:before="20" w:after="20"/>
              <w:jc w:val="center"/>
              <w:rPr>
                <w:lang w:val="pl-PL"/>
              </w:rPr>
            </w:pPr>
            <w:r>
              <w:rPr>
                <w:sz w:val="16"/>
                <w:lang w:val="pl-PL"/>
              </w:rPr>
              <w:t>7</w:t>
            </w:r>
          </w:p>
        </w:tc>
        <w:tc>
          <w:tcPr>
            <w:tcW w:w="1250" w:type="dxa"/>
            <w:vAlign w:val="center"/>
          </w:tcPr>
          <w:p w14:paraId="5B251154" w14:textId="77777777" w:rsidR="001512C8" w:rsidRPr="00161078" w:rsidRDefault="001512C8">
            <w:pPr>
              <w:spacing w:before="20" w:after="20"/>
              <w:jc w:val="center"/>
              <w:rPr>
                <w:lang w:val="pl-PL"/>
              </w:rPr>
            </w:pPr>
          </w:p>
        </w:tc>
        <w:tc>
          <w:tcPr>
            <w:tcW w:w="620" w:type="dxa"/>
            <w:vAlign w:val="center"/>
          </w:tcPr>
          <w:p w14:paraId="38169FE7" w14:textId="77777777" w:rsidR="001512C8" w:rsidRPr="00161078" w:rsidRDefault="001512C8">
            <w:pPr>
              <w:spacing w:before="20" w:after="20"/>
              <w:jc w:val="center"/>
              <w:rPr>
                <w:lang w:val="pl-PL"/>
              </w:rPr>
            </w:pPr>
          </w:p>
        </w:tc>
        <w:tc>
          <w:tcPr>
            <w:tcW w:w="1250" w:type="dxa"/>
            <w:vAlign w:val="center"/>
          </w:tcPr>
          <w:p w14:paraId="57013955" w14:textId="77777777" w:rsidR="001512C8" w:rsidRPr="00161078" w:rsidRDefault="001512C8">
            <w:pPr>
              <w:spacing w:before="20" w:after="20"/>
              <w:jc w:val="center"/>
              <w:rPr>
                <w:lang w:val="pl-PL"/>
              </w:rPr>
            </w:pPr>
          </w:p>
        </w:tc>
        <w:tc>
          <w:tcPr>
            <w:tcW w:w="1350" w:type="dxa"/>
            <w:vAlign w:val="center"/>
          </w:tcPr>
          <w:p w14:paraId="6501589B" w14:textId="77777777" w:rsidR="001512C8" w:rsidRPr="00161078" w:rsidRDefault="001512C8">
            <w:pPr>
              <w:spacing w:before="20" w:after="20"/>
              <w:jc w:val="center"/>
              <w:rPr>
                <w:lang w:val="pl-PL"/>
              </w:rPr>
            </w:pPr>
          </w:p>
        </w:tc>
        <w:tc>
          <w:tcPr>
            <w:tcW w:w="1350" w:type="dxa"/>
            <w:vAlign w:val="center"/>
          </w:tcPr>
          <w:p w14:paraId="7FB10D45" w14:textId="77777777" w:rsidR="001512C8" w:rsidRPr="00161078" w:rsidRDefault="001512C8">
            <w:pPr>
              <w:spacing w:before="20" w:after="20"/>
              <w:jc w:val="center"/>
              <w:rPr>
                <w:lang w:val="pl-PL"/>
              </w:rPr>
            </w:pPr>
          </w:p>
        </w:tc>
      </w:tr>
      <w:tr w:rsidR="001512C8" w:rsidRPr="00161078" w14:paraId="740E6C02" w14:textId="77777777" w:rsidTr="00795294">
        <w:trPr>
          <w:jc w:val="center"/>
        </w:trPr>
        <w:tc>
          <w:tcPr>
            <w:tcW w:w="420" w:type="dxa"/>
            <w:vAlign w:val="center"/>
          </w:tcPr>
          <w:p w14:paraId="12495926" w14:textId="77777777" w:rsidR="001512C8" w:rsidRPr="00161078" w:rsidRDefault="00443F1E">
            <w:pPr>
              <w:spacing w:before="20" w:after="20"/>
              <w:jc w:val="center"/>
              <w:rPr>
                <w:lang w:val="pl-PL"/>
              </w:rPr>
            </w:pPr>
            <w:permStart w:id="296044965" w:edGrp="everyone" w:colFirst="5" w:colLast="5"/>
            <w:permStart w:id="262672294" w:edGrp="everyone" w:colFirst="6" w:colLast="6"/>
            <w:permStart w:id="505431555" w:edGrp="everyone" w:colFirst="7" w:colLast="7"/>
            <w:permStart w:id="1302292838" w:edGrp="everyone" w:colFirst="8" w:colLast="8"/>
            <w:permStart w:id="1158549396" w:edGrp="everyone" w:colFirst="9" w:colLast="9"/>
            <w:permEnd w:id="222779521"/>
            <w:permEnd w:id="2012315402"/>
            <w:permEnd w:id="784933363"/>
            <w:permEnd w:id="185535001"/>
            <w:permEnd w:id="1409316513"/>
            <w:r w:rsidRPr="00161078">
              <w:rPr>
                <w:sz w:val="16"/>
                <w:lang w:val="pl-PL"/>
              </w:rPr>
              <w:t>5</w:t>
            </w:r>
          </w:p>
        </w:tc>
        <w:tc>
          <w:tcPr>
            <w:tcW w:w="4450" w:type="dxa"/>
            <w:vAlign w:val="center"/>
          </w:tcPr>
          <w:p w14:paraId="22EDBB42" w14:textId="77777777" w:rsidR="001512C8" w:rsidRPr="0086246A" w:rsidRDefault="00443F1E">
            <w:pPr>
              <w:spacing w:before="20" w:after="20"/>
              <w:jc w:val="left"/>
            </w:pPr>
            <w:r w:rsidRPr="0086246A">
              <w:rPr>
                <w:sz w:val="16"/>
              </w:rPr>
              <w:t>G4S Linker (E7O2V) Rabbit mAb, PE Conjugate</w:t>
            </w:r>
          </w:p>
        </w:tc>
        <w:tc>
          <w:tcPr>
            <w:tcW w:w="1720" w:type="dxa"/>
            <w:vAlign w:val="center"/>
          </w:tcPr>
          <w:p w14:paraId="15358C26" w14:textId="77777777" w:rsidR="001512C8" w:rsidRPr="00161078" w:rsidRDefault="00443F1E">
            <w:pPr>
              <w:spacing w:before="20" w:after="20"/>
              <w:jc w:val="center"/>
              <w:rPr>
                <w:lang w:val="pl-PL"/>
              </w:rPr>
            </w:pPr>
            <w:r w:rsidRPr="00161078">
              <w:rPr>
                <w:sz w:val="16"/>
                <w:lang w:val="pl-PL"/>
              </w:rPr>
              <w:t>100 µL</w:t>
            </w:r>
          </w:p>
        </w:tc>
        <w:tc>
          <w:tcPr>
            <w:tcW w:w="640" w:type="dxa"/>
            <w:vAlign w:val="center"/>
          </w:tcPr>
          <w:p w14:paraId="424E57FC"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29231A4" w14:textId="77777777" w:rsidR="001512C8" w:rsidRPr="00161078" w:rsidRDefault="00056A14">
            <w:pPr>
              <w:spacing w:before="20" w:after="20"/>
              <w:jc w:val="center"/>
              <w:rPr>
                <w:lang w:val="pl-PL"/>
              </w:rPr>
            </w:pPr>
            <w:r>
              <w:rPr>
                <w:sz w:val="16"/>
                <w:lang w:val="pl-PL"/>
              </w:rPr>
              <w:t>13</w:t>
            </w:r>
          </w:p>
        </w:tc>
        <w:tc>
          <w:tcPr>
            <w:tcW w:w="1250" w:type="dxa"/>
            <w:vAlign w:val="center"/>
          </w:tcPr>
          <w:p w14:paraId="4D874B47" w14:textId="77777777" w:rsidR="001512C8" w:rsidRPr="00161078" w:rsidRDefault="001512C8">
            <w:pPr>
              <w:spacing w:before="20" w:after="20"/>
              <w:jc w:val="center"/>
              <w:rPr>
                <w:lang w:val="pl-PL"/>
              </w:rPr>
            </w:pPr>
          </w:p>
        </w:tc>
        <w:tc>
          <w:tcPr>
            <w:tcW w:w="620" w:type="dxa"/>
            <w:vAlign w:val="center"/>
          </w:tcPr>
          <w:p w14:paraId="5A5FAF71" w14:textId="77777777" w:rsidR="001512C8" w:rsidRPr="00161078" w:rsidRDefault="001512C8">
            <w:pPr>
              <w:spacing w:before="20" w:after="20"/>
              <w:jc w:val="center"/>
              <w:rPr>
                <w:lang w:val="pl-PL"/>
              </w:rPr>
            </w:pPr>
          </w:p>
        </w:tc>
        <w:tc>
          <w:tcPr>
            <w:tcW w:w="1250" w:type="dxa"/>
            <w:vAlign w:val="center"/>
          </w:tcPr>
          <w:p w14:paraId="23DA7B49" w14:textId="77777777" w:rsidR="001512C8" w:rsidRPr="00161078" w:rsidRDefault="001512C8">
            <w:pPr>
              <w:spacing w:before="20" w:after="20"/>
              <w:jc w:val="center"/>
              <w:rPr>
                <w:lang w:val="pl-PL"/>
              </w:rPr>
            </w:pPr>
          </w:p>
        </w:tc>
        <w:tc>
          <w:tcPr>
            <w:tcW w:w="1350" w:type="dxa"/>
            <w:vAlign w:val="center"/>
          </w:tcPr>
          <w:p w14:paraId="0FB87551" w14:textId="77777777" w:rsidR="001512C8" w:rsidRPr="00161078" w:rsidRDefault="001512C8">
            <w:pPr>
              <w:spacing w:before="20" w:after="20"/>
              <w:jc w:val="center"/>
              <w:rPr>
                <w:lang w:val="pl-PL"/>
              </w:rPr>
            </w:pPr>
          </w:p>
        </w:tc>
        <w:tc>
          <w:tcPr>
            <w:tcW w:w="1350" w:type="dxa"/>
            <w:vAlign w:val="center"/>
          </w:tcPr>
          <w:p w14:paraId="32795714" w14:textId="77777777" w:rsidR="001512C8" w:rsidRPr="00161078" w:rsidRDefault="001512C8">
            <w:pPr>
              <w:spacing w:before="20" w:after="20"/>
              <w:jc w:val="center"/>
              <w:rPr>
                <w:lang w:val="pl-PL"/>
              </w:rPr>
            </w:pPr>
          </w:p>
        </w:tc>
      </w:tr>
      <w:tr w:rsidR="001512C8" w:rsidRPr="00161078" w14:paraId="0309D70B" w14:textId="77777777" w:rsidTr="00795294">
        <w:trPr>
          <w:jc w:val="center"/>
        </w:trPr>
        <w:tc>
          <w:tcPr>
            <w:tcW w:w="420" w:type="dxa"/>
            <w:vAlign w:val="center"/>
          </w:tcPr>
          <w:p w14:paraId="68528F72" w14:textId="77777777" w:rsidR="001512C8" w:rsidRPr="00161078" w:rsidRDefault="00443F1E">
            <w:pPr>
              <w:spacing w:before="20" w:after="20"/>
              <w:jc w:val="center"/>
              <w:rPr>
                <w:lang w:val="pl-PL"/>
              </w:rPr>
            </w:pPr>
            <w:permStart w:id="1955753467" w:edGrp="everyone" w:colFirst="5" w:colLast="5"/>
            <w:permStart w:id="801525926" w:edGrp="everyone" w:colFirst="6" w:colLast="6"/>
            <w:permStart w:id="1381106996" w:edGrp="everyone" w:colFirst="7" w:colLast="7"/>
            <w:permStart w:id="1758094158" w:edGrp="everyone" w:colFirst="8" w:colLast="8"/>
            <w:permStart w:id="837372827" w:edGrp="everyone" w:colFirst="9" w:colLast="9"/>
            <w:permEnd w:id="296044965"/>
            <w:permEnd w:id="262672294"/>
            <w:permEnd w:id="505431555"/>
            <w:permEnd w:id="1302292838"/>
            <w:permEnd w:id="1158549396"/>
            <w:r w:rsidRPr="00161078">
              <w:rPr>
                <w:sz w:val="16"/>
                <w:lang w:val="pl-PL"/>
              </w:rPr>
              <w:t>6</w:t>
            </w:r>
          </w:p>
        </w:tc>
        <w:tc>
          <w:tcPr>
            <w:tcW w:w="4450" w:type="dxa"/>
            <w:vAlign w:val="center"/>
          </w:tcPr>
          <w:p w14:paraId="4255F908" w14:textId="77777777" w:rsidR="001512C8" w:rsidRPr="0086246A" w:rsidRDefault="00443F1E">
            <w:pPr>
              <w:spacing w:before="20" w:after="20"/>
              <w:jc w:val="left"/>
            </w:pPr>
            <w:r w:rsidRPr="0086246A">
              <w:rPr>
                <w:sz w:val="16"/>
              </w:rPr>
              <w:t>Gel Loading Dye, Blue (6X)</w:t>
            </w:r>
          </w:p>
        </w:tc>
        <w:tc>
          <w:tcPr>
            <w:tcW w:w="1720" w:type="dxa"/>
            <w:vAlign w:val="center"/>
          </w:tcPr>
          <w:p w14:paraId="773F81F8" w14:textId="77777777" w:rsidR="001512C8" w:rsidRPr="00161078" w:rsidRDefault="00443F1E">
            <w:pPr>
              <w:spacing w:before="20" w:after="20"/>
              <w:jc w:val="center"/>
              <w:rPr>
                <w:lang w:val="pl-PL"/>
              </w:rPr>
            </w:pPr>
            <w:r w:rsidRPr="00161078">
              <w:rPr>
                <w:sz w:val="16"/>
                <w:lang w:val="pl-PL"/>
              </w:rPr>
              <w:t>4mL</w:t>
            </w:r>
          </w:p>
        </w:tc>
        <w:tc>
          <w:tcPr>
            <w:tcW w:w="640" w:type="dxa"/>
            <w:vAlign w:val="center"/>
          </w:tcPr>
          <w:p w14:paraId="5A69EDA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CCFAC96" w14:textId="77777777" w:rsidR="001512C8" w:rsidRPr="00161078" w:rsidRDefault="00056A14">
            <w:pPr>
              <w:spacing w:before="20" w:after="20"/>
              <w:jc w:val="center"/>
              <w:rPr>
                <w:lang w:val="pl-PL"/>
              </w:rPr>
            </w:pPr>
            <w:r>
              <w:rPr>
                <w:sz w:val="16"/>
                <w:lang w:val="pl-PL"/>
              </w:rPr>
              <w:t>4</w:t>
            </w:r>
          </w:p>
        </w:tc>
        <w:tc>
          <w:tcPr>
            <w:tcW w:w="1250" w:type="dxa"/>
            <w:vAlign w:val="center"/>
          </w:tcPr>
          <w:p w14:paraId="361CCCCF" w14:textId="77777777" w:rsidR="001512C8" w:rsidRPr="00161078" w:rsidRDefault="001512C8">
            <w:pPr>
              <w:spacing w:before="20" w:after="20"/>
              <w:jc w:val="center"/>
              <w:rPr>
                <w:lang w:val="pl-PL"/>
              </w:rPr>
            </w:pPr>
          </w:p>
        </w:tc>
        <w:tc>
          <w:tcPr>
            <w:tcW w:w="620" w:type="dxa"/>
            <w:vAlign w:val="center"/>
          </w:tcPr>
          <w:p w14:paraId="09EA04A2" w14:textId="77777777" w:rsidR="001512C8" w:rsidRPr="00161078" w:rsidRDefault="001512C8">
            <w:pPr>
              <w:spacing w:before="20" w:after="20"/>
              <w:jc w:val="center"/>
              <w:rPr>
                <w:lang w:val="pl-PL"/>
              </w:rPr>
            </w:pPr>
          </w:p>
        </w:tc>
        <w:tc>
          <w:tcPr>
            <w:tcW w:w="1250" w:type="dxa"/>
            <w:vAlign w:val="center"/>
          </w:tcPr>
          <w:p w14:paraId="71C06FC0" w14:textId="77777777" w:rsidR="001512C8" w:rsidRPr="00161078" w:rsidRDefault="001512C8">
            <w:pPr>
              <w:spacing w:before="20" w:after="20"/>
              <w:jc w:val="center"/>
              <w:rPr>
                <w:lang w:val="pl-PL"/>
              </w:rPr>
            </w:pPr>
          </w:p>
        </w:tc>
        <w:tc>
          <w:tcPr>
            <w:tcW w:w="1350" w:type="dxa"/>
            <w:vAlign w:val="center"/>
          </w:tcPr>
          <w:p w14:paraId="7E8BFBBA" w14:textId="77777777" w:rsidR="001512C8" w:rsidRPr="00161078" w:rsidRDefault="001512C8">
            <w:pPr>
              <w:spacing w:before="20" w:after="20"/>
              <w:jc w:val="center"/>
              <w:rPr>
                <w:lang w:val="pl-PL"/>
              </w:rPr>
            </w:pPr>
          </w:p>
        </w:tc>
        <w:tc>
          <w:tcPr>
            <w:tcW w:w="1350" w:type="dxa"/>
            <w:vAlign w:val="center"/>
          </w:tcPr>
          <w:p w14:paraId="5B450CD3" w14:textId="77777777" w:rsidR="001512C8" w:rsidRPr="00161078" w:rsidRDefault="001512C8">
            <w:pPr>
              <w:spacing w:before="20" w:after="20"/>
              <w:jc w:val="center"/>
              <w:rPr>
                <w:lang w:val="pl-PL"/>
              </w:rPr>
            </w:pPr>
          </w:p>
        </w:tc>
      </w:tr>
      <w:tr w:rsidR="001512C8" w:rsidRPr="00161078" w14:paraId="0DD4E46F" w14:textId="77777777" w:rsidTr="00795294">
        <w:trPr>
          <w:jc w:val="center"/>
        </w:trPr>
        <w:tc>
          <w:tcPr>
            <w:tcW w:w="420" w:type="dxa"/>
            <w:vAlign w:val="center"/>
          </w:tcPr>
          <w:p w14:paraId="2B8B730D" w14:textId="77777777" w:rsidR="001512C8" w:rsidRPr="00161078" w:rsidRDefault="00443F1E">
            <w:pPr>
              <w:spacing w:before="20" w:after="20"/>
              <w:jc w:val="center"/>
              <w:rPr>
                <w:lang w:val="pl-PL"/>
              </w:rPr>
            </w:pPr>
            <w:permStart w:id="238648021" w:edGrp="everyone" w:colFirst="5" w:colLast="5"/>
            <w:permStart w:id="1356751053" w:edGrp="everyone" w:colFirst="6" w:colLast="6"/>
            <w:permStart w:id="240978367" w:edGrp="everyone" w:colFirst="7" w:colLast="7"/>
            <w:permStart w:id="798047687" w:edGrp="everyone" w:colFirst="8" w:colLast="8"/>
            <w:permStart w:id="899748378" w:edGrp="everyone" w:colFirst="9" w:colLast="9"/>
            <w:permEnd w:id="1955753467"/>
            <w:permEnd w:id="801525926"/>
            <w:permEnd w:id="1381106996"/>
            <w:permEnd w:id="1758094158"/>
            <w:permEnd w:id="837372827"/>
            <w:r w:rsidRPr="00161078">
              <w:rPr>
                <w:sz w:val="16"/>
                <w:lang w:val="pl-PL"/>
              </w:rPr>
              <w:t>7</w:t>
            </w:r>
          </w:p>
        </w:tc>
        <w:tc>
          <w:tcPr>
            <w:tcW w:w="4450" w:type="dxa"/>
            <w:vAlign w:val="center"/>
          </w:tcPr>
          <w:p w14:paraId="1FC97A17" w14:textId="77777777" w:rsidR="001512C8" w:rsidRPr="0086246A" w:rsidRDefault="00443F1E">
            <w:pPr>
              <w:spacing w:before="20" w:after="20"/>
              <w:jc w:val="left"/>
            </w:pPr>
            <w:r w:rsidRPr="0086246A">
              <w:rPr>
                <w:sz w:val="16"/>
              </w:rPr>
              <w:t>Taq DNA Polymerase with Standard Taq Buffer</w:t>
            </w:r>
          </w:p>
        </w:tc>
        <w:tc>
          <w:tcPr>
            <w:tcW w:w="1720" w:type="dxa"/>
            <w:vAlign w:val="center"/>
          </w:tcPr>
          <w:p w14:paraId="0F5D8FF6" w14:textId="77777777" w:rsidR="001512C8" w:rsidRPr="00161078" w:rsidRDefault="00443F1E">
            <w:pPr>
              <w:spacing w:before="20" w:after="20"/>
              <w:jc w:val="center"/>
              <w:rPr>
                <w:lang w:val="pl-PL"/>
              </w:rPr>
            </w:pPr>
            <w:r w:rsidRPr="00161078">
              <w:rPr>
                <w:sz w:val="16"/>
                <w:lang w:val="pl-PL"/>
              </w:rPr>
              <w:t>400 reakcji</w:t>
            </w:r>
          </w:p>
        </w:tc>
        <w:tc>
          <w:tcPr>
            <w:tcW w:w="640" w:type="dxa"/>
            <w:vAlign w:val="center"/>
          </w:tcPr>
          <w:p w14:paraId="13688E69" w14:textId="77777777" w:rsidR="001512C8" w:rsidRPr="00161078" w:rsidRDefault="00443F1E">
            <w:pPr>
              <w:spacing w:before="20" w:after="20"/>
              <w:jc w:val="center"/>
              <w:rPr>
                <w:lang w:val="pl-PL"/>
              </w:rPr>
            </w:pPr>
            <w:r w:rsidRPr="00161078">
              <w:rPr>
                <w:sz w:val="16"/>
                <w:lang w:val="pl-PL"/>
              </w:rPr>
              <w:t>zestaw</w:t>
            </w:r>
          </w:p>
        </w:tc>
        <w:tc>
          <w:tcPr>
            <w:tcW w:w="1260" w:type="dxa"/>
            <w:vAlign w:val="center"/>
          </w:tcPr>
          <w:p w14:paraId="2D2C14E8" w14:textId="77777777" w:rsidR="001512C8" w:rsidRPr="00161078" w:rsidRDefault="00056A14">
            <w:pPr>
              <w:spacing w:before="20" w:after="20"/>
              <w:jc w:val="center"/>
              <w:rPr>
                <w:lang w:val="pl-PL"/>
              </w:rPr>
            </w:pPr>
            <w:r>
              <w:rPr>
                <w:sz w:val="16"/>
                <w:lang w:val="pl-PL"/>
              </w:rPr>
              <w:t>4</w:t>
            </w:r>
          </w:p>
        </w:tc>
        <w:tc>
          <w:tcPr>
            <w:tcW w:w="1250" w:type="dxa"/>
            <w:vAlign w:val="center"/>
          </w:tcPr>
          <w:p w14:paraId="0F2ADC0E" w14:textId="77777777" w:rsidR="001512C8" w:rsidRPr="00161078" w:rsidRDefault="001512C8">
            <w:pPr>
              <w:spacing w:before="20" w:after="20"/>
              <w:jc w:val="center"/>
              <w:rPr>
                <w:lang w:val="pl-PL"/>
              </w:rPr>
            </w:pPr>
          </w:p>
        </w:tc>
        <w:tc>
          <w:tcPr>
            <w:tcW w:w="620" w:type="dxa"/>
            <w:vAlign w:val="center"/>
          </w:tcPr>
          <w:p w14:paraId="7A48BB68" w14:textId="77777777" w:rsidR="001512C8" w:rsidRPr="00161078" w:rsidRDefault="001512C8">
            <w:pPr>
              <w:spacing w:before="20" w:after="20"/>
              <w:jc w:val="center"/>
              <w:rPr>
                <w:lang w:val="pl-PL"/>
              </w:rPr>
            </w:pPr>
          </w:p>
        </w:tc>
        <w:tc>
          <w:tcPr>
            <w:tcW w:w="1250" w:type="dxa"/>
            <w:vAlign w:val="center"/>
          </w:tcPr>
          <w:p w14:paraId="534A7912" w14:textId="77777777" w:rsidR="001512C8" w:rsidRPr="00161078" w:rsidRDefault="001512C8">
            <w:pPr>
              <w:spacing w:before="20" w:after="20"/>
              <w:jc w:val="center"/>
              <w:rPr>
                <w:lang w:val="pl-PL"/>
              </w:rPr>
            </w:pPr>
          </w:p>
        </w:tc>
        <w:tc>
          <w:tcPr>
            <w:tcW w:w="1350" w:type="dxa"/>
            <w:vAlign w:val="center"/>
          </w:tcPr>
          <w:p w14:paraId="6B137DC7" w14:textId="77777777" w:rsidR="001512C8" w:rsidRPr="00161078" w:rsidRDefault="001512C8">
            <w:pPr>
              <w:spacing w:before="20" w:after="20"/>
              <w:jc w:val="center"/>
              <w:rPr>
                <w:lang w:val="pl-PL"/>
              </w:rPr>
            </w:pPr>
          </w:p>
        </w:tc>
        <w:tc>
          <w:tcPr>
            <w:tcW w:w="1350" w:type="dxa"/>
            <w:vAlign w:val="center"/>
          </w:tcPr>
          <w:p w14:paraId="65CD3E1E" w14:textId="77777777" w:rsidR="001512C8" w:rsidRPr="00161078" w:rsidRDefault="001512C8">
            <w:pPr>
              <w:spacing w:before="20" w:after="20"/>
              <w:jc w:val="center"/>
              <w:rPr>
                <w:lang w:val="pl-PL"/>
              </w:rPr>
            </w:pPr>
          </w:p>
        </w:tc>
      </w:tr>
      <w:tr w:rsidR="001512C8" w:rsidRPr="00161078" w14:paraId="4DD8E598" w14:textId="77777777" w:rsidTr="00795294">
        <w:trPr>
          <w:jc w:val="center"/>
        </w:trPr>
        <w:tc>
          <w:tcPr>
            <w:tcW w:w="420" w:type="dxa"/>
            <w:vAlign w:val="center"/>
          </w:tcPr>
          <w:p w14:paraId="3B4C4081" w14:textId="77777777" w:rsidR="001512C8" w:rsidRPr="00161078" w:rsidRDefault="00443F1E">
            <w:pPr>
              <w:spacing w:before="20" w:after="20"/>
              <w:jc w:val="center"/>
              <w:rPr>
                <w:lang w:val="pl-PL"/>
              </w:rPr>
            </w:pPr>
            <w:permStart w:id="312027595" w:edGrp="everyone" w:colFirst="5" w:colLast="5"/>
            <w:permStart w:id="463280830" w:edGrp="everyone" w:colFirst="6" w:colLast="6"/>
            <w:permStart w:id="1294236111" w:edGrp="everyone" w:colFirst="7" w:colLast="7"/>
            <w:permStart w:id="1368928454" w:edGrp="everyone" w:colFirst="8" w:colLast="8"/>
            <w:permStart w:id="264965404" w:edGrp="everyone" w:colFirst="9" w:colLast="9"/>
            <w:permEnd w:id="238648021"/>
            <w:permEnd w:id="1356751053"/>
            <w:permEnd w:id="240978367"/>
            <w:permEnd w:id="798047687"/>
            <w:permEnd w:id="899748378"/>
            <w:r w:rsidRPr="00161078">
              <w:rPr>
                <w:sz w:val="16"/>
                <w:lang w:val="pl-PL"/>
              </w:rPr>
              <w:t>8</w:t>
            </w:r>
          </w:p>
        </w:tc>
        <w:tc>
          <w:tcPr>
            <w:tcW w:w="4450" w:type="dxa"/>
            <w:vAlign w:val="center"/>
          </w:tcPr>
          <w:p w14:paraId="775367F5" w14:textId="77777777" w:rsidR="001512C8" w:rsidRPr="0086246A" w:rsidRDefault="00443F1E">
            <w:pPr>
              <w:spacing w:before="20" w:after="20"/>
              <w:jc w:val="left"/>
            </w:pPr>
            <w:r w:rsidRPr="0086246A">
              <w:rPr>
                <w:sz w:val="16"/>
              </w:rPr>
              <w:t>Whitlow/218 Linker (E3U7Q) Rabbit mAb (APC Conjugate)</w:t>
            </w:r>
          </w:p>
        </w:tc>
        <w:tc>
          <w:tcPr>
            <w:tcW w:w="1720" w:type="dxa"/>
            <w:vAlign w:val="center"/>
          </w:tcPr>
          <w:p w14:paraId="55C80CB3" w14:textId="77777777" w:rsidR="001512C8" w:rsidRPr="00161078" w:rsidRDefault="00443F1E">
            <w:pPr>
              <w:spacing w:before="20" w:after="20"/>
              <w:jc w:val="center"/>
              <w:rPr>
                <w:lang w:val="pl-PL"/>
              </w:rPr>
            </w:pPr>
            <w:r w:rsidRPr="00161078">
              <w:rPr>
                <w:sz w:val="16"/>
                <w:lang w:val="pl-PL"/>
              </w:rPr>
              <w:t>100 µl</w:t>
            </w:r>
          </w:p>
        </w:tc>
        <w:tc>
          <w:tcPr>
            <w:tcW w:w="640" w:type="dxa"/>
            <w:vAlign w:val="center"/>
          </w:tcPr>
          <w:p w14:paraId="769C220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ED2D2DE" w14:textId="77777777" w:rsidR="001512C8" w:rsidRPr="00161078" w:rsidRDefault="00056A14">
            <w:pPr>
              <w:spacing w:before="20" w:after="20"/>
              <w:jc w:val="center"/>
              <w:rPr>
                <w:lang w:val="pl-PL"/>
              </w:rPr>
            </w:pPr>
            <w:r>
              <w:rPr>
                <w:sz w:val="16"/>
                <w:lang w:val="pl-PL"/>
              </w:rPr>
              <w:t>13</w:t>
            </w:r>
          </w:p>
        </w:tc>
        <w:tc>
          <w:tcPr>
            <w:tcW w:w="1250" w:type="dxa"/>
            <w:vAlign w:val="center"/>
          </w:tcPr>
          <w:p w14:paraId="58F06497" w14:textId="77777777" w:rsidR="001512C8" w:rsidRPr="00161078" w:rsidRDefault="001512C8">
            <w:pPr>
              <w:spacing w:before="20" w:after="20"/>
              <w:jc w:val="center"/>
              <w:rPr>
                <w:lang w:val="pl-PL"/>
              </w:rPr>
            </w:pPr>
          </w:p>
        </w:tc>
        <w:tc>
          <w:tcPr>
            <w:tcW w:w="620" w:type="dxa"/>
            <w:vAlign w:val="center"/>
          </w:tcPr>
          <w:p w14:paraId="194FDBCF" w14:textId="77777777" w:rsidR="001512C8" w:rsidRPr="00161078" w:rsidRDefault="001512C8">
            <w:pPr>
              <w:spacing w:before="20" w:after="20"/>
              <w:jc w:val="center"/>
              <w:rPr>
                <w:lang w:val="pl-PL"/>
              </w:rPr>
            </w:pPr>
          </w:p>
        </w:tc>
        <w:tc>
          <w:tcPr>
            <w:tcW w:w="1250" w:type="dxa"/>
            <w:vAlign w:val="center"/>
          </w:tcPr>
          <w:p w14:paraId="27B05DB5" w14:textId="77777777" w:rsidR="001512C8" w:rsidRPr="00161078" w:rsidRDefault="001512C8">
            <w:pPr>
              <w:spacing w:before="20" w:after="20"/>
              <w:jc w:val="center"/>
              <w:rPr>
                <w:lang w:val="pl-PL"/>
              </w:rPr>
            </w:pPr>
          </w:p>
        </w:tc>
        <w:tc>
          <w:tcPr>
            <w:tcW w:w="1350" w:type="dxa"/>
            <w:vAlign w:val="center"/>
          </w:tcPr>
          <w:p w14:paraId="3407A380" w14:textId="77777777" w:rsidR="001512C8" w:rsidRPr="00161078" w:rsidRDefault="001512C8">
            <w:pPr>
              <w:spacing w:before="20" w:after="20"/>
              <w:jc w:val="center"/>
              <w:rPr>
                <w:lang w:val="pl-PL"/>
              </w:rPr>
            </w:pPr>
          </w:p>
        </w:tc>
        <w:tc>
          <w:tcPr>
            <w:tcW w:w="1350" w:type="dxa"/>
            <w:vAlign w:val="center"/>
          </w:tcPr>
          <w:p w14:paraId="24182890" w14:textId="77777777" w:rsidR="001512C8" w:rsidRPr="00161078" w:rsidRDefault="001512C8">
            <w:pPr>
              <w:spacing w:before="20" w:after="20"/>
              <w:jc w:val="center"/>
              <w:rPr>
                <w:lang w:val="pl-PL"/>
              </w:rPr>
            </w:pPr>
          </w:p>
        </w:tc>
      </w:tr>
      <w:tr w:rsidR="001512C8" w:rsidRPr="00161078" w14:paraId="509068DF" w14:textId="77777777" w:rsidTr="00795294">
        <w:trPr>
          <w:jc w:val="center"/>
        </w:trPr>
        <w:tc>
          <w:tcPr>
            <w:tcW w:w="420" w:type="dxa"/>
            <w:vAlign w:val="center"/>
          </w:tcPr>
          <w:p w14:paraId="14ECC46C" w14:textId="77777777" w:rsidR="001512C8" w:rsidRPr="00161078" w:rsidRDefault="00443F1E">
            <w:pPr>
              <w:spacing w:before="20" w:after="20"/>
              <w:jc w:val="center"/>
              <w:rPr>
                <w:lang w:val="pl-PL"/>
              </w:rPr>
            </w:pPr>
            <w:permStart w:id="1548162217" w:edGrp="everyone" w:colFirst="5" w:colLast="5"/>
            <w:permStart w:id="1236625079" w:edGrp="everyone" w:colFirst="6" w:colLast="6"/>
            <w:permStart w:id="1898278211" w:edGrp="everyone" w:colFirst="7" w:colLast="7"/>
            <w:permStart w:id="579884762" w:edGrp="everyone" w:colFirst="8" w:colLast="8"/>
            <w:permStart w:id="442446140" w:edGrp="everyone" w:colFirst="9" w:colLast="9"/>
            <w:permEnd w:id="312027595"/>
            <w:permEnd w:id="463280830"/>
            <w:permEnd w:id="1294236111"/>
            <w:permEnd w:id="1368928454"/>
            <w:permEnd w:id="264965404"/>
            <w:r w:rsidRPr="00161078">
              <w:rPr>
                <w:sz w:val="16"/>
                <w:lang w:val="pl-PL"/>
              </w:rPr>
              <w:t>9</w:t>
            </w:r>
          </w:p>
        </w:tc>
        <w:tc>
          <w:tcPr>
            <w:tcW w:w="4450" w:type="dxa"/>
            <w:vAlign w:val="center"/>
          </w:tcPr>
          <w:p w14:paraId="5A3832A8" w14:textId="77777777" w:rsidR="001512C8" w:rsidRPr="00161078" w:rsidRDefault="00443F1E">
            <w:pPr>
              <w:spacing w:before="20" w:after="20"/>
              <w:jc w:val="left"/>
              <w:rPr>
                <w:lang w:val="pl-PL"/>
              </w:rPr>
            </w:pPr>
            <w:r w:rsidRPr="00161078">
              <w:rPr>
                <w:sz w:val="16"/>
                <w:lang w:val="pl-PL"/>
              </w:rPr>
              <w:t>BspQI</w:t>
            </w:r>
          </w:p>
        </w:tc>
        <w:tc>
          <w:tcPr>
            <w:tcW w:w="1720" w:type="dxa"/>
            <w:vAlign w:val="center"/>
          </w:tcPr>
          <w:p w14:paraId="38FC458D" w14:textId="77777777" w:rsidR="001512C8" w:rsidRPr="00161078" w:rsidRDefault="00443F1E">
            <w:pPr>
              <w:spacing w:before="20" w:after="20"/>
              <w:jc w:val="center"/>
              <w:rPr>
                <w:lang w:val="pl-PL"/>
              </w:rPr>
            </w:pPr>
            <w:r w:rsidRPr="00161078">
              <w:rPr>
                <w:sz w:val="16"/>
                <w:lang w:val="pl-PL"/>
              </w:rPr>
              <w:t>10,000 jednostek/ml</w:t>
            </w:r>
          </w:p>
        </w:tc>
        <w:tc>
          <w:tcPr>
            <w:tcW w:w="640" w:type="dxa"/>
            <w:vAlign w:val="center"/>
          </w:tcPr>
          <w:p w14:paraId="410508F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936B8C9" w14:textId="77777777" w:rsidR="001512C8" w:rsidRPr="00161078" w:rsidRDefault="00056A14">
            <w:pPr>
              <w:spacing w:before="20" w:after="20"/>
              <w:jc w:val="center"/>
              <w:rPr>
                <w:lang w:val="pl-PL"/>
              </w:rPr>
            </w:pPr>
            <w:r>
              <w:rPr>
                <w:sz w:val="16"/>
                <w:lang w:val="pl-PL"/>
              </w:rPr>
              <w:t>2</w:t>
            </w:r>
          </w:p>
        </w:tc>
        <w:tc>
          <w:tcPr>
            <w:tcW w:w="1250" w:type="dxa"/>
            <w:vAlign w:val="center"/>
          </w:tcPr>
          <w:p w14:paraId="435BDFEB" w14:textId="77777777" w:rsidR="001512C8" w:rsidRPr="00161078" w:rsidRDefault="001512C8">
            <w:pPr>
              <w:spacing w:before="20" w:after="20"/>
              <w:jc w:val="center"/>
              <w:rPr>
                <w:lang w:val="pl-PL"/>
              </w:rPr>
            </w:pPr>
          </w:p>
        </w:tc>
        <w:tc>
          <w:tcPr>
            <w:tcW w:w="620" w:type="dxa"/>
            <w:vAlign w:val="center"/>
          </w:tcPr>
          <w:p w14:paraId="36AA1F9A" w14:textId="77777777" w:rsidR="001512C8" w:rsidRPr="00161078" w:rsidRDefault="001512C8">
            <w:pPr>
              <w:spacing w:before="20" w:after="20"/>
              <w:jc w:val="center"/>
              <w:rPr>
                <w:lang w:val="pl-PL"/>
              </w:rPr>
            </w:pPr>
          </w:p>
        </w:tc>
        <w:tc>
          <w:tcPr>
            <w:tcW w:w="1250" w:type="dxa"/>
            <w:vAlign w:val="center"/>
          </w:tcPr>
          <w:p w14:paraId="378B19A2" w14:textId="77777777" w:rsidR="001512C8" w:rsidRPr="00161078" w:rsidRDefault="001512C8">
            <w:pPr>
              <w:spacing w:before="20" w:after="20"/>
              <w:jc w:val="center"/>
              <w:rPr>
                <w:lang w:val="pl-PL"/>
              </w:rPr>
            </w:pPr>
          </w:p>
        </w:tc>
        <w:tc>
          <w:tcPr>
            <w:tcW w:w="1350" w:type="dxa"/>
            <w:vAlign w:val="center"/>
          </w:tcPr>
          <w:p w14:paraId="6E6328A7" w14:textId="77777777" w:rsidR="001512C8" w:rsidRPr="00161078" w:rsidRDefault="001512C8">
            <w:pPr>
              <w:spacing w:before="20" w:after="20"/>
              <w:jc w:val="center"/>
              <w:rPr>
                <w:lang w:val="pl-PL"/>
              </w:rPr>
            </w:pPr>
          </w:p>
        </w:tc>
        <w:tc>
          <w:tcPr>
            <w:tcW w:w="1350" w:type="dxa"/>
            <w:vAlign w:val="center"/>
          </w:tcPr>
          <w:p w14:paraId="6D1B6F79" w14:textId="77777777" w:rsidR="001512C8" w:rsidRPr="00161078" w:rsidRDefault="001512C8">
            <w:pPr>
              <w:spacing w:before="20" w:after="20"/>
              <w:jc w:val="center"/>
              <w:rPr>
                <w:lang w:val="pl-PL"/>
              </w:rPr>
            </w:pPr>
          </w:p>
        </w:tc>
      </w:tr>
      <w:tr w:rsidR="001512C8" w:rsidRPr="00161078" w14:paraId="4B7F7E66" w14:textId="77777777" w:rsidTr="00795294">
        <w:trPr>
          <w:jc w:val="center"/>
        </w:trPr>
        <w:tc>
          <w:tcPr>
            <w:tcW w:w="420" w:type="dxa"/>
            <w:vAlign w:val="center"/>
          </w:tcPr>
          <w:p w14:paraId="4F140CDA" w14:textId="77777777" w:rsidR="001512C8" w:rsidRPr="00161078" w:rsidRDefault="00443F1E">
            <w:pPr>
              <w:spacing w:before="20" w:after="20"/>
              <w:jc w:val="center"/>
              <w:rPr>
                <w:lang w:val="pl-PL"/>
              </w:rPr>
            </w:pPr>
            <w:permStart w:id="1636000289" w:edGrp="everyone" w:colFirst="5" w:colLast="5"/>
            <w:permStart w:id="947271157" w:edGrp="everyone" w:colFirst="6" w:colLast="6"/>
            <w:permStart w:id="1362773705" w:edGrp="everyone" w:colFirst="7" w:colLast="7"/>
            <w:permStart w:id="1643598765" w:edGrp="everyone" w:colFirst="8" w:colLast="8"/>
            <w:permStart w:id="607722004" w:edGrp="everyone" w:colFirst="9" w:colLast="9"/>
            <w:permEnd w:id="1548162217"/>
            <w:permEnd w:id="1236625079"/>
            <w:permEnd w:id="1898278211"/>
            <w:permEnd w:id="579884762"/>
            <w:permEnd w:id="442446140"/>
            <w:r w:rsidRPr="00161078">
              <w:rPr>
                <w:sz w:val="16"/>
                <w:lang w:val="pl-PL"/>
              </w:rPr>
              <w:t>10</w:t>
            </w:r>
          </w:p>
        </w:tc>
        <w:tc>
          <w:tcPr>
            <w:tcW w:w="4450" w:type="dxa"/>
            <w:vAlign w:val="center"/>
          </w:tcPr>
          <w:p w14:paraId="4F3DD8DE" w14:textId="77777777" w:rsidR="001512C8" w:rsidRPr="00161078" w:rsidRDefault="00443F1E">
            <w:pPr>
              <w:spacing w:before="20" w:after="20"/>
              <w:jc w:val="left"/>
              <w:rPr>
                <w:lang w:val="pl-PL"/>
              </w:rPr>
            </w:pPr>
            <w:r w:rsidRPr="00161078">
              <w:rPr>
                <w:sz w:val="16"/>
                <w:lang w:val="pl-PL"/>
              </w:rPr>
              <w:t>BamHI-HF</w:t>
            </w:r>
          </w:p>
        </w:tc>
        <w:tc>
          <w:tcPr>
            <w:tcW w:w="1720" w:type="dxa"/>
            <w:vAlign w:val="center"/>
          </w:tcPr>
          <w:p w14:paraId="12B5960A" w14:textId="77777777" w:rsidR="001512C8" w:rsidRPr="00161078" w:rsidRDefault="00443F1E">
            <w:pPr>
              <w:spacing w:before="20" w:after="20"/>
              <w:jc w:val="center"/>
              <w:rPr>
                <w:lang w:val="pl-PL"/>
              </w:rPr>
            </w:pPr>
            <w:r w:rsidRPr="00161078">
              <w:rPr>
                <w:sz w:val="16"/>
                <w:lang w:val="pl-PL"/>
              </w:rPr>
              <w:t>100,000 units/ml</w:t>
            </w:r>
          </w:p>
        </w:tc>
        <w:tc>
          <w:tcPr>
            <w:tcW w:w="640" w:type="dxa"/>
            <w:vAlign w:val="center"/>
          </w:tcPr>
          <w:p w14:paraId="5B49CBD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91E82AD" w14:textId="77777777" w:rsidR="001512C8" w:rsidRPr="00161078" w:rsidRDefault="00056A14">
            <w:pPr>
              <w:spacing w:before="20" w:after="20"/>
              <w:jc w:val="center"/>
              <w:rPr>
                <w:lang w:val="pl-PL"/>
              </w:rPr>
            </w:pPr>
            <w:r>
              <w:rPr>
                <w:sz w:val="16"/>
                <w:lang w:val="pl-PL"/>
              </w:rPr>
              <w:t>2</w:t>
            </w:r>
          </w:p>
        </w:tc>
        <w:tc>
          <w:tcPr>
            <w:tcW w:w="1250" w:type="dxa"/>
            <w:vAlign w:val="center"/>
          </w:tcPr>
          <w:p w14:paraId="6287F2D3" w14:textId="77777777" w:rsidR="001512C8" w:rsidRPr="00161078" w:rsidRDefault="001512C8">
            <w:pPr>
              <w:spacing w:before="20" w:after="20"/>
              <w:jc w:val="center"/>
              <w:rPr>
                <w:lang w:val="pl-PL"/>
              </w:rPr>
            </w:pPr>
          </w:p>
        </w:tc>
        <w:tc>
          <w:tcPr>
            <w:tcW w:w="620" w:type="dxa"/>
            <w:vAlign w:val="center"/>
          </w:tcPr>
          <w:p w14:paraId="147B698A" w14:textId="77777777" w:rsidR="001512C8" w:rsidRPr="00161078" w:rsidRDefault="001512C8">
            <w:pPr>
              <w:spacing w:before="20" w:after="20"/>
              <w:jc w:val="center"/>
              <w:rPr>
                <w:lang w:val="pl-PL"/>
              </w:rPr>
            </w:pPr>
          </w:p>
        </w:tc>
        <w:tc>
          <w:tcPr>
            <w:tcW w:w="1250" w:type="dxa"/>
            <w:vAlign w:val="center"/>
          </w:tcPr>
          <w:p w14:paraId="5D8C814A" w14:textId="77777777" w:rsidR="001512C8" w:rsidRPr="00161078" w:rsidRDefault="001512C8">
            <w:pPr>
              <w:spacing w:before="20" w:after="20"/>
              <w:jc w:val="center"/>
              <w:rPr>
                <w:lang w:val="pl-PL"/>
              </w:rPr>
            </w:pPr>
          </w:p>
        </w:tc>
        <w:tc>
          <w:tcPr>
            <w:tcW w:w="1350" w:type="dxa"/>
            <w:vAlign w:val="center"/>
          </w:tcPr>
          <w:p w14:paraId="7248C986" w14:textId="77777777" w:rsidR="001512C8" w:rsidRPr="00161078" w:rsidRDefault="001512C8">
            <w:pPr>
              <w:spacing w:before="20" w:after="20"/>
              <w:jc w:val="center"/>
              <w:rPr>
                <w:lang w:val="pl-PL"/>
              </w:rPr>
            </w:pPr>
          </w:p>
        </w:tc>
        <w:tc>
          <w:tcPr>
            <w:tcW w:w="1350" w:type="dxa"/>
            <w:vAlign w:val="center"/>
          </w:tcPr>
          <w:p w14:paraId="6D680B1E" w14:textId="77777777" w:rsidR="001512C8" w:rsidRPr="00161078" w:rsidRDefault="001512C8">
            <w:pPr>
              <w:spacing w:before="20" w:after="20"/>
              <w:jc w:val="center"/>
              <w:rPr>
                <w:lang w:val="pl-PL"/>
              </w:rPr>
            </w:pPr>
          </w:p>
        </w:tc>
      </w:tr>
      <w:tr w:rsidR="001512C8" w:rsidRPr="00161078" w14:paraId="054007E4" w14:textId="77777777" w:rsidTr="00795294">
        <w:trPr>
          <w:jc w:val="center"/>
        </w:trPr>
        <w:tc>
          <w:tcPr>
            <w:tcW w:w="420" w:type="dxa"/>
            <w:vAlign w:val="center"/>
          </w:tcPr>
          <w:p w14:paraId="7520FCAC" w14:textId="77777777" w:rsidR="001512C8" w:rsidRPr="00161078" w:rsidRDefault="00443F1E">
            <w:pPr>
              <w:spacing w:before="20" w:after="20"/>
              <w:jc w:val="center"/>
              <w:rPr>
                <w:lang w:val="pl-PL"/>
              </w:rPr>
            </w:pPr>
            <w:permStart w:id="1528714778" w:edGrp="everyone" w:colFirst="5" w:colLast="5"/>
            <w:permStart w:id="1768253285" w:edGrp="everyone" w:colFirst="6" w:colLast="6"/>
            <w:permStart w:id="1496918137" w:edGrp="everyone" w:colFirst="7" w:colLast="7"/>
            <w:permStart w:id="1307391895" w:edGrp="everyone" w:colFirst="8" w:colLast="8"/>
            <w:permStart w:id="2060599179" w:edGrp="everyone" w:colFirst="9" w:colLast="9"/>
            <w:permEnd w:id="1636000289"/>
            <w:permEnd w:id="947271157"/>
            <w:permEnd w:id="1362773705"/>
            <w:permEnd w:id="1643598765"/>
            <w:permEnd w:id="607722004"/>
            <w:r w:rsidRPr="00161078">
              <w:rPr>
                <w:sz w:val="16"/>
                <w:lang w:val="pl-PL"/>
              </w:rPr>
              <w:t>11</w:t>
            </w:r>
          </w:p>
        </w:tc>
        <w:tc>
          <w:tcPr>
            <w:tcW w:w="4450" w:type="dxa"/>
            <w:vAlign w:val="center"/>
          </w:tcPr>
          <w:p w14:paraId="0D8A48BA" w14:textId="77777777" w:rsidR="001512C8" w:rsidRPr="00161078" w:rsidRDefault="00443F1E">
            <w:pPr>
              <w:spacing w:before="20" w:after="20"/>
              <w:jc w:val="left"/>
              <w:rPr>
                <w:lang w:val="pl-PL"/>
              </w:rPr>
            </w:pPr>
            <w:r w:rsidRPr="00161078">
              <w:rPr>
                <w:sz w:val="16"/>
                <w:lang w:val="pl-PL"/>
              </w:rPr>
              <w:t>HindII-HF</w:t>
            </w:r>
          </w:p>
        </w:tc>
        <w:tc>
          <w:tcPr>
            <w:tcW w:w="1720" w:type="dxa"/>
            <w:vAlign w:val="center"/>
          </w:tcPr>
          <w:p w14:paraId="0D14ACF7" w14:textId="77777777" w:rsidR="001512C8" w:rsidRPr="00161078" w:rsidRDefault="00443F1E">
            <w:pPr>
              <w:spacing w:before="20" w:after="20"/>
              <w:jc w:val="center"/>
              <w:rPr>
                <w:lang w:val="pl-PL"/>
              </w:rPr>
            </w:pPr>
            <w:r w:rsidRPr="00161078">
              <w:rPr>
                <w:sz w:val="16"/>
                <w:lang w:val="pl-PL"/>
              </w:rPr>
              <w:t>100,000 units/ml</w:t>
            </w:r>
          </w:p>
        </w:tc>
        <w:tc>
          <w:tcPr>
            <w:tcW w:w="640" w:type="dxa"/>
            <w:vAlign w:val="center"/>
          </w:tcPr>
          <w:p w14:paraId="6D3C255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77181DA" w14:textId="77777777" w:rsidR="001512C8" w:rsidRPr="00161078" w:rsidRDefault="00056A14">
            <w:pPr>
              <w:spacing w:before="20" w:after="20"/>
              <w:jc w:val="center"/>
              <w:rPr>
                <w:lang w:val="pl-PL"/>
              </w:rPr>
            </w:pPr>
            <w:r>
              <w:rPr>
                <w:sz w:val="16"/>
                <w:lang w:val="pl-PL"/>
              </w:rPr>
              <w:t>2</w:t>
            </w:r>
          </w:p>
        </w:tc>
        <w:tc>
          <w:tcPr>
            <w:tcW w:w="1250" w:type="dxa"/>
            <w:vAlign w:val="center"/>
          </w:tcPr>
          <w:p w14:paraId="188F5CCB" w14:textId="77777777" w:rsidR="001512C8" w:rsidRPr="00161078" w:rsidRDefault="001512C8">
            <w:pPr>
              <w:spacing w:before="20" w:after="20"/>
              <w:jc w:val="center"/>
              <w:rPr>
                <w:lang w:val="pl-PL"/>
              </w:rPr>
            </w:pPr>
          </w:p>
        </w:tc>
        <w:tc>
          <w:tcPr>
            <w:tcW w:w="620" w:type="dxa"/>
            <w:vAlign w:val="center"/>
          </w:tcPr>
          <w:p w14:paraId="4EE78DFE" w14:textId="77777777" w:rsidR="001512C8" w:rsidRPr="00161078" w:rsidRDefault="001512C8">
            <w:pPr>
              <w:spacing w:before="20" w:after="20"/>
              <w:jc w:val="center"/>
              <w:rPr>
                <w:lang w:val="pl-PL"/>
              </w:rPr>
            </w:pPr>
          </w:p>
        </w:tc>
        <w:tc>
          <w:tcPr>
            <w:tcW w:w="1250" w:type="dxa"/>
            <w:vAlign w:val="center"/>
          </w:tcPr>
          <w:p w14:paraId="243F3699" w14:textId="77777777" w:rsidR="001512C8" w:rsidRPr="00161078" w:rsidRDefault="001512C8">
            <w:pPr>
              <w:spacing w:before="20" w:after="20"/>
              <w:jc w:val="center"/>
              <w:rPr>
                <w:lang w:val="pl-PL"/>
              </w:rPr>
            </w:pPr>
          </w:p>
        </w:tc>
        <w:tc>
          <w:tcPr>
            <w:tcW w:w="1350" w:type="dxa"/>
            <w:vAlign w:val="center"/>
          </w:tcPr>
          <w:p w14:paraId="281E3F96" w14:textId="77777777" w:rsidR="001512C8" w:rsidRPr="00161078" w:rsidRDefault="001512C8">
            <w:pPr>
              <w:spacing w:before="20" w:after="20"/>
              <w:jc w:val="center"/>
              <w:rPr>
                <w:lang w:val="pl-PL"/>
              </w:rPr>
            </w:pPr>
          </w:p>
        </w:tc>
        <w:tc>
          <w:tcPr>
            <w:tcW w:w="1350" w:type="dxa"/>
            <w:vAlign w:val="center"/>
          </w:tcPr>
          <w:p w14:paraId="2B7A1338" w14:textId="77777777" w:rsidR="001512C8" w:rsidRPr="00161078" w:rsidRDefault="001512C8">
            <w:pPr>
              <w:spacing w:before="20" w:after="20"/>
              <w:jc w:val="center"/>
              <w:rPr>
                <w:lang w:val="pl-PL"/>
              </w:rPr>
            </w:pPr>
          </w:p>
        </w:tc>
      </w:tr>
      <w:tr w:rsidR="001512C8" w:rsidRPr="00161078" w14:paraId="4DB67BD4" w14:textId="77777777" w:rsidTr="00795294">
        <w:trPr>
          <w:jc w:val="center"/>
        </w:trPr>
        <w:tc>
          <w:tcPr>
            <w:tcW w:w="420" w:type="dxa"/>
            <w:vAlign w:val="center"/>
          </w:tcPr>
          <w:p w14:paraId="047B6051" w14:textId="77777777" w:rsidR="001512C8" w:rsidRPr="00161078" w:rsidRDefault="00443F1E">
            <w:pPr>
              <w:spacing w:before="20" w:after="20"/>
              <w:jc w:val="center"/>
              <w:rPr>
                <w:lang w:val="pl-PL"/>
              </w:rPr>
            </w:pPr>
            <w:permStart w:id="456070602" w:edGrp="everyone" w:colFirst="5" w:colLast="5"/>
            <w:permStart w:id="142349356" w:edGrp="everyone" w:colFirst="6" w:colLast="6"/>
            <w:permStart w:id="1153180001" w:edGrp="everyone" w:colFirst="7" w:colLast="7"/>
            <w:permStart w:id="1545417249" w:edGrp="everyone" w:colFirst="8" w:colLast="8"/>
            <w:permStart w:id="680403260" w:edGrp="everyone" w:colFirst="9" w:colLast="9"/>
            <w:permEnd w:id="1528714778"/>
            <w:permEnd w:id="1768253285"/>
            <w:permEnd w:id="1496918137"/>
            <w:permEnd w:id="1307391895"/>
            <w:permEnd w:id="2060599179"/>
            <w:r w:rsidRPr="00161078">
              <w:rPr>
                <w:sz w:val="16"/>
                <w:lang w:val="pl-PL"/>
              </w:rPr>
              <w:t>12</w:t>
            </w:r>
          </w:p>
        </w:tc>
        <w:tc>
          <w:tcPr>
            <w:tcW w:w="4450" w:type="dxa"/>
            <w:vAlign w:val="center"/>
          </w:tcPr>
          <w:p w14:paraId="0C2AB688" w14:textId="77777777" w:rsidR="001512C8" w:rsidRPr="00161078" w:rsidRDefault="00443F1E">
            <w:pPr>
              <w:spacing w:before="20" w:after="20"/>
              <w:jc w:val="left"/>
              <w:rPr>
                <w:lang w:val="pl-PL"/>
              </w:rPr>
            </w:pPr>
            <w:r w:rsidRPr="00161078">
              <w:rPr>
                <w:sz w:val="16"/>
                <w:lang w:val="pl-PL"/>
              </w:rPr>
              <w:t>BsrGI-HF</w:t>
            </w:r>
          </w:p>
        </w:tc>
        <w:tc>
          <w:tcPr>
            <w:tcW w:w="1720" w:type="dxa"/>
            <w:vAlign w:val="center"/>
          </w:tcPr>
          <w:p w14:paraId="5DA92E3C"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3E5FA1C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5CEB518" w14:textId="77777777" w:rsidR="001512C8" w:rsidRPr="00161078" w:rsidRDefault="00056A14">
            <w:pPr>
              <w:spacing w:before="20" w:after="20"/>
              <w:jc w:val="center"/>
              <w:rPr>
                <w:lang w:val="pl-PL"/>
              </w:rPr>
            </w:pPr>
            <w:r>
              <w:rPr>
                <w:sz w:val="16"/>
                <w:lang w:val="pl-PL"/>
              </w:rPr>
              <w:t>2</w:t>
            </w:r>
          </w:p>
        </w:tc>
        <w:tc>
          <w:tcPr>
            <w:tcW w:w="1250" w:type="dxa"/>
            <w:vAlign w:val="center"/>
          </w:tcPr>
          <w:p w14:paraId="16065D72" w14:textId="77777777" w:rsidR="001512C8" w:rsidRPr="00161078" w:rsidRDefault="001512C8">
            <w:pPr>
              <w:spacing w:before="20" w:after="20"/>
              <w:jc w:val="center"/>
              <w:rPr>
                <w:lang w:val="pl-PL"/>
              </w:rPr>
            </w:pPr>
          </w:p>
        </w:tc>
        <w:tc>
          <w:tcPr>
            <w:tcW w:w="620" w:type="dxa"/>
            <w:vAlign w:val="center"/>
          </w:tcPr>
          <w:p w14:paraId="0D3B9E7B" w14:textId="77777777" w:rsidR="001512C8" w:rsidRPr="00161078" w:rsidRDefault="001512C8">
            <w:pPr>
              <w:spacing w:before="20" w:after="20"/>
              <w:jc w:val="center"/>
              <w:rPr>
                <w:lang w:val="pl-PL"/>
              </w:rPr>
            </w:pPr>
          </w:p>
        </w:tc>
        <w:tc>
          <w:tcPr>
            <w:tcW w:w="1250" w:type="dxa"/>
            <w:vAlign w:val="center"/>
          </w:tcPr>
          <w:p w14:paraId="433B93C6" w14:textId="77777777" w:rsidR="001512C8" w:rsidRPr="00161078" w:rsidRDefault="001512C8">
            <w:pPr>
              <w:spacing w:before="20" w:after="20"/>
              <w:jc w:val="center"/>
              <w:rPr>
                <w:lang w:val="pl-PL"/>
              </w:rPr>
            </w:pPr>
          </w:p>
        </w:tc>
        <w:tc>
          <w:tcPr>
            <w:tcW w:w="1350" w:type="dxa"/>
            <w:vAlign w:val="center"/>
          </w:tcPr>
          <w:p w14:paraId="5FA0EA85" w14:textId="77777777" w:rsidR="001512C8" w:rsidRPr="00161078" w:rsidRDefault="001512C8">
            <w:pPr>
              <w:spacing w:before="20" w:after="20"/>
              <w:jc w:val="center"/>
              <w:rPr>
                <w:lang w:val="pl-PL"/>
              </w:rPr>
            </w:pPr>
          </w:p>
        </w:tc>
        <w:tc>
          <w:tcPr>
            <w:tcW w:w="1350" w:type="dxa"/>
            <w:vAlign w:val="center"/>
          </w:tcPr>
          <w:p w14:paraId="3B51D71E" w14:textId="77777777" w:rsidR="001512C8" w:rsidRPr="00161078" w:rsidRDefault="001512C8">
            <w:pPr>
              <w:spacing w:before="20" w:after="20"/>
              <w:jc w:val="center"/>
              <w:rPr>
                <w:lang w:val="pl-PL"/>
              </w:rPr>
            </w:pPr>
          </w:p>
        </w:tc>
      </w:tr>
      <w:tr w:rsidR="001512C8" w:rsidRPr="00161078" w14:paraId="78B98756" w14:textId="77777777" w:rsidTr="00795294">
        <w:trPr>
          <w:jc w:val="center"/>
        </w:trPr>
        <w:tc>
          <w:tcPr>
            <w:tcW w:w="420" w:type="dxa"/>
            <w:vAlign w:val="center"/>
          </w:tcPr>
          <w:p w14:paraId="6CB95D5D" w14:textId="77777777" w:rsidR="001512C8" w:rsidRPr="00161078" w:rsidRDefault="00443F1E">
            <w:pPr>
              <w:spacing w:before="20" w:after="20"/>
              <w:jc w:val="center"/>
              <w:rPr>
                <w:lang w:val="pl-PL"/>
              </w:rPr>
            </w:pPr>
            <w:permStart w:id="1136722037" w:edGrp="everyone" w:colFirst="5" w:colLast="5"/>
            <w:permStart w:id="1270420242" w:edGrp="everyone" w:colFirst="6" w:colLast="6"/>
            <w:permStart w:id="1040072162" w:edGrp="everyone" w:colFirst="7" w:colLast="7"/>
            <w:permStart w:id="1983607548" w:edGrp="everyone" w:colFirst="8" w:colLast="8"/>
            <w:permStart w:id="673253623" w:edGrp="everyone" w:colFirst="9" w:colLast="9"/>
            <w:permEnd w:id="456070602"/>
            <w:permEnd w:id="142349356"/>
            <w:permEnd w:id="1153180001"/>
            <w:permEnd w:id="1545417249"/>
            <w:permEnd w:id="680403260"/>
            <w:r w:rsidRPr="00161078">
              <w:rPr>
                <w:sz w:val="16"/>
                <w:lang w:val="pl-PL"/>
              </w:rPr>
              <w:t>13</w:t>
            </w:r>
          </w:p>
        </w:tc>
        <w:tc>
          <w:tcPr>
            <w:tcW w:w="4450" w:type="dxa"/>
            <w:vAlign w:val="center"/>
          </w:tcPr>
          <w:p w14:paraId="1E3FA176" w14:textId="77777777" w:rsidR="001512C8" w:rsidRPr="00161078" w:rsidRDefault="00443F1E">
            <w:pPr>
              <w:spacing w:before="20" w:after="20"/>
              <w:jc w:val="left"/>
              <w:rPr>
                <w:lang w:val="pl-PL"/>
              </w:rPr>
            </w:pPr>
            <w:r w:rsidRPr="00161078">
              <w:rPr>
                <w:sz w:val="16"/>
                <w:lang w:val="pl-PL"/>
              </w:rPr>
              <w:t>NheI-HF</w:t>
            </w:r>
          </w:p>
        </w:tc>
        <w:tc>
          <w:tcPr>
            <w:tcW w:w="1720" w:type="dxa"/>
            <w:vAlign w:val="center"/>
          </w:tcPr>
          <w:p w14:paraId="0A21FC45"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54D792B8"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D248AC3" w14:textId="77777777" w:rsidR="001512C8" w:rsidRPr="00161078" w:rsidRDefault="00056A14">
            <w:pPr>
              <w:spacing w:before="20" w:after="20"/>
              <w:jc w:val="center"/>
              <w:rPr>
                <w:lang w:val="pl-PL"/>
              </w:rPr>
            </w:pPr>
            <w:r>
              <w:rPr>
                <w:sz w:val="16"/>
                <w:lang w:val="pl-PL"/>
              </w:rPr>
              <w:t>2</w:t>
            </w:r>
          </w:p>
        </w:tc>
        <w:tc>
          <w:tcPr>
            <w:tcW w:w="1250" w:type="dxa"/>
            <w:vAlign w:val="center"/>
          </w:tcPr>
          <w:p w14:paraId="2DEC4697" w14:textId="77777777" w:rsidR="001512C8" w:rsidRPr="00161078" w:rsidRDefault="001512C8">
            <w:pPr>
              <w:spacing w:before="20" w:after="20"/>
              <w:jc w:val="center"/>
              <w:rPr>
                <w:lang w:val="pl-PL"/>
              </w:rPr>
            </w:pPr>
          </w:p>
        </w:tc>
        <w:tc>
          <w:tcPr>
            <w:tcW w:w="620" w:type="dxa"/>
            <w:vAlign w:val="center"/>
          </w:tcPr>
          <w:p w14:paraId="5C5CCA1F" w14:textId="77777777" w:rsidR="001512C8" w:rsidRPr="00161078" w:rsidRDefault="001512C8">
            <w:pPr>
              <w:spacing w:before="20" w:after="20"/>
              <w:jc w:val="center"/>
              <w:rPr>
                <w:lang w:val="pl-PL"/>
              </w:rPr>
            </w:pPr>
          </w:p>
        </w:tc>
        <w:tc>
          <w:tcPr>
            <w:tcW w:w="1250" w:type="dxa"/>
            <w:vAlign w:val="center"/>
          </w:tcPr>
          <w:p w14:paraId="6EC2FB19" w14:textId="77777777" w:rsidR="001512C8" w:rsidRPr="00161078" w:rsidRDefault="001512C8">
            <w:pPr>
              <w:spacing w:before="20" w:after="20"/>
              <w:jc w:val="center"/>
              <w:rPr>
                <w:lang w:val="pl-PL"/>
              </w:rPr>
            </w:pPr>
          </w:p>
        </w:tc>
        <w:tc>
          <w:tcPr>
            <w:tcW w:w="1350" w:type="dxa"/>
            <w:vAlign w:val="center"/>
          </w:tcPr>
          <w:p w14:paraId="4927E73E" w14:textId="77777777" w:rsidR="001512C8" w:rsidRPr="00161078" w:rsidRDefault="001512C8">
            <w:pPr>
              <w:spacing w:before="20" w:after="20"/>
              <w:jc w:val="center"/>
              <w:rPr>
                <w:lang w:val="pl-PL"/>
              </w:rPr>
            </w:pPr>
          </w:p>
        </w:tc>
        <w:tc>
          <w:tcPr>
            <w:tcW w:w="1350" w:type="dxa"/>
            <w:vAlign w:val="center"/>
          </w:tcPr>
          <w:p w14:paraId="1ADF046D" w14:textId="77777777" w:rsidR="001512C8" w:rsidRPr="00161078" w:rsidRDefault="001512C8">
            <w:pPr>
              <w:spacing w:before="20" w:after="20"/>
              <w:jc w:val="center"/>
              <w:rPr>
                <w:lang w:val="pl-PL"/>
              </w:rPr>
            </w:pPr>
          </w:p>
        </w:tc>
      </w:tr>
      <w:tr w:rsidR="001512C8" w:rsidRPr="00161078" w14:paraId="3750DE34" w14:textId="77777777" w:rsidTr="00795294">
        <w:trPr>
          <w:jc w:val="center"/>
        </w:trPr>
        <w:tc>
          <w:tcPr>
            <w:tcW w:w="420" w:type="dxa"/>
            <w:vAlign w:val="center"/>
          </w:tcPr>
          <w:p w14:paraId="0089E1DC" w14:textId="77777777" w:rsidR="001512C8" w:rsidRPr="00161078" w:rsidRDefault="00443F1E">
            <w:pPr>
              <w:spacing w:before="20" w:after="20"/>
              <w:jc w:val="center"/>
              <w:rPr>
                <w:lang w:val="pl-PL"/>
              </w:rPr>
            </w:pPr>
            <w:permStart w:id="423442776" w:edGrp="everyone" w:colFirst="5" w:colLast="5"/>
            <w:permStart w:id="648371196" w:edGrp="everyone" w:colFirst="6" w:colLast="6"/>
            <w:permStart w:id="52842664" w:edGrp="everyone" w:colFirst="7" w:colLast="7"/>
            <w:permStart w:id="587428805" w:edGrp="everyone" w:colFirst="8" w:colLast="8"/>
            <w:permStart w:id="1353669776" w:edGrp="everyone" w:colFirst="9" w:colLast="9"/>
            <w:permEnd w:id="1136722037"/>
            <w:permEnd w:id="1270420242"/>
            <w:permEnd w:id="1040072162"/>
            <w:permEnd w:id="1983607548"/>
            <w:permEnd w:id="673253623"/>
            <w:r w:rsidRPr="00161078">
              <w:rPr>
                <w:sz w:val="16"/>
                <w:lang w:val="pl-PL"/>
              </w:rPr>
              <w:t>14</w:t>
            </w:r>
          </w:p>
        </w:tc>
        <w:tc>
          <w:tcPr>
            <w:tcW w:w="4450" w:type="dxa"/>
            <w:vAlign w:val="center"/>
          </w:tcPr>
          <w:p w14:paraId="44AA72E3" w14:textId="77777777" w:rsidR="001512C8" w:rsidRPr="00161078" w:rsidRDefault="00443F1E">
            <w:pPr>
              <w:spacing w:before="20" w:after="20"/>
              <w:jc w:val="left"/>
              <w:rPr>
                <w:lang w:val="pl-PL"/>
              </w:rPr>
            </w:pPr>
            <w:r w:rsidRPr="00161078">
              <w:rPr>
                <w:sz w:val="16"/>
                <w:lang w:val="pl-PL"/>
              </w:rPr>
              <w:t>EcoRI-HF</w:t>
            </w:r>
          </w:p>
        </w:tc>
        <w:tc>
          <w:tcPr>
            <w:tcW w:w="1720" w:type="dxa"/>
            <w:vAlign w:val="center"/>
          </w:tcPr>
          <w:p w14:paraId="5A06509F" w14:textId="77777777" w:rsidR="001512C8" w:rsidRPr="00161078" w:rsidRDefault="00443F1E">
            <w:pPr>
              <w:spacing w:before="20" w:after="20"/>
              <w:jc w:val="center"/>
              <w:rPr>
                <w:lang w:val="pl-PL"/>
              </w:rPr>
            </w:pPr>
            <w:r w:rsidRPr="00161078">
              <w:rPr>
                <w:sz w:val="16"/>
                <w:lang w:val="pl-PL"/>
              </w:rPr>
              <w:t>100,000 units/ml</w:t>
            </w:r>
          </w:p>
        </w:tc>
        <w:tc>
          <w:tcPr>
            <w:tcW w:w="640" w:type="dxa"/>
            <w:vAlign w:val="center"/>
          </w:tcPr>
          <w:p w14:paraId="3F4FC71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2969E31" w14:textId="77777777" w:rsidR="001512C8" w:rsidRPr="00161078" w:rsidRDefault="00056A14">
            <w:pPr>
              <w:spacing w:before="20" w:after="20"/>
              <w:jc w:val="center"/>
              <w:rPr>
                <w:lang w:val="pl-PL"/>
              </w:rPr>
            </w:pPr>
            <w:r>
              <w:rPr>
                <w:sz w:val="16"/>
                <w:lang w:val="pl-PL"/>
              </w:rPr>
              <w:t>2</w:t>
            </w:r>
          </w:p>
        </w:tc>
        <w:tc>
          <w:tcPr>
            <w:tcW w:w="1250" w:type="dxa"/>
            <w:vAlign w:val="center"/>
          </w:tcPr>
          <w:p w14:paraId="173FA4E8" w14:textId="77777777" w:rsidR="001512C8" w:rsidRPr="00161078" w:rsidRDefault="001512C8">
            <w:pPr>
              <w:spacing w:before="20" w:after="20"/>
              <w:jc w:val="center"/>
              <w:rPr>
                <w:lang w:val="pl-PL"/>
              </w:rPr>
            </w:pPr>
          </w:p>
        </w:tc>
        <w:tc>
          <w:tcPr>
            <w:tcW w:w="620" w:type="dxa"/>
            <w:vAlign w:val="center"/>
          </w:tcPr>
          <w:p w14:paraId="7FA6095B" w14:textId="77777777" w:rsidR="001512C8" w:rsidRPr="00161078" w:rsidRDefault="001512C8">
            <w:pPr>
              <w:spacing w:before="20" w:after="20"/>
              <w:jc w:val="center"/>
              <w:rPr>
                <w:lang w:val="pl-PL"/>
              </w:rPr>
            </w:pPr>
          </w:p>
        </w:tc>
        <w:tc>
          <w:tcPr>
            <w:tcW w:w="1250" w:type="dxa"/>
            <w:vAlign w:val="center"/>
          </w:tcPr>
          <w:p w14:paraId="1FC1E74A" w14:textId="77777777" w:rsidR="001512C8" w:rsidRPr="00161078" w:rsidRDefault="001512C8">
            <w:pPr>
              <w:spacing w:before="20" w:after="20"/>
              <w:jc w:val="center"/>
              <w:rPr>
                <w:lang w:val="pl-PL"/>
              </w:rPr>
            </w:pPr>
          </w:p>
        </w:tc>
        <w:tc>
          <w:tcPr>
            <w:tcW w:w="1350" w:type="dxa"/>
            <w:vAlign w:val="center"/>
          </w:tcPr>
          <w:p w14:paraId="6CD2C5D7" w14:textId="77777777" w:rsidR="001512C8" w:rsidRPr="00161078" w:rsidRDefault="001512C8">
            <w:pPr>
              <w:spacing w:before="20" w:after="20"/>
              <w:jc w:val="center"/>
              <w:rPr>
                <w:lang w:val="pl-PL"/>
              </w:rPr>
            </w:pPr>
          </w:p>
        </w:tc>
        <w:tc>
          <w:tcPr>
            <w:tcW w:w="1350" w:type="dxa"/>
            <w:vAlign w:val="center"/>
          </w:tcPr>
          <w:p w14:paraId="6CFCBFA4" w14:textId="77777777" w:rsidR="001512C8" w:rsidRPr="00161078" w:rsidRDefault="001512C8">
            <w:pPr>
              <w:spacing w:before="20" w:after="20"/>
              <w:jc w:val="center"/>
              <w:rPr>
                <w:lang w:val="pl-PL"/>
              </w:rPr>
            </w:pPr>
          </w:p>
        </w:tc>
      </w:tr>
      <w:tr w:rsidR="001512C8" w:rsidRPr="00161078" w14:paraId="6373FF32" w14:textId="77777777" w:rsidTr="00795294">
        <w:trPr>
          <w:jc w:val="center"/>
        </w:trPr>
        <w:tc>
          <w:tcPr>
            <w:tcW w:w="420" w:type="dxa"/>
            <w:vAlign w:val="center"/>
          </w:tcPr>
          <w:p w14:paraId="346952D3" w14:textId="77777777" w:rsidR="001512C8" w:rsidRPr="00161078" w:rsidRDefault="00443F1E">
            <w:pPr>
              <w:spacing w:before="20" w:after="20"/>
              <w:jc w:val="center"/>
              <w:rPr>
                <w:lang w:val="pl-PL"/>
              </w:rPr>
            </w:pPr>
            <w:permStart w:id="1888225022" w:edGrp="everyone" w:colFirst="5" w:colLast="5"/>
            <w:permStart w:id="1316227447" w:edGrp="everyone" w:colFirst="6" w:colLast="6"/>
            <w:permStart w:id="549980070" w:edGrp="everyone" w:colFirst="7" w:colLast="7"/>
            <w:permStart w:id="1890599769" w:edGrp="everyone" w:colFirst="8" w:colLast="8"/>
            <w:permStart w:id="433279705" w:edGrp="everyone" w:colFirst="9" w:colLast="9"/>
            <w:permStart w:id="981555517" w:edGrp="everyone" w:colFirst="10" w:colLast="10"/>
            <w:permEnd w:id="423442776"/>
            <w:permEnd w:id="648371196"/>
            <w:permEnd w:id="52842664"/>
            <w:permEnd w:id="587428805"/>
            <w:permEnd w:id="1353669776"/>
            <w:r w:rsidRPr="00161078">
              <w:rPr>
                <w:sz w:val="16"/>
                <w:lang w:val="pl-PL"/>
              </w:rPr>
              <w:lastRenderedPageBreak/>
              <w:t>15</w:t>
            </w:r>
          </w:p>
        </w:tc>
        <w:tc>
          <w:tcPr>
            <w:tcW w:w="4450" w:type="dxa"/>
            <w:vAlign w:val="center"/>
          </w:tcPr>
          <w:p w14:paraId="479B2BA3" w14:textId="77777777" w:rsidR="001512C8" w:rsidRPr="00161078" w:rsidRDefault="00443F1E">
            <w:pPr>
              <w:spacing w:before="20" w:after="20"/>
              <w:jc w:val="left"/>
              <w:rPr>
                <w:lang w:val="pl-PL"/>
              </w:rPr>
            </w:pPr>
            <w:r w:rsidRPr="00161078">
              <w:rPr>
                <w:sz w:val="16"/>
                <w:lang w:val="pl-PL"/>
              </w:rPr>
              <w:t>XhoI</w:t>
            </w:r>
          </w:p>
        </w:tc>
        <w:tc>
          <w:tcPr>
            <w:tcW w:w="1720" w:type="dxa"/>
            <w:vAlign w:val="center"/>
          </w:tcPr>
          <w:p w14:paraId="26E5F4E4"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5EF09F2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0166A37" w14:textId="77777777" w:rsidR="001512C8" w:rsidRPr="00161078" w:rsidRDefault="00056A14">
            <w:pPr>
              <w:spacing w:before="20" w:after="20"/>
              <w:jc w:val="center"/>
              <w:rPr>
                <w:lang w:val="pl-PL"/>
              </w:rPr>
            </w:pPr>
            <w:r>
              <w:rPr>
                <w:sz w:val="16"/>
                <w:lang w:val="pl-PL"/>
              </w:rPr>
              <w:t>2</w:t>
            </w:r>
          </w:p>
        </w:tc>
        <w:tc>
          <w:tcPr>
            <w:tcW w:w="1250" w:type="dxa"/>
            <w:vAlign w:val="center"/>
          </w:tcPr>
          <w:p w14:paraId="06F5B206" w14:textId="77777777" w:rsidR="001512C8" w:rsidRPr="00161078" w:rsidRDefault="001512C8">
            <w:pPr>
              <w:spacing w:before="20" w:after="20"/>
              <w:jc w:val="center"/>
              <w:rPr>
                <w:lang w:val="pl-PL"/>
              </w:rPr>
            </w:pPr>
          </w:p>
        </w:tc>
        <w:tc>
          <w:tcPr>
            <w:tcW w:w="620" w:type="dxa"/>
            <w:vAlign w:val="center"/>
          </w:tcPr>
          <w:p w14:paraId="1ABB5531" w14:textId="77777777" w:rsidR="001512C8" w:rsidRPr="00161078" w:rsidRDefault="001512C8">
            <w:pPr>
              <w:spacing w:before="20" w:after="20"/>
              <w:jc w:val="center"/>
              <w:rPr>
                <w:lang w:val="pl-PL"/>
              </w:rPr>
            </w:pPr>
          </w:p>
        </w:tc>
        <w:tc>
          <w:tcPr>
            <w:tcW w:w="1250" w:type="dxa"/>
            <w:vAlign w:val="center"/>
          </w:tcPr>
          <w:p w14:paraId="1FBFF771" w14:textId="77777777" w:rsidR="001512C8" w:rsidRPr="00161078" w:rsidRDefault="001512C8">
            <w:pPr>
              <w:spacing w:before="20" w:after="20"/>
              <w:jc w:val="center"/>
              <w:rPr>
                <w:lang w:val="pl-PL"/>
              </w:rPr>
            </w:pPr>
          </w:p>
        </w:tc>
        <w:tc>
          <w:tcPr>
            <w:tcW w:w="1350" w:type="dxa"/>
            <w:vAlign w:val="center"/>
          </w:tcPr>
          <w:p w14:paraId="22847E33" w14:textId="77777777" w:rsidR="001512C8" w:rsidRPr="00161078" w:rsidRDefault="001512C8">
            <w:pPr>
              <w:spacing w:before="20" w:after="20"/>
              <w:jc w:val="center"/>
              <w:rPr>
                <w:lang w:val="pl-PL"/>
              </w:rPr>
            </w:pPr>
          </w:p>
        </w:tc>
        <w:tc>
          <w:tcPr>
            <w:tcW w:w="1350" w:type="dxa"/>
            <w:vAlign w:val="center"/>
          </w:tcPr>
          <w:p w14:paraId="4FEA1D54" w14:textId="77777777" w:rsidR="001512C8" w:rsidRPr="00161078" w:rsidRDefault="001512C8">
            <w:pPr>
              <w:spacing w:before="20" w:after="20"/>
              <w:jc w:val="center"/>
              <w:rPr>
                <w:lang w:val="pl-PL"/>
              </w:rPr>
            </w:pPr>
          </w:p>
        </w:tc>
      </w:tr>
      <w:tr w:rsidR="001512C8" w:rsidRPr="00161078" w14:paraId="7BA531DC" w14:textId="77777777" w:rsidTr="00795294">
        <w:trPr>
          <w:jc w:val="center"/>
        </w:trPr>
        <w:tc>
          <w:tcPr>
            <w:tcW w:w="420" w:type="dxa"/>
            <w:vAlign w:val="center"/>
          </w:tcPr>
          <w:p w14:paraId="74121FA4" w14:textId="77777777" w:rsidR="001512C8" w:rsidRPr="00161078" w:rsidRDefault="00443F1E">
            <w:pPr>
              <w:spacing w:before="20" w:after="20"/>
              <w:jc w:val="center"/>
              <w:rPr>
                <w:lang w:val="pl-PL"/>
              </w:rPr>
            </w:pPr>
            <w:permStart w:id="673781071" w:edGrp="everyone" w:colFirst="5" w:colLast="5"/>
            <w:permStart w:id="1891391873" w:edGrp="everyone" w:colFirst="6" w:colLast="6"/>
            <w:permStart w:id="1749036470" w:edGrp="everyone" w:colFirst="7" w:colLast="7"/>
            <w:permStart w:id="534592756" w:edGrp="everyone" w:colFirst="8" w:colLast="8"/>
            <w:permStart w:id="800528886" w:edGrp="everyone" w:colFirst="9" w:colLast="9"/>
            <w:permStart w:id="1438723473" w:edGrp="everyone" w:colFirst="10" w:colLast="10"/>
            <w:permEnd w:id="1888225022"/>
            <w:permEnd w:id="1316227447"/>
            <w:permEnd w:id="549980070"/>
            <w:permEnd w:id="1890599769"/>
            <w:permEnd w:id="433279705"/>
            <w:permEnd w:id="981555517"/>
            <w:r w:rsidRPr="00161078">
              <w:rPr>
                <w:sz w:val="16"/>
                <w:lang w:val="pl-PL"/>
              </w:rPr>
              <w:t>16</w:t>
            </w:r>
          </w:p>
        </w:tc>
        <w:tc>
          <w:tcPr>
            <w:tcW w:w="4450" w:type="dxa"/>
            <w:vAlign w:val="center"/>
          </w:tcPr>
          <w:p w14:paraId="7654C7CB" w14:textId="77777777" w:rsidR="001512C8" w:rsidRPr="00161078" w:rsidRDefault="00443F1E">
            <w:pPr>
              <w:spacing w:before="20" w:after="20"/>
              <w:jc w:val="left"/>
              <w:rPr>
                <w:lang w:val="pl-PL"/>
              </w:rPr>
            </w:pPr>
            <w:r w:rsidRPr="00161078">
              <w:rPr>
                <w:sz w:val="16"/>
                <w:lang w:val="pl-PL"/>
              </w:rPr>
              <w:t>BsmBI-v2</w:t>
            </w:r>
          </w:p>
        </w:tc>
        <w:tc>
          <w:tcPr>
            <w:tcW w:w="1720" w:type="dxa"/>
            <w:vAlign w:val="center"/>
          </w:tcPr>
          <w:p w14:paraId="2D81A245" w14:textId="77777777" w:rsidR="001512C8" w:rsidRPr="00161078" w:rsidRDefault="00443F1E">
            <w:pPr>
              <w:spacing w:before="20" w:after="20"/>
              <w:jc w:val="center"/>
              <w:rPr>
                <w:lang w:val="pl-PL"/>
              </w:rPr>
            </w:pPr>
            <w:r w:rsidRPr="00161078">
              <w:rPr>
                <w:sz w:val="16"/>
                <w:lang w:val="pl-PL"/>
              </w:rPr>
              <w:t>10,000 units/ml</w:t>
            </w:r>
          </w:p>
        </w:tc>
        <w:tc>
          <w:tcPr>
            <w:tcW w:w="640" w:type="dxa"/>
            <w:vAlign w:val="center"/>
          </w:tcPr>
          <w:p w14:paraId="613AFDB7"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F244EB7" w14:textId="77777777" w:rsidR="001512C8" w:rsidRPr="00161078" w:rsidRDefault="00056A14">
            <w:pPr>
              <w:spacing w:before="20" w:after="20"/>
              <w:jc w:val="center"/>
              <w:rPr>
                <w:lang w:val="pl-PL"/>
              </w:rPr>
            </w:pPr>
            <w:r>
              <w:rPr>
                <w:sz w:val="16"/>
                <w:lang w:val="pl-PL"/>
              </w:rPr>
              <w:t>2</w:t>
            </w:r>
          </w:p>
        </w:tc>
        <w:tc>
          <w:tcPr>
            <w:tcW w:w="1250" w:type="dxa"/>
            <w:vAlign w:val="center"/>
          </w:tcPr>
          <w:p w14:paraId="1EEC9847" w14:textId="77777777" w:rsidR="001512C8" w:rsidRPr="00161078" w:rsidRDefault="001512C8">
            <w:pPr>
              <w:spacing w:before="20" w:after="20"/>
              <w:jc w:val="center"/>
              <w:rPr>
                <w:lang w:val="pl-PL"/>
              </w:rPr>
            </w:pPr>
          </w:p>
        </w:tc>
        <w:tc>
          <w:tcPr>
            <w:tcW w:w="620" w:type="dxa"/>
            <w:vAlign w:val="center"/>
          </w:tcPr>
          <w:p w14:paraId="759A8E71" w14:textId="77777777" w:rsidR="001512C8" w:rsidRPr="00161078" w:rsidRDefault="001512C8">
            <w:pPr>
              <w:spacing w:before="20" w:after="20"/>
              <w:jc w:val="center"/>
              <w:rPr>
                <w:lang w:val="pl-PL"/>
              </w:rPr>
            </w:pPr>
          </w:p>
        </w:tc>
        <w:tc>
          <w:tcPr>
            <w:tcW w:w="1250" w:type="dxa"/>
            <w:vAlign w:val="center"/>
          </w:tcPr>
          <w:p w14:paraId="45577D29" w14:textId="77777777" w:rsidR="001512C8" w:rsidRPr="00161078" w:rsidRDefault="001512C8">
            <w:pPr>
              <w:spacing w:before="20" w:after="20"/>
              <w:jc w:val="center"/>
              <w:rPr>
                <w:lang w:val="pl-PL"/>
              </w:rPr>
            </w:pPr>
          </w:p>
        </w:tc>
        <w:tc>
          <w:tcPr>
            <w:tcW w:w="1350" w:type="dxa"/>
            <w:vAlign w:val="center"/>
          </w:tcPr>
          <w:p w14:paraId="48696E54" w14:textId="77777777" w:rsidR="001512C8" w:rsidRPr="00161078" w:rsidRDefault="001512C8">
            <w:pPr>
              <w:spacing w:before="20" w:after="20"/>
              <w:jc w:val="center"/>
              <w:rPr>
                <w:lang w:val="pl-PL"/>
              </w:rPr>
            </w:pPr>
          </w:p>
        </w:tc>
        <w:tc>
          <w:tcPr>
            <w:tcW w:w="1350" w:type="dxa"/>
            <w:vAlign w:val="center"/>
          </w:tcPr>
          <w:p w14:paraId="0FBA5D97" w14:textId="77777777" w:rsidR="001512C8" w:rsidRPr="00161078" w:rsidRDefault="001512C8">
            <w:pPr>
              <w:spacing w:before="20" w:after="20"/>
              <w:jc w:val="center"/>
              <w:rPr>
                <w:lang w:val="pl-PL"/>
              </w:rPr>
            </w:pPr>
          </w:p>
        </w:tc>
      </w:tr>
      <w:tr w:rsidR="001512C8" w:rsidRPr="00161078" w14:paraId="4D912C81" w14:textId="77777777" w:rsidTr="00795294">
        <w:trPr>
          <w:jc w:val="center"/>
        </w:trPr>
        <w:tc>
          <w:tcPr>
            <w:tcW w:w="420" w:type="dxa"/>
            <w:vAlign w:val="center"/>
          </w:tcPr>
          <w:p w14:paraId="0B76B41E" w14:textId="77777777" w:rsidR="001512C8" w:rsidRPr="00161078" w:rsidRDefault="00443F1E">
            <w:pPr>
              <w:spacing w:before="20" w:after="20"/>
              <w:jc w:val="center"/>
              <w:rPr>
                <w:lang w:val="pl-PL"/>
              </w:rPr>
            </w:pPr>
            <w:permStart w:id="151656052" w:edGrp="everyone" w:colFirst="5" w:colLast="5"/>
            <w:permStart w:id="79134501" w:edGrp="everyone" w:colFirst="6" w:colLast="6"/>
            <w:permStart w:id="1173228325" w:edGrp="everyone" w:colFirst="7" w:colLast="7"/>
            <w:permStart w:id="866479495" w:edGrp="everyone" w:colFirst="8" w:colLast="8"/>
            <w:permStart w:id="996540667" w:edGrp="everyone" w:colFirst="9" w:colLast="9"/>
            <w:permStart w:id="1236625172" w:edGrp="everyone" w:colFirst="10" w:colLast="10"/>
            <w:permEnd w:id="673781071"/>
            <w:permEnd w:id="1891391873"/>
            <w:permEnd w:id="1749036470"/>
            <w:permEnd w:id="534592756"/>
            <w:permEnd w:id="800528886"/>
            <w:permEnd w:id="1438723473"/>
            <w:r w:rsidRPr="00161078">
              <w:rPr>
                <w:sz w:val="16"/>
                <w:lang w:val="pl-PL"/>
              </w:rPr>
              <w:t>17</w:t>
            </w:r>
          </w:p>
        </w:tc>
        <w:tc>
          <w:tcPr>
            <w:tcW w:w="4450" w:type="dxa"/>
            <w:vAlign w:val="center"/>
          </w:tcPr>
          <w:p w14:paraId="63E8ABA7" w14:textId="77777777" w:rsidR="001512C8" w:rsidRPr="00161078" w:rsidRDefault="00443F1E">
            <w:pPr>
              <w:spacing w:before="20" w:after="20"/>
              <w:jc w:val="left"/>
              <w:rPr>
                <w:lang w:val="pl-PL"/>
              </w:rPr>
            </w:pPr>
            <w:r w:rsidRPr="00161078">
              <w:rPr>
                <w:sz w:val="16"/>
                <w:lang w:val="pl-PL"/>
              </w:rPr>
              <w:t>DpnI</w:t>
            </w:r>
          </w:p>
        </w:tc>
        <w:tc>
          <w:tcPr>
            <w:tcW w:w="1720" w:type="dxa"/>
            <w:vAlign w:val="center"/>
          </w:tcPr>
          <w:p w14:paraId="700E0DD1"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6634F73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8FC2523" w14:textId="77777777" w:rsidR="001512C8" w:rsidRPr="00161078" w:rsidRDefault="00056A14">
            <w:pPr>
              <w:spacing w:before="20" w:after="20"/>
              <w:jc w:val="center"/>
              <w:rPr>
                <w:lang w:val="pl-PL"/>
              </w:rPr>
            </w:pPr>
            <w:r>
              <w:rPr>
                <w:sz w:val="16"/>
                <w:lang w:val="pl-PL"/>
              </w:rPr>
              <w:t>2</w:t>
            </w:r>
          </w:p>
        </w:tc>
        <w:tc>
          <w:tcPr>
            <w:tcW w:w="1250" w:type="dxa"/>
            <w:vAlign w:val="center"/>
          </w:tcPr>
          <w:p w14:paraId="1C297FBE" w14:textId="77777777" w:rsidR="001512C8" w:rsidRPr="00161078" w:rsidRDefault="001512C8">
            <w:pPr>
              <w:spacing w:before="20" w:after="20"/>
              <w:jc w:val="center"/>
              <w:rPr>
                <w:lang w:val="pl-PL"/>
              </w:rPr>
            </w:pPr>
          </w:p>
        </w:tc>
        <w:tc>
          <w:tcPr>
            <w:tcW w:w="620" w:type="dxa"/>
            <w:vAlign w:val="center"/>
          </w:tcPr>
          <w:p w14:paraId="7F164F32" w14:textId="77777777" w:rsidR="001512C8" w:rsidRPr="00161078" w:rsidRDefault="001512C8">
            <w:pPr>
              <w:spacing w:before="20" w:after="20"/>
              <w:jc w:val="center"/>
              <w:rPr>
                <w:lang w:val="pl-PL"/>
              </w:rPr>
            </w:pPr>
          </w:p>
        </w:tc>
        <w:tc>
          <w:tcPr>
            <w:tcW w:w="1250" w:type="dxa"/>
            <w:vAlign w:val="center"/>
          </w:tcPr>
          <w:p w14:paraId="15E933B1" w14:textId="77777777" w:rsidR="001512C8" w:rsidRPr="00161078" w:rsidRDefault="001512C8">
            <w:pPr>
              <w:spacing w:before="20" w:after="20"/>
              <w:jc w:val="center"/>
              <w:rPr>
                <w:lang w:val="pl-PL"/>
              </w:rPr>
            </w:pPr>
          </w:p>
        </w:tc>
        <w:tc>
          <w:tcPr>
            <w:tcW w:w="1350" w:type="dxa"/>
            <w:vAlign w:val="center"/>
          </w:tcPr>
          <w:p w14:paraId="2E70D0F6" w14:textId="77777777" w:rsidR="001512C8" w:rsidRPr="00161078" w:rsidRDefault="001512C8">
            <w:pPr>
              <w:spacing w:before="20" w:after="20"/>
              <w:jc w:val="center"/>
              <w:rPr>
                <w:lang w:val="pl-PL"/>
              </w:rPr>
            </w:pPr>
          </w:p>
        </w:tc>
        <w:tc>
          <w:tcPr>
            <w:tcW w:w="1350" w:type="dxa"/>
            <w:vAlign w:val="center"/>
          </w:tcPr>
          <w:p w14:paraId="390D4808" w14:textId="77777777" w:rsidR="001512C8" w:rsidRPr="00161078" w:rsidRDefault="001512C8">
            <w:pPr>
              <w:spacing w:before="20" w:after="20"/>
              <w:jc w:val="center"/>
              <w:rPr>
                <w:lang w:val="pl-PL"/>
              </w:rPr>
            </w:pPr>
          </w:p>
        </w:tc>
      </w:tr>
      <w:tr w:rsidR="001512C8" w:rsidRPr="00161078" w14:paraId="4F47DF76" w14:textId="77777777" w:rsidTr="00795294">
        <w:trPr>
          <w:jc w:val="center"/>
        </w:trPr>
        <w:tc>
          <w:tcPr>
            <w:tcW w:w="420" w:type="dxa"/>
            <w:vAlign w:val="center"/>
          </w:tcPr>
          <w:p w14:paraId="55652349" w14:textId="77777777" w:rsidR="001512C8" w:rsidRPr="00161078" w:rsidRDefault="00443F1E">
            <w:pPr>
              <w:spacing w:before="20" w:after="20"/>
              <w:jc w:val="center"/>
              <w:rPr>
                <w:lang w:val="pl-PL"/>
              </w:rPr>
            </w:pPr>
            <w:permStart w:id="415522592" w:edGrp="everyone" w:colFirst="5" w:colLast="5"/>
            <w:permStart w:id="1493521005" w:edGrp="everyone" w:colFirst="6" w:colLast="6"/>
            <w:permStart w:id="1695242511" w:edGrp="everyone" w:colFirst="7" w:colLast="7"/>
            <w:permStart w:id="1055795707" w:edGrp="everyone" w:colFirst="8" w:colLast="8"/>
            <w:permStart w:id="1630828887" w:edGrp="everyone" w:colFirst="9" w:colLast="9"/>
            <w:permStart w:id="942561363" w:edGrp="everyone" w:colFirst="10" w:colLast="10"/>
            <w:permEnd w:id="151656052"/>
            <w:permEnd w:id="79134501"/>
            <w:permEnd w:id="1173228325"/>
            <w:permEnd w:id="866479495"/>
            <w:permEnd w:id="996540667"/>
            <w:permEnd w:id="1236625172"/>
            <w:r w:rsidRPr="00161078">
              <w:rPr>
                <w:sz w:val="16"/>
                <w:lang w:val="pl-PL"/>
              </w:rPr>
              <w:t>18</w:t>
            </w:r>
          </w:p>
        </w:tc>
        <w:tc>
          <w:tcPr>
            <w:tcW w:w="4450" w:type="dxa"/>
            <w:vAlign w:val="center"/>
          </w:tcPr>
          <w:p w14:paraId="240779DE" w14:textId="77777777" w:rsidR="001512C8" w:rsidRPr="00161078" w:rsidRDefault="00443F1E">
            <w:pPr>
              <w:spacing w:before="20" w:after="20"/>
              <w:jc w:val="left"/>
              <w:rPr>
                <w:lang w:val="pl-PL"/>
              </w:rPr>
            </w:pPr>
            <w:r w:rsidRPr="00161078">
              <w:rPr>
                <w:sz w:val="16"/>
                <w:lang w:val="pl-PL"/>
              </w:rPr>
              <w:t>XcmI</w:t>
            </w:r>
          </w:p>
        </w:tc>
        <w:tc>
          <w:tcPr>
            <w:tcW w:w="1720" w:type="dxa"/>
            <w:vAlign w:val="center"/>
          </w:tcPr>
          <w:p w14:paraId="4DDB0507" w14:textId="77777777" w:rsidR="001512C8" w:rsidRPr="00161078" w:rsidRDefault="00443F1E">
            <w:pPr>
              <w:spacing w:before="20" w:after="20"/>
              <w:jc w:val="center"/>
              <w:rPr>
                <w:lang w:val="pl-PL"/>
              </w:rPr>
            </w:pPr>
            <w:r w:rsidRPr="00161078">
              <w:rPr>
                <w:sz w:val="16"/>
                <w:lang w:val="pl-PL"/>
              </w:rPr>
              <w:t>5,000 units/ml</w:t>
            </w:r>
          </w:p>
        </w:tc>
        <w:tc>
          <w:tcPr>
            <w:tcW w:w="640" w:type="dxa"/>
            <w:vAlign w:val="center"/>
          </w:tcPr>
          <w:p w14:paraId="665CAD0A"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C674E20" w14:textId="77777777" w:rsidR="001512C8" w:rsidRPr="00161078" w:rsidRDefault="00056A14">
            <w:pPr>
              <w:spacing w:before="20" w:after="20"/>
              <w:jc w:val="center"/>
              <w:rPr>
                <w:lang w:val="pl-PL"/>
              </w:rPr>
            </w:pPr>
            <w:r>
              <w:rPr>
                <w:sz w:val="16"/>
                <w:lang w:val="pl-PL"/>
              </w:rPr>
              <w:t>2</w:t>
            </w:r>
          </w:p>
        </w:tc>
        <w:tc>
          <w:tcPr>
            <w:tcW w:w="1250" w:type="dxa"/>
            <w:vAlign w:val="center"/>
          </w:tcPr>
          <w:p w14:paraId="722CCDE8" w14:textId="77777777" w:rsidR="001512C8" w:rsidRPr="00161078" w:rsidRDefault="001512C8">
            <w:pPr>
              <w:spacing w:before="20" w:after="20"/>
              <w:jc w:val="center"/>
              <w:rPr>
                <w:lang w:val="pl-PL"/>
              </w:rPr>
            </w:pPr>
          </w:p>
        </w:tc>
        <w:tc>
          <w:tcPr>
            <w:tcW w:w="620" w:type="dxa"/>
            <w:vAlign w:val="center"/>
          </w:tcPr>
          <w:p w14:paraId="3BE42488" w14:textId="77777777" w:rsidR="001512C8" w:rsidRPr="00161078" w:rsidRDefault="001512C8">
            <w:pPr>
              <w:spacing w:before="20" w:after="20"/>
              <w:jc w:val="center"/>
              <w:rPr>
                <w:lang w:val="pl-PL"/>
              </w:rPr>
            </w:pPr>
          </w:p>
        </w:tc>
        <w:tc>
          <w:tcPr>
            <w:tcW w:w="1250" w:type="dxa"/>
            <w:vAlign w:val="center"/>
          </w:tcPr>
          <w:p w14:paraId="3A5A5AEF" w14:textId="77777777" w:rsidR="001512C8" w:rsidRPr="00161078" w:rsidRDefault="001512C8">
            <w:pPr>
              <w:spacing w:before="20" w:after="20"/>
              <w:jc w:val="center"/>
              <w:rPr>
                <w:lang w:val="pl-PL"/>
              </w:rPr>
            </w:pPr>
          </w:p>
        </w:tc>
        <w:tc>
          <w:tcPr>
            <w:tcW w:w="1350" w:type="dxa"/>
            <w:vAlign w:val="center"/>
          </w:tcPr>
          <w:p w14:paraId="375F6162" w14:textId="77777777" w:rsidR="001512C8" w:rsidRPr="00161078" w:rsidRDefault="001512C8">
            <w:pPr>
              <w:spacing w:before="20" w:after="20"/>
              <w:jc w:val="center"/>
              <w:rPr>
                <w:lang w:val="pl-PL"/>
              </w:rPr>
            </w:pPr>
          </w:p>
        </w:tc>
        <w:tc>
          <w:tcPr>
            <w:tcW w:w="1350" w:type="dxa"/>
            <w:vAlign w:val="center"/>
          </w:tcPr>
          <w:p w14:paraId="6127CF48" w14:textId="77777777" w:rsidR="001512C8" w:rsidRPr="00161078" w:rsidRDefault="001512C8">
            <w:pPr>
              <w:spacing w:before="20" w:after="20"/>
              <w:jc w:val="center"/>
              <w:rPr>
                <w:lang w:val="pl-PL"/>
              </w:rPr>
            </w:pPr>
          </w:p>
        </w:tc>
      </w:tr>
      <w:tr w:rsidR="001512C8" w:rsidRPr="00161078" w14:paraId="68544765" w14:textId="77777777" w:rsidTr="00795294">
        <w:trPr>
          <w:jc w:val="center"/>
        </w:trPr>
        <w:tc>
          <w:tcPr>
            <w:tcW w:w="420" w:type="dxa"/>
            <w:vAlign w:val="center"/>
          </w:tcPr>
          <w:p w14:paraId="135497B3" w14:textId="77777777" w:rsidR="001512C8" w:rsidRPr="00161078" w:rsidRDefault="00443F1E">
            <w:pPr>
              <w:spacing w:before="20" w:after="20"/>
              <w:jc w:val="center"/>
              <w:rPr>
                <w:lang w:val="pl-PL"/>
              </w:rPr>
            </w:pPr>
            <w:permStart w:id="1848407444" w:edGrp="everyone" w:colFirst="5" w:colLast="5"/>
            <w:permStart w:id="1985566528" w:edGrp="everyone" w:colFirst="6" w:colLast="6"/>
            <w:permStart w:id="1396799064" w:edGrp="everyone" w:colFirst="7" w:colLast="7"/>
            <w:permStart w:id="1345531912" w:edGrp="everyone" w:colFirst="8" w:colLast="8"/>
            <w:permStart w:id="1840122319" w:edGrp="everyone" w:colFirst="9" w:colLast="9"/>
            <w:permStart w:id="1342112649" w:edGrp="everyone" w:colFirst="10" w:colLast="10"/>
            <w:permEnd w:id="415522592"/>
            <w:permEnd w:id="1493521005"/>
            <w:permEnd w:id="1695242511"/>
            <w:permEnd w:id="1055795707"/>
            <w:permEnd w:id="1630828887"/>
            <w:permEnd w:id="942561363"/>
            <w:r w:rsidRPr="00161078">
              <w:rPr>
                <w:sz w:val="16"/>
                <w:lang w:val="pl-PL"/>
              </w:rPr>
              <w:t>19</w:t>
            </w:r>
          </w:p>
        </w:tc>
        <w:tc>
          <w:tcPr>
            <w:tcW w:w="4450" w:type="dxa"/>
            <w:vAlign w:val="center"/>
          </w:tcPr>
          <w:p w14:paraId="2F4C5BBC" w14:textId="77777777" w:rsidR="001512C8" w:rsidRPr="00161078" w:rsidRDefault="00443F1E">
            <w:pPr>
              <w:spacing w:before="20" w:after="20"/>
              <w:jc w:val="left"/>
              <w:rPr>
                <w:lang w:val="pl-PL"/>
              </w:rPr>
            </w:pPr>
            <w:r w:rsidRPr="00161078">
              <w:rPr>
                <w:sz w:val="16"/>
                <w:lang w:val="pl-PL"/>
              </w:rPr>
              <w:t>KpnI-HF</w:t>
            </w:r>
          </w:p>
        </w:tc>
        <w:tc>
          <w:tcPr>
            <w:tcW w:w="1720" w:type="dxa"/>
            <w:vAlign w:val="center"/>
          </w:tcPr>
          <w:p w14:paraId="1F680D7F"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75DA7E93"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A36CB81" w14:textId="77777777" w:rsidR="001512C8" w:rsidRPr="00161078" w:rsidRDefault="00056A14">
            <w:pPr>
              <w:spacing w:before="20" w:after="20"/>
              <w:jc w:val="center"/>
              <w:rPr>
                <w:lang w:val="pl-PL"/>
              </w:rPr>
            </w:pPr>
            <w:r>
              <w:rPr>
                <w:sz w:val="16"/>
                <w:lang w:val="pl-PL"/>
              </w:rPr>
              <w:t>2</w:t>
            </w:r>
          </w:p>
        </w:tc>
        <w:tc>
          <w:tcPr>
            <w:tcW w:w="1250" w:type="dxa"/>
            <w:vAlign w:val="center"/>
          </w:tcPr>
          <w:p w14:paraId="032A08AE" w14:textId="77777777" w:rsidR="001512C8" w:rsidRPr="00161078" w:rsidRDefault="001512C8">
            <w:pPr>
              <w:spacing w:before="20" w:after="20"/>
              <w:jc w:val="center"/>
              <w:rPr>
                <w:lang w:val="pl-PL"/>
              </w:rPr>
            </w:pPr>
          </w:p>
        </w:tc>
        <w:tc>
          <w:tcPr>
            <w:tcW w:w="620" w:type="dxa"/>
            <w:vAlign w:val="center"/>
          </w:tcPr>
          <w:p w14:paraId="7E9BB580" w14:textId="77777777" w:rsidR="001512C8" w:rsidRPr="00161078" w:rsidRDefault="001512C8">
            <w:pPr>
              <w:spacing w:before="20" w:after="20"/>
              <w:jc w:val="center"/>
              <w:rPr>
                <w:lang w:val="pl-PL"/>
              </w:rPr>
            </w:pPr>
          </w:p>
        </w:tc>
        <w:tc>
          <w:tcPr>
            <w:tcW w:w="1250" w:type="dxa"/>
            <w:vAlign w:val="center"/>
          </w:tcPr>
          <w:p w14:paraId="368EFBD8" w14:textId="77777777" w:rsidR="001512C8" w:rsidRPr="00161078" w:rsidRDefault="001512C8">
            <w:pPr>
              <w:spacing w:before="20" w:after="20"/>
              <w:jc w:val="center"/>
              <w:rPr>
                <w:lang w:val="pl-PL"/>
              </w:rPr>
            </w:pPr>
          </w:p>
        </w:tc>
        <w:tc>
          <w:tcPr>
            <w:tcW w:w="1350" w:type="dxa"/>
            <w:vAlign w:val="center"/>
          </w:tcPr>
          <w:p w14:paraId="2660601E" w14:textId="77777777" w:rsidR="001512C8" w:rsidRPr="00161078" w:rsidRDefault="001512C8">
            <w:pPr>
              <w:spacing w:before="20" w:after="20"/>
              <w:jc w:val="center"/>
              <w:rPr>
                <w:lang w:val="pl-PL"/>
              </w:rPr>
            </w:pPr>
          </w:p>
        </w:tc>
        <w:tc>
          <w:tcPr>
            <w:tcW w:w="1350" w:type="dxa"/>
            <w:vAlign w:val="center"/>
          </w:tcPr>
          <w:p w14:paraId="5A541FC9" w14:textId="77777777" w:rsidR="001512C8" w:rsidRPr="00161078" w:rsidRDefault="001512C8">
            <w:pPr>
              <w:spacing w:before="20" w:after="20"/>
              <w:jc w:val="center"/>
              <w:rPr>
                <w:lang w:val="pl-PL"/>
              </w:rPr>
            </w:pPr>
          </w:p>
        </w:tc>
      </w:tr>
      <w:tr w:rsidR="001512C8" w:rsidRPr="00161078" w14:paraId="349C7902" w14:textId="77777777" w:rsidTr="00795294">
        <w:trPr>
          <w:jc w:val="center"/>
        </w:trPr>
        <w:tc>
          <w:tcPr>
            <w:tcW w:w="420" w:type="dxa"/>
            <w:vAlign w:val="center"/>
          </w:tcPr>
          <w:p w14:paraId="0443E4AE" w14:textId="77777777" w:rsidR="001512C8" w:rsidRPr="00161078" w:rsidRDefault="00443F1E">
            <w:pPr>
              <w:spacing w:before="20" w:after="20"/>
              <w:jc w:val="center"/>
              <w:rPr>
                <w:lang w:val="pl-PL"/>
              </w:rPr>
            </w:pPr>
            <w:permStart w:id="1391471447" w:edGrp="everyone" w:colFirst="5" w:colLast="5"/>
            <w:permStart w:id="776567793" w:edGrp="everyone" w:colFirst="6" w:colLast="6"/>
            <w:permStart w:id="1426610617" w:edGrp="everyone" w:colFirst="7" w:colLast="7"/>
            <w:permStart w:id="2077511217" w:edGrp="everyone" w:colFirst="8" w:colLast="8"/>
            <w:permStart w:id="341063126" w:edGrp="everyone" w:colFirst="9" w:colLast="9"/>
            <w:permStart w:id="1197020969" w:edGrp="everyone" w:colFirst="10" w:colLast="10"/>
            <w:permEnd w:id="1848407444"/>
            <w:permEnd w:id="1985566528"/>
            <w:permEnd w:id="1396799064"/>
            <w:permEnd w:id="1345531912"/>
            <w:permEnd w:id="1840122319"/>
            <w:permEnd w:id="1342112649"/>
            <w:r w:rsidRPr="00161078">
              <w:rPr>
                <w:sz w:val="16"/>
                <w:lang w:val="pl-PL"/>
              </w:rPr>
              <w:t>20</w:t>
            </w:r>
          </w:p>
        </w:tc>
        <w:tc>
          <w:tcPr>
            <w:tcW w:w="4450" w:type="dxa"/>
            <w:vAlign w:val="center"/>
          </w:tcPr>
          <w:p w14:paraId="3BA8ABC5" w14:textId="77777777" w:rsidR="001512C8" w:rsidRPr="00161078" w:rsidRDefault="00443F1E">
            <w:pPr>
              <w:spacing w:before="20" w:after="20"/>
              <w:jc w:val="left"/>
              <w:rPr>
                <w:lang w:val="pl-PL"/>
              </w:rPr>
            </w:pPr>
            <w:r w:rsidRPr="00161078">
              <w:rPr>
                <w:sz w:val="16"/>
                <w:lang w:val="pl-PL"/>
              </w:rPr>
              <w:t>SapI</w:t>
            </w:r>
          </w:p>
        </w:tc>
        <w:tc>
          <w:tcPr>
            <w:tcW w:w="1720" w:type="dxa"/>
            <w:vAlign w:val="center"/>
          </w:tcPr>
          <w:p w14:paraId="50D2861F" w14:textId="77777777" w:rsidR="001512C8" w:rsidRPr="00161078" w:rsidRDefault="00443F1E">
            <w:pPr>
              <w:spacing w:before="20" w:after="20"/>
              <w:jc w:val="center"/>
              <w:rPr>
                <w:lang w:val="pl-PL"/>
              </w:rPr>
            </w:pPr>
            <w:r w:rsidRPr="00161078">
              <w:rPr>
                <w:sz w:val="16"/>
                <w:lang w:val="pl-PL"/>
              </w:rPr>
              <w:t>10,000 units/ml</w:t>
            </w:r>
          </w:p>
        </w:tc>
        <w:tc>
          <w:tcPr>
            <w:tcW w:w="640" w:type="dxa"/>
            <w:vAlign w:val="center"/>
          </w:tcPr>
          <w:p w14:paraId="3770402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8592F44" w14:textId="77777777" w:rsidR="001512C8" w:rsidRPr="00161078" w:rsidRDefault="00056A14">
            <w:pPr>
              <w:spacing w:before="20" w:after="20"/>
              <w:jc w:val="center"/>
              <w:rPr>
                <w:lang w:val="pl-PL"/>
              </w:rPr>
            </w:pPr>
            <w:r>
              <w:rPr>
                <w:sz w:val="16"/>
                <w:lang w:val="pl-PL"/>
              </w:rPr>
              <w:t>2</w:t>
            </w:r>
          </w:p>
        </w:tc>
        <w:tc>
          <w:tcPr>
            <w:tcW w:w="1250" w:type="dxa"/>
            <w:vAlign w:val="center"/>
          </w:tcPr>
          <w:p w14:paraId="40773884" w14:textId="77777777" w:rsidR="001512C8" w:rsidRPr="00161078" w:rsidRDefault="001512C8">
            <w:pPr>
              <w:spacing w:before="20" w:after="20"/>
              <w:jc w:val="center"/>
              <w:rPr>
                <w:lang w:val="pl-PL"/>
              </w:rPr>
            </w:pPr>
          </w:p>
        </w:tc>
        <w:tc>
          <w:tcPr>
            <w:tcW w:w="620" w:type="dxa"/>
            <w:vAlign w:val="center"/>
          </w:tcPr>
          <w:p w14:paraId="38C0009D" w14:textId="77777777" w:rsidR="001512C8" w:rsidRPr="00161078" w:rsidRDefault="001512C8">
            <w:pPr>
              <w:spacing w:before="20" w:after="20"/>
              <w:jc w:val="center"/>
              <w:rPr>
                <w:lang w:val="pl-PL"/>
              </w:rPr>
            </w:pPr>
          </w:p>
        </w:tc>
        <w:tc>
          <w:tcPr>
            <w:tcW w:w="1250" w:type="dxa"/>
            <w:vAlign w:val="center"/>
          </w:tcPr>
          <w:p w14:paraId="38E446A6" w14:textId="77777777" w:rsidR="001512C8" w:rsidRPr="00161078" w:rsidRDefault="001512C8">
            <w:pPr>
              <w:spacing w:before="20" w:after="20"/>
              <w:jc w:val="center"/>
              <w:rPr>
                <w:lang w:val="pl-PL"/>
              </w:rPr>
            </w:pPr>
          </w:p>
        </w:tc>
        <w:tc>
          <w:tcPr>
            <w:tcW w:w="1350" w:type="dxa"/>
            <w:vAlign w:val="center"/>
          </w:tcPr>
          <w:p w14:paraId="28773050" w14:textId="77777777" w:rsidR="001512C8" w:rsidRPr="00161078" w:rsidRDefault="001512C8">
            <w:pPr>
              <w:spacing w:before="20" w:after="20"/>
              <w:jc w:val="center"/>
              <w:rPr>
                <w:lang w:val="pl-PL"/>
              </w:rPr>
            </w:pPr>
          </w:p>
        </w:tc>
        <w:tc>
          <w:tcPr>
            <w:tcW w:w="1350" w:type="dxa"/>
            <w:vAlign w:val="center"/>
          </w:tcPr>
          <w:p w14:paraId="7F853703" w14:textId="77777777" w:rsidR="001512C8" w:rsidRPr="00161078" w:rsidRDefault="001512C8">
            <w:pPr>
              <w:spacing w:before="20" w:after="20"/>
              <w:jc w:val="center"/>
              <w:rPr>
                <w:lang w:val="pl-PL"/>
              </w:rPr>
            </w:pPr>
          </w:p>
        </w:tc>
      </w:tr>
      <w:tr w:rsidR="001512C8" w:rsidRPr="00161078" w14:paraId="2B7BFC18" w14:textId="77777777" w:rsidTr="00795294">
        <w:trPr>
          <w:jc w:val="center"/>
        </w:trPr>
        <w:tc>
          <w:tcPr>
            <w:tcW w:w="420" w:type="dxa"/>
            <w:vAlign w:val="center"/>
          </w:tcPr>
          <w:p w14:paraId="71DB1292" w14:textId="77777777" w:rsidR="001512C8" w:rsidRPr="00161078" w:rsidRDefault="00443F1E">
            <w:pPr>
              <w:spacing w:before="20" w:after="20"/>
              <w:jc w:val="center"/>
              <w:rPr>
                <w:lang w:val="pl-PL"/>
              </w:rPr>
            </w:pPr>
            <w:permStart w:id="1718244987" w:edGrp="everyone" w:colFirst="5" w:colLast="5"/>
            <w:permStart w:id="848509656" w:edGrp="everyone" w:colFirst="6" w:colLast="6"/>
            <w:permStart w:id="1315793772" w:edGrp="everyone" w:colFirst="7" w:colLast="7"/>
            <w:permStart w:id="1553035734" w:edGrp="everyone" w:colFirst="8" w:colLast="8"/>
            <w:permStart w:id="1963943408" w:edGrp="everyone" w:colFirst="9" w:colLast="9"/>
            <w:permStart w:id="1521881344" w:edGrp="everyone" w:colFirst="10" w:colLast="10"/>
            <w:permEnd w:id="1391471447"/>
            <w:permEnd w:id="776567793"/>
            <w:permEnd w:id="1426610617"/>
            <w:permEnd w:id="2077511217"/>
            <w:permEnd w:id="341063126"/>
            <w:permEnd w:id="1197020969"/>
            <w:r w:rsidRPr="00161078">
              <w:rPr>
                <w:sz w:val="16"/>
                <w:lang w:val="pl-PL"/>
              </w:rPr>
              <w:t>21</w:t>
            </w:r>
          </w:p>
        </w:tc>
        <w:tc>
          <w:tcPr>
            <w:tcW w:w="4450" w:type="dxa"/>
            <w:vAlign w:val="center"/>
          </w:tcPr>
          <w:p w14:paraId="7C646ADD" w14:textId="77777777" w:rsidR="001512C8" w:rsidRPr="00161078" w:rsidRDefault="00443F1E">
            <w:pPr>
              <w:spacing w:before="20" w:after="20"/>
              <w:jc w:val="left"/>
              <w:rPr>
                <w:lang w:val="pl-PL"/>
              </w:rPr>
            </w:pPr>
            <w:r w:rsidRPr="00161078">
              <w:rPr>
                <w:sz w:val="16"/>
                <w:lang w:val="pl-PL"/>
              </w:rPr>
              <w:t>NdeI</w:t>
            </w:r>
          </w:p>
        </w:tc>
        <w:tc>
          <w:tcPr>
            <w:tcW w:w="1720" w:type="dxa"/>
            <w:vAlign w:val="center"/>
          </w:tcPr>
          <w:p w14:paraId="33649BFE"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35C134E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5017E673" w14:textId="77777777" w:rsidR="001512C8" w:rsidRPr="00161078" w:rsidRDefault="00056A14">
            <w:pPr>
              <w:spacing w:before="20" w:after="20"/>
              <w:jc w:val="center"/>
              <w:rPr>
                <w:lang w:val="pl-PL"/>
              </w:rPr>
            </w:pPr>
            <w:r>
              <w:rPr>
                <w:sz w:val="16"/>
                <w:lang w:val="pl-PL"/>
              </w:rPr>
              <w:t>2</w:t>
            </w:r>
          </w:p>
        </w:tc>
        <w:tc>
          <w:tcPr>
            <w:tcW w:w="1250" w:type="dxa"/>
            <w:vAlign w:val="center"/>
          </w:tcPr>
          <w:p w14:paraId="3FF0A3C4" w14:textId="77777777" w:rsidR="001512C8" w:rsidRPr="00161078" w:rsidRDefault="001512C8">
            <w:pPr>
              <w:spacing w:before="20" w:after="20"/>
              <w:jc w:val="center"/>
              <w:rPr>
                <w:lang w:val="pl-PL"/>
              </w:rPr>
            </w:pPr>
          </w:p>
        </w:tc>
        <w:tc>
          <w:tcPr>
            <w:tcW w:w="620" w:type="dxa"/>
            <w:vAlign w:val="center"/>
          </w:tcPr>
          <w:p w14:paraId="0DC775D1" w14:textId="77777777" w:rsidR="001512C8" w:rsidRPr="00161078" w:rsidRDefault="001512C8">
            <w:pPr>
              <w:spacing w:before="20" w:after="20"/>
              <w:jc w:val="center"/>
              <w:rPr>
                <w:lang w:val="pl-PL"/>
              </w:rPr>
            </w:pPr>
          </w:p>
        </w:tc>
        <w:tc>
          <w:tcPr>
            <w:tcW w:w="1250" w:type="dxa"/>
            <w:vAlign w:val="center"/>
          </w:tcPr>
          <w:p w14:paraId="37FF7DB6" w14:textId="77777777" w:rsidR="001512C8" w:rsidRPr="00161078" w:rsidRDefault="001512C8">
            <w:pPr>
              <w:spacing w:before="20" w:after="20"/>
              <w:jc w:val="center"/>
              <w:rPr>
                <w:lang w:val="pl-PL"/>
              </w:rPr>
            </w:pPr>
          </w:p>
        </w:tc>
        <w:tc>
          <w:tcPr>
            <w:tcW w:w="1350" w:type="dxa"/>
            <w:vAlign w:val="center"/>
          </w:tcPr>
          <w:p w14:paraId="5F867E17" w14:textId="77777777" w:rsidR="001512C8" w:rsidRPr="00161078" w:rsidRDefault="001512C8">
            <w:pPr>
              <w:spacing w:before="20" w:after="20"/>
              <w:jc w:val="center"/>
              <w:rPr>
                <w:lang w:val="pl-PL"/>
              </w:rPr>
            </w:pPr>
          </w:p>
        </w:tc>
        <w:tc>
          <w:tcPr>
            <w:tcW w:w="1350" w:type="dxa"/>
            <w:vAlign w:val="center"/>
          </w:tcPr>
          <w:p w14:paraId="45A0236E" w14:textId="77777777" w:rsidR="001512C8" w:rsidRPr="00161078" w:rsidRDefault="001512C8">
            <w:pPr>
              <w:spacing w:before="20" w:after="20"/>
              <w:jc w:val="center"/>
              <w:rPr>
                <w:lang w:val="pl-PL"/>
              </w:rPr>
            </w:pPr>
          </w:p>
        </w:tc>
      </w:tr>
      <w:tr w:rsidR="001512C8" w:rsidRPr="00161078" w14:paraId="53B7AF49" w14:textId="77777777" w:rsidTr="00795294">
        <w:trPr>
          <w:jc w:val="center"/>
        </w:trPr>
        <w:tc>
          <w:tcPr>
            <w:tcW w:w="420" w:type="dxa"/>
            <w:vAlign w:val="center"/>
          </w:tcPr>
          <w:p w14:paraId="4E82E2FC" w14:textId="77777777" w:rsidR="001512C8" w:rsidRPr="00161078" w:rsidRDefault="00443F1E">
            <w:pPr>
              <w:spacing w:before="20" w:after="20"/>
              <w:jc w:val="center"/>
              <w:rPr>
                <w:lang w:val="pl-PL"/>
              </w:rPr>
            </w:pPr>
            <w:permStart w:id="1355302071" w:edGrp="everyone" w:colFirst="5" w:colLast="5"/>
            <w:permStart w:id="407849558" w:edGrp="everyone" w:colFirst="6" w:colLast="6"/>
            <w:permStart w:id="1406940972" w:edGrp="everyone" w:colFirst="7" w:colLast="7"/>
            <w:permStart w:id="620582748" w:edGrp="everyone" w:colFirst="8" w:colLast="8"/>
            <w:permStart w:id="232007632" w:edGrp="everyone" w:colFirst="9" w:colLast="9"/>
            <w:permStart w:id="457391825" w:edGrp="everyone" w:colFirst="10" w:colLast="10"/>
            <w:permEnd w:id="1718244987"/>
            <w:permEnd w:id="848509656"/>
            <w:permEnd w:id="1315793772"/>
            <w:permEnd w:id="1553035734"/>
            <w:permEnd w:id="1963943408"/>
            <w:permEnd w:id="1521881344"/>
            <w:r w:rsidRPr="00161078">
              <w:rPr>
                <w:sz w:val="16"/>
                <w:lang w:val="pl-PL"/>
              </w:rPr>
              <w:t>22</w:t>
            </w:r>
          </w:p>
        </w:tc>
        <w:tc>
          <w:tcPr>
            <w:tcW w:w="4450" w:type="dxa"/>
            <w:vAlign w:val="center"/>
          </w:tcPr>
          <w:p w14:paraId="0E4AB537" w14:textId="77777777" w:rsidR="001512C8" w:rsidRPr="00161078" w:rsidRDefault="00443F1E">
            <w:pPr>
              <w:spacing w:before="20" w:after="20"/>
              <w:jc w:val="left"/>
              <w:rPr>
                <w:lang w:val="pl-PL"/>
              </w:rPr>
            </w:pPr>
            <w:r w:rsidRPr="00161078">
              <w:rPr>
                <w:sz w:val="16"/>
                <w:lang w:val="pl-PL"/>
              </w:rPr>
              <w:t>XbaI</w:t>
            </w:r>
          </w:p>
        </w:tc>
        <w:tc>
          <w:tcPr>
            <w:tcW w:w="1720" w:type="dxa"/>
            <w:vAlign w:val="center"/>
          </w:tcPr>
          <w:p w14:paraId="6316C663" w14:textId="77777777" w:rsidR="001512C8" w:rsidRPr="00161078" w:rsidRDefault="00443F1E">
            <w:pPr>
              <w:spacing w:before="20" w:after="20"/>
              <w:jc w:val="center"/>
              <w:rPr>
                <w:lang w:val="pl-PL"/>
              </w:rPr>
            </w:pPr>
            <w:r w:rsidRPr="00161078">
              <w:rPr>
                <w:sz w:val="16"/>
                <w:lang w:val="pl-PL"/>
              </w:rPr>
              <w:t>100,000 units/ml</w:t>
            </w:r>
          </w:p>
        </w:tc>
        <w:tc>
          <w:tcPr>
            <w:tcW w:w="640" w:type="dxa"/>
            <w:vAlign w:val="center"/>
          </w:tcPr>
          <w:p w14:paraId="7BC5A1C6"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7DC12A7" w14:textId="77777777" w:rsidR="001512C8" w:rsidRPr="00161078" w:rsidRDefault="00056A14">
            <w:pPr>
              <w:spacing w:before="20" w:after="20"/>
              <w:jc w:val="center"/>
              <w:rPr>
                <w:lang w:val="pl-PL"/>
              </w:rPr>
            </w:pPr>
            <w:r>
              <w:rPr>
                <w:sz w:val="16"/>
                <w:lang w:val="pl-PL"/>
              </w:rPr>
              <w:t>2</w:t>
            </w:r>
          </w:p>
        </w:tc>
        <w:tc>
          <w:tcPr>
            <w:tcW w:w="1250" w:type="dxa"/>
            <w:vAlign w:val="center"/>
          </w:tcPr>
          <w:p w14:paraId="00C475E6" w14:textId="77777777" w:rsidR="001512C8" w:rsidRPr="00161078" w:rsidRDefault="001512C8">
            <w:pPr>
              <w:spacing w:before="20" w:after="20"/>
              <w:jc w:val="center"/>
              <w:rPr>
                <w:lang w:val="pl-PL"/>
              </w:rPr>
            </w:pPr>
          </w:p>
        </w:tc>
        <w:tc>
          <w:tcPr>
            <w:tcW w:w="620" w:type="dxa"/>
            <w:vAlign w:val="center"/>
          </w:tcPr>
          <w:p w14:paraId="0BEBBB3F" w14:textId="77777777" w:rsidR="001512C8" w:rsidRPr="00161078" w:rsidRDefault="001512C8">
            <w:pPr>
              <w:spacing w:before="20" w:after="20"/>
              <w:jc w:val="center"/>
              <w:rPr>
                <w:lang w:val="pl-PL"/>
              </w:rPr>
            </w:pPr>
          </w:p>
        </w:tc>
        <w:tc>
          <w:tcPr>
            <w:tcW w:w="1250" w:type="dxa"/>
            <w:vAlign w:val="center"/>
          </w:tcPr>
          <w:p w14:paraId="6D7B0653" w14:textId="77777777" w:rsidR="001512C8" w:rsidRPr="00161078" w:rsidRDefault="001512C8">
            <w:pPr>
              <w:spacing w:before="20" w:after="20"/>
              <w:jc w:val="center"/>
              <w:rPr>
                <w:lang w:val="pl-PL"/>
              </w:rPr>
            </w:pPr>
          </w:p>
        </w:tc>
        <w:tc>
          <w:tcPr>
            <w:tcW w:w="1350" w:type="dxa"/>
            <w:vAlign w:val="center"/>
          </w:tcPr>
          <w:p w14:paraId="23AE8A77" w14:textId="77777777" w:rsidR="001512C8" w:rsidRPr="00161078" w:rsidRDefault="001512C8">
            <w:pPr>
              <w:spacing w:before="20" w:after="20"/>
              <w:jc w:val="center"/>
              <w:rPr>
                <w:lang w:val="pl-PL"/>
              </w:rPr>
            </w:pPr>
          </w:p>
        </w:tc>
        <w:tc>
          <w:tcPr>
            <w:tcW w:w="1350" w:type="dxa"/>
            <w:vAlign w:val="center"/>
          </w:tcPr>
          <w:p w14:paraId="7A02AD1A" w14:textId="77777777" w:rsidR="001512C8" w:rsidRPr="00161078" w:rsidRDefault="001512C8">
            <w:pPr>
              <w:spacing w:before="20" w:after="20"/>
              <w:jc w:val="center"/>
              <w:rPr>
                <w:lang w:val="pl-PL"/>
              </w:rPr>
            </w:pPr>
          </w:p>
        </w:tc>
      </w:tr>
      <w:tr w:rsidR="001512C8" w:rsidRPr="00161078" w14:paraId="67F6F784" w14:textId="77777777" w:rsidTr="00795294">
        <w:trPr>
          <w:jc w:val="center"/>
        </w:trPr>
        <w:tc>
          <w:tcPr>
            <w:tcW w:w="420" w:type="dxa"/>
            <w:vAlign w:val="center"/>
          </w:tcPr>
          <w:p w14:paraId="48CC72A3" w14:textId="77777777" w:rsidR="001512C8" w:rsidRPr="00161078" w:rsidRDefault="00443F1E">
            <w:pPr>
              <w:spacing w:before="20" w:after="20"/>
              <w:jc w:val="center"/>
              <w:rPr>
                <w:lang w:val="pl-PL"/>
              </w:rPr>
            </w:pPr>
            <w:permStart w:id="772408317" w:edGrp="everyone" w:colFirst="5" w:colLast="5"/>
            <w:permStart w:id="1708851608" w:edGrp="everyone" w:colFirst="6" w:colLast="6"/>
            <w:permStart w:id="354696409" w:edGrp="everyone" w:colFirst="7" w:colLast="7"/>
            <w:permStart w:id="2065646422" w:edGrp="everyone" w:colFirst="8" w:colLast="8"/>
            <w:permStart w:id="1456677852" w:edGrp="everyone" w:colFirst="9" w:colLast="9"/>
            <w:permStart w:id="1935479397" w:edGrp="everyone" w:colFirst="10" w:colLast="10"/>
            <w:permEnd w:id="1355302071"/>
            <w:permEnd w:id="407849558"/>
            <w:permEnd w:id="1406940972"/>
            <w:permEnd w:id="620582748"/>
            <w:permEnd w:id="232007632"/>
            <w:permEnd w:id="457391825"/>
            <w:r w:rsidRPr="00161078">
              <w:rPr>
                <w:sz w:val="16"/>
                <w:lang w:val="pl-PL"/>
              </w:rPr>
              <w:t>23</w:t>
            </w:r>
          </w:p>
        </w:tc>
        <w:tc>
          <w:tcPr>
            <w:tcW w:w="4450" w:type="dxa"/>
            <w:vAlign w:val="center"/>
          </w:tcPr>
          <w:p w14:paraId="6656BF5D" w14:textId="77777777" w:rsidR="001512C8" w:rsidRPr="00161078" w:rsidRDefault="00443F1E">
            <w:pPr>
              <w:spacing w:before="20" w:after="20"/>
              <w:jc w:val="left"/>
              <w:rPr>
                <w:lang w:val="pl-PL"/>
              </w:rPr>
            </w:pPr>
            <w:r w:rsidRPr="00161078">
              <w:rPr>
                <w:sz w:val="16"/>
                <w:lang w:val="pl-PL"/>
              </w:rPr>
              <w:t>FseI</w:t>
            </w:r>
          </w:p>
        </w:tc>
        <w:tc>
          <w:tcPr>
            <w:tcW w:w="1720" w:type="dxa"/>
            <w:vAlign w:val="center"/>
          </w:tcPr>
          <w:p w14:paraId="28F83F0F" w14:textId="77777777" w:rsidR="001512C8" w:rsidRPr="00161078" w:rsidRDefault="00443F1E">
            <w:pPr>
              <w:spacing w:before="20" w:after="20"/>
              <w:jc w:val="center"/>
              <w:rPr>
                <w:lang w:val="pl-PL"/>
              </w:rPr>
            </w:pPr>
            <w:r w:rsidRPr="00161078">
              <w:rPr>
                <w:sz w:val="16"/>
                <w:lang w:val="pl-PL"/>
              </w:rPr>
              <w:t>2,000 units/ml</w:t>
            </w:r>
          </w:p>
        </w:tc>
        <w:tc>
          <w:tcPr>
            <w:tcW w:w="640" w:type="dxa"/>
            <w:vAlign w:val="center"/>
          </w:tcPr>
          <w:p w14:paraId="5697E7F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CAB779B" w14:textId="77777777" w:rsidR="001512C8" w:rsidRPr="00161078" w:rsidRDefault="00056A14">
            <w:pPr>
              <w:spacing w:before="20" w:after="20"/>
              <w:jc w:val="center"/>
              <w:rPr>
                <w:lang w:val="pl-PL"/>
              </w:rPr>
            </w:pPr>
            <w:r>
              <w:rPr>
                <w:sz w:val="16"/>
                <w:lang w:val="pl-PL"/>
              </w:rPr>
              <w:t>2</w:t>
            </w:r>
          </w:p>
        </w:tc>
        <w:tc>
          <w:tcPr>
            <w:tcW w:w="1250" w:type="dxa"/>
            <w:vAlign w:val="center"/>
          </w:tcPr>
          <w:p w14:paraId="79182C9A" w14:textId="77777777" w:rsidR="001512C8" w:rsidRPr="00161078" w:rsidRDefault="001512C8">
            <w:pPr>
              <w:spacing w:before="20" w:after="20"/>
              <w:jc w:val="center"/>
              <w:rPr>
                <w:lang w:val="pl-PL"/>
              </w:rPr>
            </w:pPr>
          </w:p>
        </w:tc>
        <w:tc>
          <w:tcPr>
            <w:tcW w:w="620" w:type="dxa"/>
            <w:vAlign w:val="center"/>
          </w:tcPr>
          <w:p w14:paraId="2F741219" w14:textId="77777777" w:rsidR="001512C8" w:rsidRPr="00161078" w:rsidRDefault="001512C8">
            <w:pPr>
              <w:spacing w:before="20" w:after="20"/>
              <w:jc w:val="center"/>
              <w:rPr>
                <w:lang w:val="pl-PL"/>
              </w:rPr>
            </w:pPr>
          </w:p>
        </w:tc>
        <w:tc>
          <w:tcPr>
            <w:tcW w:w="1250" w:type="dxa"/>
            <w:vAlign w:val="center"/>
          </w:tcPr>
          <w:p w14:paraId="12E71031" w14:textId="77777777" w:rsidR="001512C8" w:rsidRPr="00161078" w:rsidRDefault="001512C8">
            <w:pPr>
              <w:spacing w:before="20" w:after="20"/>
              <w:jc w:val="center"/>
              <w:rPr>
                <w:lang w:val="pl-PL"/>
              </w:rPr>
            </w:pPr>
          </w:p>
        </w:tc>
        <w:tc>
          <w:tcPr>
            <w:tcW w:w="1350" w:type="dxa"/>
            <w:vAlign w:val="center"/>
          </w:tcPr>
          <w:p w14:paraId="4564E9BD" w14:textId="77777777" w:rsidR="001512C8" w:rsidRPr="00161078" w:rsidRDefault="001512C8">
            <w:pPr>
              <w:spacing w:before="20" w:after="20"/>
              <w:jc w:val="center"/>
              <w:rPr>
                <w:lang w:val="pl-PL"/>
              </w:rPr>
            </w:pPr>
          </w:p>
        </w:tc>
        <w:tc>
          <w:tcPr>
            <w:tcW w:w="1350" w:type="dxa"/>
            <w:vAlign w:val="center"/>
          </w:tcPr>
          <w:p w14:paraId="4B67CB81" w14:textId="77777777" w:rsidR="001512C8" w:rsidRPr="00161078" w:rsidRDefault="001512C8">
            <w:pPr>
              <w:spacing w:before="20" w:after="20"/>
              <w:jc w:val="center"/>
              <w:rPr>
                <w:lang w:val="pl-PL"/>
              </w:rPr>
            </w:pPr>
          </w:p>
        </w:tc>
      </w:tr>
      <w:tr w:rsidR="001512C8" w:rsidRPr="00161078" w14:paraId="6F7DA6ED" w14:textId="77777777" w:rsidTr="00795294">
        <w:trPr>
          <w:jc w:val="center"/>
        </w:trPr>
        <w:tc>
          <w:tcPr>
            <w:tcW w:w="420" w:type="dxa"/>
            <w:vAlign w:val="center"/>
          </w:tcPr>
          <w:p w14:paraId="08827320" w14:textId="77777777" w:rsidR="001512C8" w:rsidRPr="00161078" w:rsidRDefault="00443F1E">
            <w:pPr>
              <w:spacing w:before="20" w:after="20"/>
              <w:jc w:val="center"/>
              <w:rPr>
                <w:lang w:val="pl-PL"/>
              </w:rPr>
            </w:pPr>
            <w:permStart w:id="1349654234" w:edGrp="everyone" w:colFirst="5" w:colLast="5"/>
            <w:permStart w:id="1382571856" w:edGrp="everyone" w:colFirst="6" w:colLast="6"/>
            <w:permStart w:id="1199645616" w:edGrp="everyone" w:colFirst="7" w:colLast="7"/>
            <w:permStart w:id="2110615068" w:edGrp="everyone" w:colFirst="8" w:colLast="8"/>
            <w:permStart w:id="2089844230" w:edGrp="everyone" w:colFirst="9" w:colLast="9"/>
            <w:permStart w:id="446324922" w:edGrp="everyone" w:colFirst="10" w:colLast="10"/>
            <w:permEnd w:id="772408317"/>
            <w:permEnd w:id="1708851608"/>
            <w:permEnd w:id="354696409"/>
            <w:permEnd w:id="2065646422"/>
            <w:permEnd w:id="1456677852"/>
            <w:permEnd w:id="1935479397"/>
            <w:r w:rsidRPr="00161078">
              <w:rPr>
                <w:sz w:val="16"/>
                <w:lang w:val="pl-PL"/>
              </w:rPr>
              <w:t>24</w:t>
            </w:r>
          </w:p>
        </w:tc>
        <w:tc>
          <w:tcPr>
            <w:tcW w:w="4450" w:type="dxa"/>
            <w:vAlign w:val="center"/>
          </w:tcPr>
          <w:p w14:paraId="0F8742E2" w14:textId="77777777" w:rsidR="001512C8" w:rsidRPr="00161078" w:rsidRDefault="00443F1E">
            <w:pPr>
              <w:spacing w:before="20" w:after="20"/>
              <w:jc w:val="left"/>
              <w:rPr>
                <w:lang w:val="pl-PL"/>
              </w:rPr>
            </w:pPr>
            <w:r w:rsidRPr="00161078">
              <w:rPr>
                <w:sz w:val="16"/>
                <w:lang w:val="pl-PL"/>
              </w:rPr>
              <w:t>FspI</w:t>
            </w:r>
          </w:p>
        </w:tc>
        <w:tc>
          <w:tcPr>
            <w:tcW w:w="1720" w:type="dxa"/>
            <w:vAlign w:val="center"/>
          </w:tcPr>
          <w:p w14:paraId="531D8AAD" w14:textId="77777777" w:rsidR="001512C8" w:rsidRPr="00161078" w:rsidRDefault="00443F1E">
            <w:pPr>
              <w:spacing w:before="20" w:after="20"/>
              <w:jc w:val="center"/>
              <w:rPr>
                <w:lang w:val="pl-PL"/>
              </w:rPr>
            </w:pPr>
            <w:r w:rsidRPr="00161078">
              <w:rPr>
                <w:sz w:val="16"/>
                <w:lang w:val="pl-PL"/>
              </w:rPr>
              <w:t>10,000 units/ml</w:t>
            </w:r>
          </w:p>
        </w:tc>
        <w:tc>
          <w:tcPr>
            <w:tcW w:w="640" w:type="dxa"/>
            <w:vAlign w:val="center"/>
          </w:tcPr>
          <w:p w14:paraId="2F5DFFF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44327164" w14:textId="77777777" w:rsidR="001512C8" w:rsidRPr="00161078" w:rsidRDefault="00056A14">
            <w:pPr>
              <w:spacing w:before="20" w:after="20"/>
              <w:jc w:val="center"/>
              <w:rPr>
                <w:lang w:val="pl-PL"/>
              </w:rPr>
            </w:pPr>
            <w:r>
              <w:rPr>
                <w:sz w:val="16"/>
                <w:lang w:val="pl-PL"/>
              </w:rPr>
              <w:t>2</w:t>
            </w:r>
          </w:p>
        </w:tc>
        <w:tc>
          <w:tcPr>
            <w:tcW w:w="1250" w:type="dxa"/>
            <w:vAlign w:val="center"/>
          </w:tcPr>
          <w:p w14:paraId="5E34D30E" w14:textId="77777777" w:rsidR="001512C8" w:rsidRPr="00161078" w:rsidRDefault="001512C8">
            <w:pPr>
              <w:spacing w:before="20" w:after="20"/>
              <w:jc w:val="center"/>
              <w:rPr>
                <w:lang w:val="pl-PL"/>
              </w:rPr>
            </w:pPr>
          </w:p>
        </w:tc>
        <w:tc>
          <w:tcPr>
            <w:tcW w:w="620" w:type="dxa"/>
            <w:vAlign w:val="center"/>
          </w:tcPr>
          <w:p w14:paraId="2B91B619" w14:textId="77777777" w:rsidR="001512C8" w:rsidRPr="00161078" w:rsidRDefault="001512C8">
            <w:pPr>
              <w:spacing w:before="20" w:after="20"/>
              <w:jc w:val="center"/>
              <w:rPr>
                <w:lang w:val="pl-PL"/>
              </w:rPr>
            </w:pPr>
          </w:p>
        </w:tc>
        <w:tc>
          <w:tcPr>
            <w:tcW w:w="1250" w:type="dxa"/>
            <w:vAlign w:val="center"/>
          </w:tcPr>
          <w:p w14:paraId="1003BA25" w14:textId="77777777" w:rsidR="001512C8" w:rsidRPr="00161078" w:rsidRDefault="001512C8">
            <w:pPr>
              <w:spacing w:before="20" w:after="20"/>
              <w:jc w:val="center"/>
              <w:rPr>
                <w:lang w:val="pl-PL"/>
              </w:rPr>
            </w:pPr>
          </w:p>
        </w:tc>
        <w:tc>
          <w:tcPr>
            <w:tcW w:w="1350" w:type="dxa"/>
            <w:vAlign w:val="center"/>
          </w:tcPr>
          <w:p w14:paraId="7A08E7D8" w14:textId="77777777" w:rsidR="001512C8" w:rsidRPr="00161078" w:rsidRDefault="001512C8">
            <w:pPr>
              <w:spacing w:before="20" w:after="20"/>
              <w:jc w:val="center"/>
              <w:rPr>
                <w:lang w:val="pl-PL"/>
              </w:rPr>
            </w:pPr>
          </w:p>
        </w:tc>
        <w:tc>
          <w:tcPr>
            <w:tcW w:w="1350" w:type="dxa"/>
            <w:vAlign w:val="center"/>
          </w:tcPr>
          <w:p w14:paraId="42B33178" w14:textId="77777777" w:rsidR="001512C8" w:rsidRPr="00161078" w:rsidRDefault="001512C8">
            <w:pPr>
              <w:spacing w:before="20" w:after="20"/>
              <w:jc w:val="center"/>
              <w:rPr>
                <w:lang w:val="pl-PL"/>
              </w:rPr>
            </w:pPr>
          </w:p>
        </w:tc>
      </w:tr>
      <w:tr w:rsidR="001512C8" w:rsidRPr="00161078" w14:paraId="2F8BED88" w14:textId="77777777" w:rsidTr="00795294">
        <w:trPr>
          <w:jc w:val="center"/>
        </w:trPr>
        <w:tc>
          <w:tcPr>
            <w:tcW w:w="420" w:type="dxa"/>
            <w:vAlign w:val="center"/>
          </w:tcPr>
          <w:p w14:paraId="4279C63D" w14:textId="77777777" w:rsidR="001512C8" w:rsidRPr="00161078" w:rsidRDefault="00443F1E">
            <w:pPr>
              <w:spacing w:before="20" w:after="20"/>
              <w:jc w:val="center"/>
              <w:rPr>
                <w:lang w:val="pl-PL"/>
              </w:rPr>
            </w:pPr>
            <w:permStart w:id="804602161" w:edGrp="everyone" w:colFirst="5" w:colLast="5"/>
            <w:permStart w:id="363923249" w:edGrp="everyone" w:colFirst="6" w:colLast="6"/>
            <w:permStart w:id="2000570809" w:edGrp="everyone" w:colFirst="7" w:colLast="7"/>
            <w:permStart w:id="58478093" w:edGrp="everyone" w:colFirst="8" w:colLast="8"/>
            <w:permStart w:id="113861835" w:edGrp="everyone" w:colFirst="9" w:colLast="9"/>
            <w:permStart w:id="261751948" w:edGrp="everyone" w:colFirst="10" w:colLast="10"/>
            <w:permEnd w:id="1349654234"/>
            <w:permEnd w:id="1382571856"/>
            <w:permEnd w:id="1199645616"/>
            <w:permEnd w:id="2110615068"/>
            <w:permEnd w:id="2089844230"/>
            <w:permEnd w:id="446324922"/>
            <w:r w:rsidRPr="00161078">
              <w:rPr>
                <w:sz w:val="16"/>
                <w:lang w:val="pl-PL"/>
              </w:rPr>
              <w:t>25</w:t>
            </w:r>
          </w:p>
        </w:tc>
        <w:tc>
          <w:tcPr>
            <w:tcW w:w="4450" w:type="dxa"/>
            <w:vAlign w:val="center"/>
          </w:tcPr>
          <w:p w14:paraId="54B6DA9D" w14:textId="77777777" w:rsidR="001512C8" w:rsidRPr="00161078" w:rsidRDefault="00443F1E">
            <w:pPr>
              <w:spacing w:before="20" w:after="20"/>
              <w:jc w:val="left"/>
              <w:rPr>
                <w:lang w:val="pl-PL"/>
              </w:rPr>
            </w:pPr>
            <w:r w:rsidRPr="00161078">
              <w:rPr>
                <w:sz w:val="16"/>
                <w:lang w:val="pl-PL"/>
              </w:rPr>
              <w:t>EcoRV-HF</w:t>
            </w:r>
          </w:p>
        </w:tc>
        <w:tc>
          <w:tcPr>
            <w:tcW w:w="1720" w:type="dxa"/>
            <w:vAlign w:val="center"/>
          </w:tcPr>
          <w:p w14:paraId="05EDABAE" w14:textId="77777777" w:rsidR="001512C8" w:rsidRPr="00161078" w:rsidRDefault="00443F1E">
            <w:pPr>
              <w:spacing w:before="20" w:after="20"/>
              <w:jc w:val="center"/>
              <w:rPr>
                <w:lang w:val="pl-PL"/>
              </w:rPr>
            </w:pPr>
            <w:r w:rsidRPr="00161078">
              <w:rPr>
                <w:sz w:val="16"/>
                <w:lang w:val="pl-PL"/>
              </w:rPr>
              <w:t>100,000 units/ml</w:t>
            </w:r>
          </w:p>
        </w:tc>
        <w:tc>
          <w:tcPr>
            <w:tcW w:w="640" w:type="dxa"/>
            <w:vAlign w:val="center"/>
          </w:tcPr>
          <w:p w14:paraId="09DFE23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6CF7288E" w14:textId="77777777" w:rsidR="001512C8" w:rsidRPr="00161078" w:rsidRDefault="00056A14">
            <w:pPr>
              <w:spacing w:before="20" w:after="20"/>
              <w:jc w:val="center"/>
              <w:rPr>
                <w:lang w:val="pl-PL"/>
              </w:rPr>
            </w:pPr>
            <w:r>
              <w:rPr>
                <w:sz w:val="16"/>
                <w:lang w:val="pl-PL"/>
              </w:rPr>
              <w:t>2</w:t>
            </w:r>
          </w:p>
        </w:tc>
        <w:tc>
          <w:tcPr>
            <w:tcW w:w="1250" w:type="dxa"/>
            <w:vAlign w:val="center"/>
          </w:tcPr>
          <w:p w14:paraId="60DBCD17" w14:textId="77777777" w:rsidR="001512C8" w:rsidRPr="00161078" w:rsidRDefault="001512C8">
            <w:pPr>
              <w:spacing w:before="20" w:after="20"/>
              <w:jc w:val="center"/>
              <w:rPr>
                <w:lang w:val="pl-PL"/>
              </w:rPr>
            </w:pPr>
          </w:p>
        </w:tc>
        <w:tc>
          <w:tcPr>
            <w:tcW w:w="620" w:type="dxa"/>
            <w:vAlign w:val="center"/>
          </w:tcPr>
          <w:p w14:paraId="6B57CEC8" w14:textId="77777777" w:rsidR="001512C8" w:rsidRPr="00161078" w:rsidRDefault="001512C8">
            <w:pPr>
              <w:spacing w:before="20" w:after="20"/>
              <w:jc w:val="center"/>
              <w:rPr>
                <w:lang w:val="pl-PL"/>
              </w:rPr>
            </w:pPr>
          </w:p>
        </w:tc>
        <w:tc>
          <w:tcPr>
            <w:tcW w:w="1250" w:type="dxa"/>
            <w:vAlign w:val="center"/>
          </w:tcPr>
          <w:p w14:paraId="22A4D049" w14:textId="77777777" w:rsidR="001512C8" w:rsidRPr="00161078" w:rsidRDefault="001512C8">
            <w:pPr>
              <w:spacing w:before="20" w:after="20"/>
              <w:jc w:val="center"/>
              <w:rPr>
                <w:lang w:val="pl-PL"/>
              </w:rPr>
            </w:pPr>
          </w:p>
        </w:tc>
        <w:tc>
          <w:tcPr>
            <w:tcW w:w="1350" w:type="dxa"/>
            <w:vAlign w:val="center"/>
          </w:tcPr>
          <w:p w14:paraId="27D73D4A" w14:textId="77777777" w:rsidR="001512C8" w:rsidRPr="00161078" w:rsidRDefault="001512C8">
            <w:pPr>
              <w:spacing w:before="20" w:after="20"/>
              <w:jc w:val="center"/>
              <w:rPr>
                <w:lang w:val="pl-PL"/>
              </w:rPr>
            </w:pPr>
          </w:p>
        </w:tc>
        <w:tc>
          <w:tcPr>
            <w:tcW w:w="1350" w:type="dxa"/>
            <w:vAlign w:val="center"/>
          </w:tcPr>
          <w:p w14:paraId="0756FF47" w14:textId="77777777" w:rsidR="001512C8" w:rsidRPr="00161078" w:rsidRDefault="001512C8">
            <w:pPr>
              <w:spacing w:before="20" w:after="20"/>
              <w:jc w:val="center"/>
              <w:rPr>
                <w:lang w:val="pl-PL"/>
              </w:rPr>
            </w:pPr>
          </w:p>
        </w:tc>
      </w:tr>
      <w:tr w:rsidR="001512C8" w:rsidRPr="00161078" w14:paraId="54910E8B" w14:textId="77777777" w:rsidTr="00795294">
        <w:trPr>
          <w:jc w:val="center"/>
        </w:trPr>
        <w:tc>
          <w:tcPr>
            <w:tcW w:w="420" w:type="dxa"/>
            <w:vAlign w:val="center"/>
          </w:tcPr>
          <w:p w14:paraId="262450BA" w14:textId="77777777" w:rsidR="001512C8" w:rsidRPr="00161078" w:rsidRDefault="00443F1E">
            <w:pPr>
              <w:spacing w:before="20" w:after="20"/>
              <w:jc w:val="center"/>
              <w:rPr>
                <w:lang w:val="pl-PL"/>
              </w:rPr>
            </w:pPr>
            <w:permStart w:id="311967191" w:edGrp="everyone" w:colFirst="5" w:colLast="5"/>
            <w:permStart w:id="1548253457" w:edGrp="everyone" w:colFirst="6" w:colLast="6"/>
            <w:permStart w:id="1148546507" w:edGrp="everyone" w:colFirst="7" w:colLast="7"/>
            <w:permStart w:id="2031289059" w:edGrp="everyone" w:colFirst="8" w:colLast="8"/>
            <w:permStart w:id="2016155652" w:edGrp="everyone" w:colFirst="9" w:colLast="9"/>
            <w:permStart w:id="1748634059" w:edGrp="everyone" w:colFirst="10" w:colLast="10"/>
            <w:permEnd w:id="804602161"/>
            <w:permEnd w:id="363923249"/>
            <w:permEnd w:id="2000570809"/>
            <w:permEnd w:id="58478093"/>
            <w:permEnd w:id="113861835"/>
            <w:permEnd w:id="261751948"/>
            <w:r w:rsidRPr="00161078">
              <w:rPr>
                <w:sz w:val="16"/>
                <w:lang w:val="pl-PL"/>
              </w:rPr>
              <w:t>26</w:t>
            </w:r>
          </w:p>
        </w:tc>
        <w:tc>
          <w:tcPr>
            <w:tcW w:w="4450" w:type="dxa"/>
            <w:vAlign w:val="center"/>
          </w:tcPr>
          <w:p w14:paraId="5A39ACA3" w14:textId="77777777" w:rsidR="001512C8" w:rsidRPr="00161078" w:rsidRDefault="00443F1E">
            <w:pPr>
              <w:spacing w:before="20" w:after="20"/>
              <w:jc w:val="left"/>
              <w:rPr>
                <w:lang w:val="pl-PL"/>
              </w:rPr>
            </w:pPr>
            <w:r w:rsidRPr="00161078">
              <w:rPr>
                <w:sz w:val="16"/>
                <w:lang w:val="pl-PL"/>
              </w:rPr>
              <w:t>BbsI-HF</w:t>
            </w:r>
          </w:p>
        </w:tc>
        <w:tc>
          <w:tcPr>
            <w:tcW w:w="1720" w:type="dxa"/>
            <w:vAlign w:val="center"/>
          </w:tcPr>
          <w:p w14:paraId="71A0C47A" w14:textId="77777777" w:rsidR="001512C8" w:rsidRPr="00161078" w:rsidRDefault="00443F1E">
            <w:pPr>
              <w:spacing w:before="20" w:after="20"/>
              <w:jc w:val="center"/>
              <w:rPr>
                <w:lang w:val="pl-PL"/>
              </w:rPr>
            </w:pPr>
            <w:r w:rsidRPr="00161078">
              <w:rPr>
                <w:sz w:val="16"/>
                <w:lang w:val="pl-PL"/>
              </w:rPr>
              <w:t>20,000 units/ml</w:t>
            </w:r>
          </w:p>
        </w:tc>
        <w:tc>
          <w:tcPr>
            <w:tcW w:w="640" w:type="dxa"/>
            <w:vAlign w:val="center"/>
          </w:tcPr>
          <w:p w14:paraId="3F9E5F4D"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9BAE4DD" w14:textId="77777777" w:rsidR="001512C8" w:rsidRPr="00161078" w:rsidRDefault="00056A14">
            <w:pPr>
              <w:spacing w:before="20" w:after="20"/>
              <w:jc w:val="center"/>
              <w:rPr>
                <w:lang w:val="pl-PL"/>
              </w:rPr>
            </w:pPr>
            <w:r>
              <w:rPr>
                <w:sz w:val="16"/>
                <w:lang w:val="pl-PL"/>
              </w:rPr>
              <w:t>2</w:t>
            </w:r>
          </w:p>
        </w:tc>
        <w:tc>
          <w:tcPr>
            <w:tcW w:w="1250" w:type="dxa"/>
            <w:vAlign w:val="center"/>
          </w:tcPr>
          <w:p w14:paraId="51EACE99" w14:textId="77777777" w:rsidR="001512C8" w:rsidRPr="00161078" w:rsidRDefault="001512C8">
            <w:pPr>
              <w:spacing w:before="20" w:after="20"/>
              <w:jc w:val="center"/>
              <w:rPr>
                <w:lang w:val="pl-PL"/>
              </w:rPr>
            </w:pPr>
          </w:p>
        </w:tc>
        <w:tc>
          <w:tcPr>
            <w:tcW w:w="620" w:type="dxa"/>
            <w:vAlign w:val="center"/>
          </w:tcPr>
          <w:p w14:paraId="38049508" w14:textId="77777777" w:rsidR="001512C8" w:rsidRPr="00161078" w:rsidRDefault="001512C8">
            <w:pPr>
              <w:spacing w:before="20" w:after="20"/>
              <w:jc w:val="center"/>
              <w:rPr>
                <w:lang w:val="pl-PL"/>
              </w:rPr>
            </w:pPr>
          </w:p>
        </w:tc>
        <w:tc>
          <w:tcPr>
            <w:tcW w:w="1250" w:type="dxa"/>
            <w:vAlign w:val="center"/>
          </w:tcPr>
          <w:p w14:paraId="22D61865" w14:textId="77777777" w:rsidR="001512C8" w:rsidRPr="00161078" w:rsidRDefault="001512C8">
            <w:pPr>
              <w:spacing w:before="20" w:after="20"/>
              <w:jc w:val="center"/>
              <w:rPr>
                <w:lang w:val="pl-PL"/>
              </w:rPr>
            </w:pPr>
          </w:p>
        </w:tc>
        <w:tc>
          <w:tcPr>
            <w:tcW w:w="1350" w:type="dxa"/>
            <w:vAlign w:val="center"/>
          </w:tcPr>
          <w:p w14:paraId="0A728EEC" w14:textId="77777777" w:rsidR="001512C8" w:rsidRPr="00161078" w:rsidRDefault="001512C8">
            <w:pPr>
              <w:spacing w:before="20" w:after="20"/>
              <w:jc w:val="center"/>
              <w:rPr>
                <w:lang w:val="pl-PL"/>
              </w:rPr>
            </w:pPr>
          </w:p>
        </w:tc>
        <w:tc>
          <w:tcPr>
            <w:tcW w:w="1350" w:type="dxa"/>
            <w:vAlign w:val="center"/>
          </w:tcPr>
          <w:p w14:paraId="67E197FF"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1464422964" w:edGrp="everyone" w:colFirst="1" w:colLast="1"/>
            <w:permStart w:id="940660102" w:edGrp="everyone" w:colFirst="2" w:colLast="2"/>
            <w:permEnd w:id="311967191"/>
            <w:permEnd w:id="1548253457"/>
            <w:permEnd w:id="1148546507"/>
            <w:permEnd w:id="2031289059"/>
            <w:permEnd w:id="2016155652"/>
            <w:permEnd w:id="1748634059"/>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1464422964"/>
      <w:permEnd w:id="940660102"/>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86246A">
        <w:rPr>
          <w:i/>
          <w:sz w:val="18"/>
          <w:lang w:val="pl-PL"/>
        </w:rPr>
        <w:t xml:space="preserve">  Ceny należy podać w walucie oferty, wskazując walutę. Oferty w walucie innej niż PLN zostaną przeliczone na PLN według średniego kursu NBP z dnia 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lastRenderedPageBreak/>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331684905" w:edGrp="everyone"/>
      <w:r w:rsidRPr="00161078">
        <w:rPr>
          <w:lang w:val="pl-PL"/>
        </w:rPr>
        <w:t>...............................................</w:t>
      </w:r>
    </w:p>
    <w:permEnd w:id="331684905"/>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5,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1697848000" w:edGrp="everyone"/>
      <w:r w:rsidRPr="00161078">
        <w:rPr>
          <w:lang w:val="pl-PL"/>
        </w:rPr>
        <w:t>...............................................          ...............................................</w:t>
      </w:r>
    </w:p>
    <w:permEnd w:id="1697848000"/>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452473632" w:edGrp="everyone"/>
      <w:r w:rsidRPr="00161078">
        <w:rPr>
          <w:lang w:val="pl-PL"/>
        </w:rPr>
        <w:t>...............................................          ...............................................</w:t>
      </w:r>
    </w:p>
    <w:permEnd w:id="452473632"/>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608D7F16" w:rsidR="001512C8" w:rsidRPr="00161078" w:rsidRDefault="00443F1E">
      <w:pPr>
        <w:spacing w:after="80"/>
        <w:ind w:left="340" w:hanging="227"/>
        <w:rPr>
          <w:lang w:val="pl-PL"/>
        </w:rPr>
      </w:pPr>
      <w:r w:rsidRPr="00161078">
        <w:rPr>
          <w:lang w:val="pl-PL"/>
        </w:rPr>
        <w:t>–  Przedmiotem umowy jest sukcesywna dostawa odczynników laboratoryjnych – grupa 5,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8BEEC" w14:textId="77777777" w:rsidR="009506BA" w:rsidRDefault="009506BA" w:rsidP="007A5F46">
      <w:pPr>
        <w:spacing w:after="0" w:line="240" w:lineRule="auto"/>
      </w:pPr>
      <w:r>
        <w:separator/>
      </w:r>
    </w:p>
  </w:endnote>
  <w:endnote w:type="continuationSeparator" w:id="0">
    <w:p w14:paraId="33A45918" w14:textId="77777777" w:rsidR="009506BA" w:rsidRDefault="009506BA"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A0F85" w14:textId="77777777" w:rsidR="009506BA" w:rsidRDefault="009506BA" w:rsidP="007A5F46">
      <w:pPr>
        <w:spacing w:after="0" w:line="240" w:lineRule="auto"/>
      </w:pPr>
      <w:r>
        <w:separator/>
      </w:r>
    </w:p>
  </w:footnote>
  <w:footnote w:type="continuationSeparator" w:id="0">
    <w:p w14:paraId="2EC5020D" w14:textId="77777777" w:rsidR="009506BA" w:rsidRDefault="009506BA"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73FFE"/>
    <w:rsid w:val="00081C05"/>
    <w:rsid w:val="0015074B"/>
    <w:rsid w:val="001512C8"/>
    <w:rsid w:val="00161078"/>
    <w:rsid w:val="00177627"/>
    <w:rsid w:val="001839BC"/>
    <w:rsid w:val="0019327D"/>
    <w:rsid w:val="001B0B75"/>
    <w:rsid w:val="001D65B2"/>
    <w:rsid w:val="00211EA2"/>
    <w:rsid w:val="00235FF4"/>
    <w:rsid w:val="00255806"/>
    <w:rsid w:val="002747C6"/>
    <w:rsid w:val="0029639D"/>
    <w:rsid w:val="002B2018"/>
    <w:rsid w:val="002F5EFF"/>
    <w:rsid w:val="003010EC"/>
    <w:rsid w:val="00307ED0"/>
    <w:rsid w:val="00326F90"/>
    <w:rsid w:val="003D00D4"/>
    <w:rsid w:val="003F7441"/>
    <w:rsid w:val="00413CED"/>
    <w:rsid w:val="00443F1E"/>
    <w:rsid w:val="004454D0"/>
    <w:rsid w:val="00446850"/>
    <w:rsid w:val="00471C1A"/>
    <w:rsid w:val="004E5ACF"/>
    <w:rsid w:val="00595ABB"/>
    <w:rsid w:val="005D5D9D"/>
    <w:rsid w:val="0062219F"/>
    <w:rsid w:val="006244AF"/>
    <w:rsid w:val="00625CC2"/>
    <w:rsid w:val="0064032A"/>
    <w:rsid w:val="00690BB7"/>
    <w:rsid w:val="006F66BD"/>
    <w:rsid w:val="0072607B"/>
    <w:rsid w:val="00756F5B"/>
    <w:rsid w:val="007673B0"/>
    <w:rsid w:val="00773EA1"/>
    <w:rsid w:val="00795294"/>
    <w:rsid w:val="007A5F46"/>
    <w:rsid w:val="007B582D"/>
    <w:rsid w:val="007D1D58"/>
    <w:rsid w:val="007F6AC1"/>
    <w:rsid w:val="0086246A"/>
    <w:rsid w:val="00892D92"/>
    <w:rsid w:val="008A2197"/>
    <w:rsid w:val="008C78C8"/>
    <w:rsid w:val="00901B23"/>
    <w:rsid w:val="00924341"/>
    <w:rsid w:val="009506BA"/>
    <w:rsid w:val="00990C14"/>
    <w:rsid w:val="0099136A"/>
    <w:rsid w:val="009A0314"/>
    <w:rsid w:val="009D66A1"/>
    <w:rsid w:val="009E6A8A"/>
    <w:rsid w:val="009E6F09"/>
    <w:rsid w:val="00A0693F"/>
    <w:rsid w:val="00A7794B"/>
    <w:rsid w:val="00A912C4"/>
    <w:rsid w:val="00AA1D8D"/>
    <w:rsid w:val="00AB387C"/>
    <w:rsid w:val="00AB7650"/>
    <w:rsid w:val="00B05E60"/>
    <w:rsid w:val="00B32199"/>
    <w:rsid w:val="00B47730"/>
    <w:rsid w:val="00B75CE2"/>
    <w:rsid w:val="00B85496"/>
    <w:rsid w:val="00B971E9"/>
    <w:rsid w:val="00BB5AA7"/>
    <w:rsid w:val="00C057E6"/>
    <w:rsid w:val="00C06AF9"/>
    <w:rsid w:val="00C649C2"/>
    <w:rsid w:val="00C853A3"/>
    <w:rsid w:val="00C86981"/>
    <w:rsid w:val="00CB0664"/>
    <w:rsid w:val="00CE5DDD"/>
    <w:rsid w:val="00CE5DE7"/>
    <w:rsid w:val="00D11F9D"/>
    <w:rsid w:val="00D35310"/>
    <w:rsid w:val="00D65178"/>
    <w:rsid w:val="00D9726F"/>
    <w:rsid w:val="00E47DBB"/>
    <w:rsid w:val="00E76435"/>
    <w:rsid w:val="00EE5DEC"/>
    <w:rsid w:val="00F222EB"/>
    <w:rsid w:val="00F628E2"/>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4.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1299</Words>
  <Characters>7795</Characters>
  <Application>Microsoft Office Word</Application>
  <DocSecurity>0</DocSecurity>
  <Lines>64</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2026-10-12T09:38:00Z</cp:lastPrinted>
  <dcterms:created xsi:type="dcterms:W3CDTF">2026-10-12T09:39:00Z</dcterms:created>
  <dcterms:modified xsi:type="dcterms:W3CDTF">2026-10-12T10:06:00Z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