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1799290968" w:edGrp="everyone"/>
      <w:r w:rsidRPr="00161078">
        <w:rPr>
          <w:lang w:val="pl-PL"/>
        </w:rPr>
        <w:t>...............................................................................................</w:t>
      </w:r>
      <w:permEnd w:id="1799290968"/>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1203507372" w:edGrp="everyone"/>
      <w:r w:rsidRPr="00161078">
        <w:rPr>
          <w:lang w:val="pl-PL"/>
        </w:rPr>
        <w:t>.............................</w:t>
      </w:r>
      <w:permEnd w:id="1203507372"/>
      <w:r w:rsidRPr="00161078">
        <w:rPr>
          <w:lang w:val="pl-PL"/>
        </w:rPr>
        <w:t xml:space="preserve">   tel.: </w:t>
      </w:r>
      <w:permStart w:id="1366110529" w:edGrp="everyone"/>
      <w:r w:rsidRPr="00161078">
        <w:rPr>
          <w:lang w:val="pl-PL"/>
        </w:rPr>
        <w:t xml:space="preserve">.............................   </w:t>
      </w:r>
      <w:permEnd w:id="1366110529"/>
      <w:r w:rsidRPr="00161078">
        <w:rPr>
          <w:lang w:val="pl-PL"/>
        </w:rPr>
        <w:t>e-mail</w:t>
      </w:r>
      <w:permStart w:id="1980301788" w:edGrp="everyone"/>
      <w:r w:rsidRPr="00161078">
        <w:rPr>
          <w:lang w:val="pl-PL"/>
        </w:rPr>
        <w:t>: .............................</w:t>
      </w:r>
      <w:permEnd w:id="1980301788"/>
    </w:p>
    <w:p w14:paraId="7EA6031A" w14:textId="77777777" w:rsidR="001512C8" w:rsidRPr="00161078" w:rsidRDefault="00443F1E">
      <w:pPr>
        <w:rPr>
          <w:lang w:val="pl-PL"/>
        </w:rPr>
      </w:pPr>
      <w:r w:rsidRPr="00161078">
        <w:rPr>
          <w:lang w:val="pl-PL"/>
        </w:rPr>
        <w:t>W nawiązaniu do zapytania ofertowego na sukcesywną dostawę materiałów zużywalnych i odczynników laboratoryjnych – grupa 11,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3816"/>
        <w:gridCol w:w="1843"/>
        <w:gridCol w:w="1151"/>
        <w:gridCol w:w="1260"/>
        <w:gridCol w:w="1250"/>
        <w:gridCol w:w="620"/>
        <w:gridCol w:w="1250"/>
        <w:gridCol w:w="1350"/>
        <w:gridCol w:w="1350"/>
      </w:tblGrid>
      <w:tr w:rsidR="001512C8" w:rsidRPr="00161078" w14:paraId="0C818EE2" w14:textId="77777777" w:rsidTr="00B43CF3">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3816"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843"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1151"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B43CF3">
        <w:trPr>
          <w:jc w:val="center"/>
        </w:trPr>
        <w:tc>
          <w:tcPr>
            <w:tcW w:w="420" w:type="dxa"/>
            <w:vAlign w:val="center"/>
          </w:tcPr>
          <w:p w14:paraId="61531AB0" w14:textId="77777777" w:rsidR="001512C8" w:rsidRPr="00161078" w:rsidRDefault="00443F1E">
            <w:pPr>
              <w:spacing w:before="20" w:after="20"/>
              <w:jc w:val="center"/>
              <w:rPr>
                <w:lang w:val="pl-PL"/>
              </w:rPr>
            </w:pPr>
            <w:permStart w:id="295832426" w:edGrp="everyone" w:colFirst="5" w:colLast="5"/>
            <w:permStart w:id="470098279" w:edGrp="everyone" w:colFirst="6" w:colLast="6"/>
            <w:permStart w:id="133044742" w:edGrp="everyone" w:colFirst="7" w:colLast="7"/>
            <w:permStart w:id="1393449748" w:edGrp="everyone" w:colFirst="8" w:colLast="8"/>
            <w:permStart w:id="10950223" w:edGrp="everyone" w:colFirst="9" w:colLast="9"/>
            <w:r w:rsidRPr="00161078">
              <w:rPr>
                <w:sz w:val="16"/>
                <w:lang w:val="pl-PL"/>
              </w:rPr>
              <w:t>1</w:t>
            </w:r>
          </w:p>
        </w:tc>
        <w:tc>
          <w:tcPr>
            <w:tcW w:w="3816" w:type="dxa"/>
            <w:vAlign w:val="center"/>
          </w:tcPr>
          <w:p w14:paraId="4C33C0AE" w14:textId="77777777" w:rsidR="001512C8" w:rsidRPr="00161078" w:rsidRDefault="00443F1E">
            <w:pPr>
              <w:spacing w:before="20" w:after="20"/>
              <w:jc w:val="left"/>
              <w:rPr>
                <w:lang w:val="pl-PL"/>
              </w:rPr>
            </w:pPr>
            <w:proofErr w:type="spellStart"/>
            <w:r w:rsidRPr="00161078">
              <w:rPr>
                <w:sz w:val="16"/>
                <w:lang w:val="pl-PL"/>
              </w:rPr>
              <w:t>Lenti</w:t>
            </w:r>
            <w:proofErr w:type="spellEnd"/>
            <w:r w:rsidRPr="00161078">
              <w:rPr>
                <w:sz w:val="16"/>
                <w:lang w:val="pl-PL"/>
              </w:rPr>
              <w:t xml:space="preserve">-X™ </w:t>
            </w:r>
            <w:proofErr w:type="spellStart"/>
            <w:r w:rsidRPr="00161078">
              <w:rPr>
                <w:sz w:val="16"/>
                <w:lang w:val="pl-PL"/>
              </w:rPr>
              <w:t>Concentrator</w:t>
            </w:r>
            <w:proofErr w:type="spellEnd"/>
          </w:p>
        </w:tc>
        <w:tc>
          <w:tcPr>
            <w:tcW w:w="1843" w:type="dxa"/>
            <w:vAlign w:val="center"/>
          </w:tcPr>
          <w:p w14:paraId="7873BEE1" w14:textId="77777777" w:rsidR="001512C8" w:rsidRPr="00161078" w:rsidRDefault="00443F1E">
            <w:pPr>
              <w:spacing w:before="20" w:after="20"/>
              <w:jc w:val="center"/>
              <w:rPr>
                <w:lang w:val="pl-PL"/>
              </w:rPr>
            </w:pPr>
            <w:r w:rsidRPr="00161078">
              <w:rPr>
                <w:sz w:val="16"/>
                <w:lang w:val="pl-PL"/>
              </w:rPr>
              <w:t xml:space="preserve">500 </w:t>
            </w:r>
            <w:proofErr w:type="spellStart"/>
            <w:r w:rsidRPr="00161078">
              <w:rPr>
                <w:sz w:val="16"/>
                <w:lang w:val="pl-PL"/>
              </w:rPr>
              <w:t>mL</w:t>
            </w:r>
            <w:proofErr w:type="spellEnd"/>
          </w:p>
        </w:tc>
        <w:tc>
          <w:tcPr>
            <w:tcW w:w="1151" w:type="dxa"/>
            <w:vAlign w:val="center"/>
          </w:tcPr>
          <w:p w14:paraId="0B6EBE9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93770F" w14:textId="29F35CE2" w:rsidR="001512C8" w:rsidRPr="00161078" w:rsidRDefault="008127B8">
            <w:pPr>
              <w:spacing w:before="20" w:after="20"/>
              <w:jc w:val="center"/>
              <w:rPr>
                <w:lang w:val="pl-PL"/>
              </w:rPr>
            </w:pPr>
            <w:r>
              <w:rPr>
                <w:sz w:val="16"/>
                <w:lang w:val="pl-PL"/>
              </w:rPr>
              <w:t>5</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31A43555" w14:textId="77777777" w:rsidTr="00B43CF3">
        <w:trPr>
          <w:jc w:val="center"/>
        </w:trPr>
        <w:tc>
          <w:tcPr>
            <w:tcW w:w="420" w:type="dxa"/>
            <w:vAlign w:val="center"/>
          </w:tcPr>
          <w:p w14:paraId="67B75B34" w14:textId="77777777" w:rsidR="001512C8" w:rsidRPr="00161078" w:rsidRDefault="00443F1E">
            <w:pPr>
              <w:spacing w:before="20" w:after="20"/>
              <w:jc w:val="center"/>
              <w:rPr>
                <w:lang w:val="pl-PL"/>
              </w:rPr>
            </w:pPr>
            <w:permStart w:id="40387157" w:edGrp="everyone" w:colFirst="5" w:colLast="5"/>
            <w:permStart w:id="896168792" w:edGrp="everyone" w:colFirst="6" w:colLast="6"/>
            <w:permStart w:id="23486019" w:edGrp="everyone" w:colFirst="7" w:colLast="7"/>
            <w:permStart w:id="787638183" w:edGrp="everyone" w:colFirst="8" w:colLast="8"/>
            <w:permStart w:id="1056387036" w:edGrp="everyone" w:colFirst="9" w:colLast="9"/>
            <w:permEnd w:id="295832426"/>
            <w:permEnd w:id="470098279"/>
            <w:permEnd w:id="133044742"/>
            <w:permEnd w:id="1393449748"/>
            <w:permEnd w:id="10950223"/>
            <w:r w:rsidRPr="00161078">
              <w:rPr>
                <w:sz w:val="16"/>
                <w:lang w:val="pl-PL"/>
              </w:rPr>
              <w:t>2</w:t>
            </w:r>
          </w:p>
        </w:tc>
        <w:tc>
          <w:tcPr>
            <w:tcW w:w="3816" w:type="dxa"/>
            <w:vAlign w:val="center"/>
          </w:tcPr>
          <w:p w14:paraId="0032CD0F" w14:textId="77777777" w:rsidR="001512C8" w:rsidRPr="00161078" w:rsidRDefault="00443F1E">
            <w:pPr>
              <w:spacing w:before="20" w:after="20"/>
              <w:jc w:val="left"/>
              <w:rPr>
                <w:lang w:val="pl-PL"/>
              </w:rPr>
            </w:pPr>
            <w:proofErr w:type="spellStart"/>
            <w:r w:rsidRPr="00161078">
              <w:rPr>
                <w:sz w:val="16"/>
                <w:lang w:val="pl-PL"/>
              </w:rPr>
              <w:t>Lenti</w:t>
            </w:r>
            <w:proofErr w:type="spellEnd"/>
            <w:r w:rsidRPr="00161078">
              <w:rPr>
                <w:sz w:val="16"/>
                <w:lang w:val="pl-PL"/>
              </w:rPr>
              <w:t xml:space="preserve">-X™ </w:t>
            </w:r>
            <w:proofErr w:type="spellStart"/>
            <w:r w:rsidRPr="00161078">
              <w:rPr>
                <w:sz w:val="16"/>
                <w:lang w:val="pl-PL"/>
              </w:rPr>
              <w:t>GoStix</w:t>
            </w:r>
            <w:proofErr w:type="spellEnd"/>
            <w:r w:rsidRPr="00161078">
              <w:rPr>
                <w:sz w:val="16"/>
                <w:lang w:val="pl-PL"/>
              </w:rPr>
              <w:t>™ Plus</w:t>
            </w:r>
          </w:p>
        </w:tc>
        <w:tc>
          <w:tcPr>
            <w:tcW w:w="1843" w:type="dxa"/>
            <w:vAlign w:val="center"/>
          </w:tcPr>
          <w:p w14:paraId="37F172E5" w14:textId="77777777" w:rsidR="001512C8" w:rsidRPr="00161078" w:rsidRDefault="00443F1E">
            <w:pPr>
              <w:spacing w:before="20" w:after="20"/>
              <w:jc w:val="center"/>
              <w:rPr>
                <w:lang w:val="pl-PL"/>
              </w:rPr>
            </w:pPr>
            <w:r w:rsidRPr="00161078">
              <w:rPr>
                <w:sz w:val="16"/>
                <w:lang w:val="pl-PL"/>
              </w:rPr>
              <w:t xml:space="preserve">20 </w:t>
            </w:r>
            <w:proofErr w:type="spellStart"/>
            <w:r w:rsidRPr="00161078">
              <w:rPr>
                <w:sz w:val="16"/>
                <w:lang w:val="pl-PL"/>
              </w:rPr>
              <w:t>tests</w:t>
            </w:r>
            <w:proofErr w:type="spellEnd"/>
          </w:p>
        </w:tc>
        <w:tc>
          <w:tcPr>
            <w:tcW w:w="1151" w:type="dxa"/>
            <w:vAlign w:val="center"/>
          </w:tcPr>
          <w:p w14:paraId="44D188B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577C92D" w14:textId="77777777" w:rsidR="001512C8" w:rsidRPr="00161078" w:rsidRDefault="00056A14">
            <w:pPr>
              <w:spacing w:before="20" w:after="20"/>
              <w:jc w:val="center"/>
              <w:rPr>
                <w:lang w:val="pl-PL"/>
              </w:rPr>
            </w:pPr>
            <w:r>
              <w:rPr>
                <w:sz w:val="16"/>
                <w:lang w:val="pl-PL"/>
              </w:rPr>
              <w:t>10</w:t>
            </w:r>
          </w:p>
        </w:tc>
        <w:tc>
          <w:tcPr>
            <w:tcW w:w="1250" w:type="dxa"/>
            <w:vAlign w:val="center"/>
          </w:tcPr>
          <w:p w14:paraId="4F6D8941" w14:textId="77777777" w:rsidR="001512C8" w:rsidRPr="00161078" w:rsidRDefault="001512C8">
            <w:pPr>
              <w:spacing w:before="20" w:after="20"/>
              <w:jc w:val="center"/>
              <w:rPr>
                <w:lang w:val="pl-PL"/>
              </w:rPr>
            </w:pPr>
          </w:p>
        </w:tc>
        <w:tc>
          <w:tcPr>
            <w:tcW w:w="620" w:type="dxa"/>
            <w:vAlign w:val="center"/>
          </w:tcPr>
          <w:p w14:paraId="38376E83" w14:textId="77777777" w:rsidR="001512C8" w:rsidRPr="00161078" w:rsidRDefault="001512C8">
            <w:pPr>
              <w:spacing w:before="20" w:after="20"/>
              <w:jc w:val="center"/>
              <w:rPr>
                <w:lang w:val="pl-PL"/>
              </w:rPr>
            </w:pPr>
          </w:p>
        </w:tc>
        <w:tc>
          <w:tcPr>
            <w:tcW w:w="1250" w:type="dxa"/>
            <w:vAlign w:val="center"/>
          </w:tcPr>
          <w:p w14:paraId="419760A5" w14:textId="77777777" w:rsidR="001512C8" w:rsidRPr="00161078" w:rsidRDefault="001512C8">
            <w:pPr>
              <w:spacing w:before="20" w:after="20"/>
              <w:jc w:val="center"/>
              <w:rPr>
                <w:lang w:val="pl-PL"/>
              </w:rPr>
            </w:pPr>
          </w:p>
        </w:tc>
        <w:tc>
          <w:tcPr>
            <w:tcW w:w="1350" w:type="dxa"/>
            <w:vAlign w:val="center"/>
          </w:tcPr>
          <w:p w14:paraId="6763779A" w14:textId="77777777" w:rsidR="001512C8" w:rsidRPr="00161078" w:rsidRDefault="001512C8">
            <w:pPr>
              <w:spacing w:before="20" w:after="20"/>
              <w:jc w:val="center"/>
              <w:rPr>
                <w:lang w:val="pl-PL"/>
              </w:rPr>
            </w:pPr>
          </w:p>
        </w:tc>
        <w:tc>
          <w:tcPr>
            <w:tcW w:w="1350" w:type="dxa"/>
            <w:vAlign w:val="center"/>
          </w:tcPr>
          <w:p w14:paraId="6DF02ABB" w14:textId="77777777" w:rsidR="001512C8" w:rsidRPr="00161078" w:rsidRDefault="001512C8">
            <w:pPr>
              <w:spacing w:before="20" w:after="20"/>
              <w:jc w:val="center"/>
              <w:rPr>
                <w:lang w:val="pl-PL"/>
              </w:rPr>
            </w:pPr>
          </w:p>
        </w:tc>
      </w:tr>
      <w:tr w:rsidR="001512C8" w:rsidRPr="00161078" w14:paraId="7139DBB2" w14:textId="77777777" w:rsidTr="00B43CF3">
        <w:trPr>
          <w:jc w:val="center"/>
        </w:trPr>
        <w:tc>
          <w:tcPr>
            <w:tcW w:w="420" w:type="dxa"/>
            <w:vAlign w:val="center"/>
          </w:tcPr>
          <w:p w14:paraId="039EB8DA" w14:textId="77777777" w:rsidR="001512C8" w:rsidRPr="00161078" w:rsidRDefault="00443F1E">
            <w:pPr>
              <w:spacing w:before="20" w:after="20"/>
              <w:jc w:val="center"/>
              <w:rPr>
                <w:lang w:val="pl-PL"/>
              </w:rPr>
            </w:pPr>
            <w:permStart w:id="961960430" w:edGrp="everyone" w:colFirst="5" w:colLast="5"/>
            <w:permStart w:id="53101795" w:edGrp="everyone" w:colFirst="6" w:colLast="6"/>
            <w:permStart w:id="316804864" w:edGrp="everyone" w:colFirst="7" w:colLast="7"/>
            <w:permStart w:id="1943873801" w:edGrp="everyone" w:colFirst="8" w:colLast="8"/>
            <w:permStart w:id="1061044776" w:edGrp="everyone" w:colFirst="9" w:colLast="9"/>
            <w:permEnd w:id="40387157"/>
            <w:permEnd w:id="896168792"/>
            <w:permEnd w:id="23486019"/>
            <w:permEnd w:id="787638183"/>
            <w:permEnd w:id="1056387036"/>
            <w:r w:rsidRPr="00161078">
              <w:rPr>
                <w:sz w:val="16"/>
                <w:lang w:val="pl-PL"/>
              </w:rPr>
              <w:t>3</w:t>
            </w:r>
          </w:p>
        </w:tc>
        <w:tc>
          <w:tcPr>
            <w:tcW w:w="3816" w:type="dxa"/>
            <w:vAlign w:val="center"/>
          </w:tcPr>
          <w:p w14:paraId="7B2634CB" w14:textId="77777777" w:rsidR="001512C8" w:rsidRPr="00161078" w:rsidRDefault="00443F1E">
            <w:pPr>
              <w:spacing w:before="20" w:after="20"/>
              <w:jc w:val="left"/>
              <w:rPr>
                <w:lang w:val="pl-PL"/>
              </w:rPr>
            </w:pPr>
            <w:proofErr w:type="spellStart"/>
            <w:r w:rsidRPr="00161078">
              <w:rPr>
                <w:sz w:val="16"/>
                <w:lang w:val="pl-PL"/>
              </w:rPr>
              <w:t>CryoStor</w:t>
            </w:r>
            <w:proofErr w:type="spellEnd"/>
            <w:r w:rsidRPr="00161078">
              <w:rPr>
                <w:sz w:val="16"/>
                <w:lang w:val="pl-PL"/>
              </w:rPr>
              <w:t>® CS10</w:t>
            </w:r>
          </w:p>
        </w:tc>
        <w:tc>
          <w:tcPr>
            <w:tcW w:w="1843" w:type="dxa"/>
            <w:vAlign w:val="center"/>
          </w:tcPr>
          <w:p w14:paraId="03C45965" w14:textId="77777777" w:rsidR="001512C8" w:rsidRPr="00161078" w:rsidRDefault="00443F1E">
            <w:pPr>
              <w:spacing w:before="20" w:after="20"/>
              <w:jc w:val="center"/>
              <w:rPr>
                <w:lang w:val="pl-PL"/>
              </w:rPr>
            </w:pPr>
            <w:r w:rsidRPr="00161078">
              <w:rPr>
                <w:sz w:val="16"/>
                <w:lang w:val="pl-PL"/>
              </w:rPr>
              <w:t>100 ml</w:t>
            </w:r>
          </w:p>
        </w:tc>
        <w:tc>
          <w:tcPr>
            <w:tcW w:w="1151" w:type="dxa"/>
            <w:vAlign w:val="center"/>
          </w:tcPr>
          <w:p w14:paraId="1EA61EB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5F5B7C2" w14:textId="77777777" w:rsidR="001512C8" w:rsidRPr="00161078" w:rsidRDefault="00056A14">
            <w:pPr>
              <w:spacing w:before="20" w:after="20"/>
              <w:jc w:val="center"/>
              <w:rPr>
                <w:lang w:val="pl-PL"/>
              </w:rPr>
            </w:pPr>
            <w:r>
              <w:rPr>
                <w:sz w:val="16"/>
                <w:lang w:val="pl-PL"/>
              </w:rPr>
              <w:t>10</w:t>
            </w:r>
          </w:p>
        </w:tc>
        <w:tc>
          <w:tcPr>
            <w:tcW w:w="1250" w:type="dxa"/>
            <w:vAlign w:val="center"/>
          </w:tcPr>
          <w:p w14:paraId="1E9786CA" w14:textId="77777777" w:rsidR="001512C8" w:rsidRPr="00161078" w:rsidRDefault="001512C8">
            <w:pPr>
              <w:spacing w:before="20" w:after="20"/>
              <w:jc w:val="center"/>
              <w:rPr>
                <w:lang w:val="pl-PL"/>
              </w:rPr>
            </w:pPr>
          </w:p>
        </w:tc>
        <w:tc>
          <w:tcPr>
            <w:tcW w:w="620" w:type="dxa"/>
            <w:vAlign w:val="center"/>
          </w:tcPr>
          <w:p w14:paraId="361AA9C8" w14:textId="77777777" w:rsidR="001512C8" w:rsidRPr="00161078" w:rsidRDefault="001512C8">
            <w:pPr>
              <w:spacing w:before="20" w:after="20"/>
              <w:jc w:val="center"/>
              <w:rPr>
                <w:lang w:val="pl-PL"/>
              </w:rPr>
            </w:pPr>
          </w:p>
        </w:tc>
        <w:tc>
          <w:tcPr>
            <w:tcW w:w="1250" w:type="dxa"/>
            <w:vAlign w:val="center"/>
          </w:tcPr>
          <w:p w14:paraId="37F0328D" w14:textId="77777777" w:rsidR="001512C8" w:rsidRPr="00161078" w:rsidRDefault="001512C8">
            <w:pPr>
              <w:spacing w:before="20" w:after="20"/>
              <w:jc w:val="center"/>
              <w:rPr>
                <w:lang w:val="pl-PL"/>
              </w:rPr>
            </w:pPr>
          </w:p>
        </w:tc>
        <w:tc>
          <w:tcPr>
            <w:tcW w:w="1350" w:type="dxa"/>
            <w:vAlign w:val="center"/>
          </w:tcPr>
          <w:p w14:paraId="14D01D59" w14:textId="77777777" w:rsidR="001512C8" w:rsidRPr="00161078" w:rsidRDefault="001512C8">
            <w:pPr>
              <w:spacing w:before="20" w:after="20"/>
              <w:jc w:val="center"/>
              <w:rPr>
                <w:lang w:val="pl-PL"/>
              </w:rPr>
            </w:pPr>
          </w:p>
        </w:tc>
        <w:tc>
          <w:tcPr>
            <w:tcW w:w="1350" w:type="dxa"/>
            <w:vAlign w:val="center"/>
          </w:tcPr>
          <w:p w14:paraId="0F0295CF" w14:textId="77777777" w:rsidR="001512C8" w:rsidRPr="00161078" w:rsidRDefault="001512C8">
            <w:pPr>
              <w:spacing w:before="20" w:after="20"/>
              <w:jc w:val="center"/>
              <w:rPr>
                <w:lang w:val="pl-PL"/>
              </w:rPr>
            </w:pPr>
          </w:p>
        </w:tc>
      </w:tr>
      <w:tr w:rsidR="001512C8" w:rsidRPr="00161078" w14:paraId="41E87065" w14:textId="77777777" w:rsidTr="00B43CF3">
        <w:trPr>
          <w:jc w:val="center"/>
        </w:trPr>
        <w:tc>
          <w:tcPr>
            <w:tcW w:w="420" w:type="dxa"/>
            <w:vAlign w:val="center"/>
          </w:tcPr>
          <w:p w14:paraId="53AE3007" w14:textId="77777777" w:rsidR="001512C8" w:rsidRPr="00161078" w:rsidRDefault="00443F1E">
            <w:pPr>
              <w:spacing w:before="20" w:after="20"/>
              <w:jc w:val="center"/>
              <w:rPr>
                <w:lang w:val="pl-PL"/>
              </w:rPr>
            </w:pPr>
            <w:permStart w:id="883326315" w:edGrp="everyone" w:colFirst="5" w:colLast="5"/>
            <w:permStart w:id="917598226" w:edGrp="everyone" w:colFirst="6" w:colLast="6"/>
            <w:permStart w:id="71132693" w:edGrp="everyone" w:colFirst="7" w:colLast="7"/>
            <w:permStart w:id="1686263812" w:edGrp="everyone" w:colFirst="8" w:colLast="8"/>
            <w:permStart w:id="368256102" w:edGrp="everyone" w:colFirst="9" w:colLast="9"/>
            <w:permEnd w:id="961960430"/>
            <w:permEnd w:id="53101795"/>
            <w:permEnd w:id="316804864"/>
            <w:permEnd w:id="1943873801"/>
            <w:permEnd w:id="1061044776"/>
            <w:r w:rsidRPr="00161078">
              <w:rPr>
                <w:sz w:val="16"/>
                <w:lang w:val="pl-PL"/>
              </w:rPr>
              <w:t>4</w:t>
            </w:r>
          </w:p>
        </w:tc>
        <w:tc>
          <w:tcPr>
            <w:tcW w:w="3816" w:type="dxa"/>
            <w:vAlign w:val="center"/>
          </w:tcPr>
          <w:p w14:paraId="5C7559D4" w14:textId="77777777" w:rsidR="001512C8" w:rsidRPr="009E391D" w:rsidRDefault="00443F1E">
            <w:pPr>
              <w:spacing w:before="20" w:after="20"/>
              <w:jc w:val="left"/>
            </w:pPr>
            <w:proofErr w:type="spellStart"/>
            <w:r w:rsidRPr="009E391D">
              <w:rPr>
                <w:sz w:val="16"/>
              </w:rPr>
              <w:t>Retronectin</w:t>
            </w:r>
            <w:proofErr w:type="spellEnd"/>
            <w:r w:rsidRPr="009E391D">
              <w:rPr>
                <w:sz w:val="16"/>
              </w:rPr>
              <w:t xml:space="preserve"> (Recombinant Human Fibronectin Fragment)</w:t>
            </w:r>
          </w:p>
        </w:tc>
        <w:tc>
          <w:tcPr>
            <w:tcW w:w="1843" w:type="dxa"/>
            <w:vAlign w:val="center"/>
          </w:tcPr>
          <w:p w14:paraId="1D03F954" w14:textId="77777777" w:rsidR="001512C8" w:rsidRPr="00161078" w:rsidRDefault="00443F1E">
            <w:pPr>
              <w:spacing w:before="20" w:after="20"/>
              <w:jc w:val="center"/>
              <w:rPr>
                <w:lang w:val="pl-PL"/>
              </w:rPr>
            </w:pPr>
            <w:r w:rsidRPr="00161078">
              <w:rPr>
                <w:sz w:val="16"/>
                <w:lang w:val="pl-PL"/>
              </w:rPr>
              <w:t xml:space="preserve">2,5 </w:t>
            </w:r>
            <w:proofErr w:type="spellStart"/>
            <w:r w:rsidRPr="00161078">
              <w:rPr>
                <w:sz w:val="16"/>
                <w:lang w:val="pl-PL"/>
              </w:rPr>
              <w:t>mg</w:t>
            </w:r>
            <w:proofErr w:type="spellEnd"/>
          </w:p>
        </w:tc>
        <w:tc>
          <w:tcPr>
            <w:tcW w:w="1151" w:type="dxa"/>
            <w:vAlign w:val="center"/>
          </w:tcPr>
          <w:p w14:paraId="3C80C0C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70E4D8" w14:textId="77777777" w:rsidR="001512C8" w:rsidRPr="00161078" w:rsidRDefault="00056A14">
            <w:pPr>
              <w:spacing w:before="20" w:after="20"/>
              <w:jc w:val="center"/>
              <w:rPr>
                <w:lang w:val="pl-PL"/>
              </w:rPr>
            </w:pPr>
            <w:r>
              <w:rPr>
                <w:sz w:val="16"/>
                <w:lang w:val="pl-PL"/>
              </w:rPr>
              <w:t>4</w:t>
            </w:r>
          </w:p>
        </w:tc>
        <w:tc>
          <w:tcPr>
            <w:tcW w:w="1250" w:type="dxa"/>
            <w:vAlign w:val="center"/>
          </w:tcPr>
          <w:p w14:paraId="3007F5AE" w14:textId="77777777" w:rsidR="001512C8" w:rsidRPr="00161078" w:rsidRDefault="001512C8">
            <w:pPr>
              <w:spacing w:before="20" w:after="20"/>
              <w:jc w:val="center"/>
              <w:rPr>
                <w:lang w:val="pl-PL"/>
              </w:rPr>
            </w:pPr>
          </w:p>
        </w:tc>
        <w:tc>
          <w:tcPr>
            <w:tcW w:w="620" w:type="dxa"/>
            <w:vAlign w:val="center"/>
          </w:tcPr>
          <w:p w14:paraId="3C68EB6E" w14:textId="77777777" w:rsidR="001512C8" w:rsidRPr="00161078" w:rsidRDefault="001512C8">
            <w:pPr>
              <w:spacing w:before="20" w:after="20"/>
              <w:jc w:val="center"/>
              <w:rPr>
                <w:lang w:val="pl-PL"/>
              </w:rPr>
            </w:pPr>
          </w:p>
        </w:tc>
        <w:tc>
          <w:tcPr>
            <w:tcW w:w="1250" w:type="dxa"/>
            <w:vAlign w:val="center"/>
          </w:tcPr>
          <w:p w14:paraId="201C9EEC" w14:textId="77777777" w:rsidR="001512C8" w:rsidRPr="00161078" w:rsidRDefault="001512C8">
            <w:pPr>
              <w:spacing w:before="20" w:after="20"/>
              <w:jc w:val="center"/>
              <w:rPr>
                <w:lang w:val="pl-PL"/>
              </w:rPr>
            </w:pPr>
          </w:p>
        </w:tc>
        <w:tc>
          <w:tcPr>
            <w:tcW w:w="1350" w:type="dxa"/>
            <w:vAlign w:val="center"/>
          </w:tcPr>
          <w:p w14:paraId="050993E9" w14:textId="77777777" w:rsidR="001512C8" w:rsidRPr="00161078" w:rsidRDefault="001512C8">
            <w:pPr>
              <w:spacing w:before="20" w:after="20"/>
              <w:jc w:val="center"/>
              <w:rPr>
                <w:lang w:val="pl-PL"/>
              </w:rPr>
            </w:pPr>
          </w:p>
        </w:tc>
        <w:tc>
          <w:tcPr>
            <w:tcW w:w="1350" w:type="dxa"/>
            <w:vAlign w:val="center"/>
          </w:tcPr>
          <w:p w14:paraId="5B7C12C2"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1180188834" w:edGrp="everyone" w:colFirst="1" w:colLast="1"/>
            <w:permStart w:id="1408527769" w:edGrp="everyone" w:colFirst="2" w:colLast="2"/>
            <w:permEnd w:id="883326315"/>
            <w:permEnd w:id="917598226"/>
            <w:permEnd w:id="71132693"/>
            <w:permEnd w:id="1686263812"/>
            <w:permEnd w:id="368256102"/>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1180188834"/>
      <w:permEnd w:id="1408527769"/>
    </w:tbl>
    <w:p w14:paraId="64DA07F9" w14:textId="77777777" w:rsidR="001512C8" w:rsidRPr="00161078" w:rsidRDefault="001512C8">
      <w:pPr>
        <w:spacing w:after="40"/>
        <w:rPr>
          <w:lang w:val="pl-PL"/>
        </w:rPr>
      </w:pPr>
    </w:p>
    <w:p w14:paraId="1B70D5BE" w14:textId="7AF9BCF2"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9E391D">
        <w:rPr>
          <w:i/>
          <w:sz w:val="18"/>
          <w:lang w:val="pl-PL"/>
        </w:rPr>
        <w:t xml:space="preserve">  Ceny należy podać w walucie oferty, wskazując walutę. Oferty w walucie innej niż PLN zostaną przeliczone na PLN według średniego kursu NBP z dnia </w:t>
      </w:r>
      <w:r w:rsidR="0077717C">
        <w:rPr>
          <w:i/>
          <w:sz w:val="18"/>
          <w:lang w:val="pl-PL"/>
        </w:rPr>
        <w:t xml:space="preserve">terminu </w:t>
      </w:r>
      <w:r w:rsidRPr="009E391D">
        <w:rPr>
          <w:i/>
          <w:sz w:val="18"/>
          <w:lang w:val="pl-PL"/>
        </w:rPr>
        <w:t>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lastRenderedPageBreak/>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2119567970" w:edGrp="everyone"/>
      <w:r w:rsidRPr="00161078">
        <w:rPr>
          <w:lang w:val="pl-PL"/>
        </w:rPr>
        <w:t>...............................................</w:t>
      </w:r>
    </w:p>
    <w:permEnd w:id="2119567970"/>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11,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ermStart w:id="1147013481" w:edGrp="everyone"/>
    </w:p>
    <w:p w14:paraId="598FAA95" w14:textId="77777777" w:rsidR="001512C8" w:rsidRPr="00161078" w:rsidRDefault="00443F1E">
      <w:pPr>
        <w:spacing w:after="0"/>
        <w:jc w:val="center"/>
        <w:rPr>
          <w:lang w:val="pl-PL"/>
        </w:rPr>
      </w:pPr>
      <w:r w:rsidRPr="00161078">
        <w:rPr>
          <w:lang w:val="pl-PL"/>
        </w:rPr>
        <w:t>...............................................          ...............................................</w:t>
      </w:r>
    </w:p>
    <w:permEnd w:id="1147013481"/>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280106715" w:edGrp="everyone"/>
      <w:r w:rsidRPr="00161078">
        <w:rPr>
          <w:lang w:val="pl-PL"/>
        </w:rPr>
        <w:t>...............................................          ...............................................</w:t>
      </w:r>
    </w:p>
    <w:permEnd w:id="280106715"/>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11,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FDB29" w14:textId="77777777" w:rsidR="00096BF1" w:rsidRDefault="00096BF1" w:rsidP="007A5F46">
      <w:pPr>
        <w:spacing w:after="0" w:line="240" w:lineRule="auto"/>
      </w:pPr>
      <w:r>
        <w:separator/>
      </w:r>
    </w:p>
  </w:endnote>
  <w:endnote w:type="continuationSeparator" w:id="0">
    <w:p w14:paraId="4139B77C" w14:textId="77777777" w:rsidR="00096BF1" w:rsidRDefault="00096BF1"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3E178" w14:textId="77777777" w:rsidR="00096BF1" w:rsidRDefault="00096BF1" w:rsidP="007A5F46">
      <w:pPr>
        <w:spacing w:after="0" w:line="240" w:lineRule="auto"/>
      </w:pPr>
      <w:r>
        <w:separator/>
      </w:r>
    </w:p>
  </w:footnote>
  <w:footnote w:type="continuationSeparator" w:id="0">
    <w:p w14:paraId="50EEA252" w14:textId="77777777" w:rsidR="00096BF1" w:rsidRDefault="00096BF1"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Yncz1IzLMGgVji+hH1g5llE3C8QjxtBpy5Mb7fdcZgmVK+PIGtVbGxU9tjhsdHqfT5TIDEFRyeNOXxozCLOw2w==" w:salt="krepwmsK0bQhhxImz39eNw=="/>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072A1"/>
    <w:rsid w:val="00034616"/>
    <w:rsid w:val="000433CD"/>
    <w:rsid w:val="00056A14"/>
    <w:rsid w:val="0006063C"/>
    <w:rsid w:val="00081C05"/>
    <w:rsid w:val="00096BF1"/>
    <w:rsid w:val="0015074B"/>
    <w:rsid w:val="001512C8"/>
    <w:rsid w:val="00161078"/>
    <w:rsid w:val="0019327D"/>
    <w:rsid w:val="001B0B75"/>
    <w:rsid w:val="001B6279"/>
    <w:rsid w:val="001D65B2"/>
    <w:rsid w:val="00211EA2"/>
    <w:rsid w:val="00235FF4"/>
    <w:rsid w:val="002747C6"/>
    <w:rsid w:val="0029639D"/>
    <w:rsid w:val="002B2018"/>
    <w:rsid w:val="002B451D"/>
    <w:rsid w:val="002C0867"/>
    <w:rsid w:val="002D63AD"/>
    <w:rsid w:val="003010EC"/>
    <w:rsid w:val="00307ED0"/>
    <w:rsid w:val="00326F90"/>
    <w:rsid w:val="003F7441"/>
    <w:rsid w:val="00413CED"/>
    <w:rsid w:val="00443F1E"/>
    <w:rsid w:val="004454D0"/>
    <w:rsid w:val="00446850"/>
    <w:rsid w:val="00471C1A"/>
    <w:rsid w:val="004B30F7"/>
    <w:rsid w:val="004E5ACF"/>
    <w:rsid w:val="00595ABB"/>
    <w:rsid w:val="005D5D9D"/>
    <w:rsid w:val="005F4A92"/>
    <w:rsid w:val="0062219F"/>
    <w:rsid w:val="00625CC2"/>
    <w:rsid w:val="0064032A"/>
    <w:rsid w:val="00655E85"/>
    <w:rsid w:val="00690BB7"/>
    <w:rsid w:val="006F66BD"/>
    <w:rsid w:val="0072607B"/>
    <w:rsid w:val="00756F5B"/>
    <w:rsid w:val="0076454A"/>
    <w:rsid w:val="0077717C"/>
    <w:rsid w:val="00795294"/>
    <w:rsid w:val="007A50EF"/>
    <w:rsid w:val="007A5F46"/>
    <w:rsid w:val="007B582D"/>
    <w:rsid w:val="007B76CE"/>
    <w:rsid w:val="007D1D58"/>
    <w:rsid w:val="007D5294"/>
    <w:rsid w:val="007D55E4"/>
    <w:rsid w:val="007F6AC1"/>
    <w:rsid w:val="008127B8"/>
    <w:rsid w:val="00892D92"/>
    <w:rsid w:val="008C78C8"/>
    <w:rsid w:val="008F2D48"/>
    <w:rsid w:val="008F7DFC"/>
    <w:rsid w:val="00901B23"/>
    <w:rsid w:val="009101B1"/>
    <w:rsid w:val="00990C14"/>
    <w:rsid w:val="0099136A"/>
    <w:rsid w:val="009D66A1"/>
    <w:rsid w:val="009E391D"/>
    <w:rsid w:val="009E6F09"/>
    <w:rsid w:val="00A0693F"/>
    <w:rsid w:val="00A912C4"/>
    <w:rsid w:val="00AA1D8D"/>
    <w:rsid w:val="00AB387C"/>
    <w:rsid w:val="00B05E60"/>
    <w:rsid w:val="00B32199"/>
    <w:rsid w:val="00B43CF3"/>
    <w:rsid w:val="00B43EC9"/>
    <w:rsid w:val="00B47730"/>
    <w:rsid w:val="00B75CE2"/>
    <w:rsid w:val="00B971E9"/>
    <w:rsid w:val="00BA3548"/>
    <w:rsid w:val="00BB0D50"/>
    <w:rsid w:val="00BB5AA7"/>
    <w:rsid w:val="00C057E6"/>
    <w:rsid w:val="00C40E6D"/>
    <w:rsid w:val="00C649C2"/>
    <w:rsid w:val="00C853A3"/>
    <w:rsid w:val="00C86981"/>
    <w:rsid w:val="00CB0664"/>
    <w:rsid w:val="00CE5DDD"/>
    <w:rsid w:val="00D11F9D"/>
    <w:rsid w:val="00D35310"/>
    <w:rsid w:val="00D65178"/>
    <w:rsid w:val="00D9726F"/>
    <w:rsid w:val="00DC67F5"/>
    <w:rsid w:val="00E47DBB"/>
    <w:rsid w:val="00EE5DEC"/>
    <w:rsid w:val="00F628E2"/>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2.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1147</Words>
  <Characters>6884</Characters>
  <Application>Microsoft Office Word</Application>
  <DocSecurity>8</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2026-10-20T10:20:00Z</cp:lastPrinted>
  <dcterms:created xsi:type="dcterms:W3CDTF">2026-10-20T10:20:00Z</dcterms:created>
  <dcterms:modified xsi:type="dcterms:W3CDTF">2026-10-20T10:39:00Z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