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906850065" w:edGrp="everyone"/>
      <w:r w:rsidRPr="00161078">
        <w:rPr>
          <w:lang w:val="pl-PL"/>
        </w:rPr>
        <w:t xml:space="preserve">............................................................................................... </w:t>
      </w:r>
      <w:permEnd w:id="906850065"/>
      <w:r w:rsidRPr="00161078">
        <w:rPr>
          <w:lang w:val="pl-PL"/>
        </w:rPr>
        <w:t xml:space="preserve"> (nazwa i adres)</w:t>
      </w:r>
    </w:p>
    <w:p w14:paraId="3EAC9A3E" w14:textId="77777777" w:rsidR="001512C8" w:rsidRPr="00161078" w:rsidRDefault="00443F1E">
      <w:pPr>
        <w:rPr>
          <w:lang w:val="pl-PL"/>
        </w:rPr>
      </w:pPr>
      <w:r w:rsidRPr="00161078">
        <w:rPr>
          <w:lang w:val="pl-PL"/>
        </w:rPr>
        <w:t xml:space="preserve">NIP: </w:t>
      </w:r>
      <w:permStart w:id="1344224575" w:edGrp="everyone"/>
      <w:r w:rsidRPr="00161078">
        <w:rPr>
          <w:lang w:val="pl-PL"/>
        </w:rPr>
        <w:t>.............................</w:t>
      </w:r>
      <w:permEnd w:id="1344224575"/>
      <w:r w:rsidRPr="00161078">
        <w:rPr>
          <w:lang w:val="pl-PL"/>
        </w:rPr>
        <w:t xml:space="preserve">   tel.: </w:t>
      </w:r>
      <w:permStart w:id="100955944" w:edGrp="everyone"/>
      <w:r w:rsidRPr="00161078">
        <w:rPr>
          <w:lang w:val="pl-PL"/>
        </w:rPr>
        <w:t>.............................</w:t>
      </w:r>
      <w:permEnd w:id="100955944"/>
      <w:r w:rsidRPr="00161078">
        <w:rPr>
          <w:lang w:val="pl-PL"/>
        </w:rPr>
        <w:t xml:space="preserve">   e-mail</w:t>
      </w:r>
      <w:permStart w:id="701956807" w:edGrp="everyone"/>
      <w:r w:rsidRPr="00161078">
        <w:rPr>
          <w:lang w:val="pl-PL"/>
        </w:rPr>
        <w:t>: .............................</w:t>
      </w:r>
      <w:permEnd w:id="701956807"/>
    </w:p>
    <w:p w14:paraId="7EA6031A" w14:textId="77777777" w:rsidR="001512C8" w:rsidRPr="00161078" w:rsidRDefault="00443F1E">
      <w:pPr>
        <w:rPr>
          <w:lang w:val="pl-PL"/>
        </w:rPr>
      </w:pPr>
      <w:r w:rsidRPr="00161078">
        <w:rPr>
          <w:lang w:val="pl-PL"/>
        </w:rPr>
        <w:t>W nawiązaniu do zapytania ofertowego na sukcesywną dostawę materiałów zużywalnych i odczynników laboratoryjnych – grupa 10,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3532"/>
        <w:gridCol w:w="1701"/>
        <w:gridCol w:w="1577"/>
        <w:gridCol w:w="1260"/>
        <w:gridCol w:w="1250"/>
        <w:gridCol w:w="620"/>
        <w:gridCol w:w="1250"/>
        <w:gridCol w:w="1350"/>
        <w:gridCol w:w="1350"/>
      </w:tblGrid>
      <w:tr w:rsidR="001512C8" w:rsidRPr="00161078" w14:paraId="0C818EE2" w14:textId="77777777" w:rsidTr="007D0616">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3532"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701"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1577"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7D0616">
        <w:trPr>
          <w:jc w:val="center"/>
        </w:trPr>
        <w:tc>
          <w:tcPr>
            <w:tcW w:w="420" w:type="dxa"/>
            <w:vAlign w:val="center"/>
          </w:tcPr>
          <w:p w14:paraId="61531AB0" w14:textId="77777777" w:rsidR="001512C8" w:rsidRPr="00161078" w:rsidRDefault="00443F1E">
            <w:pPr>
              <w:spacing w:before="20" w:after="20"/>
              <w:jc w:val="center"/>
              <w:rPr>
                <w:lang w:val="pl-PL"/>
              </w:rPr>
            </w:pPr>
            <w:permStart w:id="1238652898" w:edGrp="everyone" w:colFirst="5" w:colLast="5"/>
            <w:permStart w:id="225774482" w:edGrp="everyone" w:colFirst="6" w:colLast="6"/>
            <w:permStart w:id="1068595789" w:edGrp="everyone" w:colFirst="7" w:colLast="7"/>
            <w:permStart w:id="43590057" w:edGrp="everyone" w:colFirst="8" w:colLast="8"/>
            <w:permStart w:id="2042914365" w:edGrp="everyone" w:colFirst="9" w:colLast="9"/>
            <w:r w:rsidRPr="00161078">
              <w:rPr>
                <w:sz w:val="16"/>
                <w:lang w:val="pl-PL"/>
              </w:rPr>
              <w:t>1</w:t>
            </w:r>
          </w:p>
        </w:tc>
        <w:tc>
          <w:tcPr>
            <w:tcW w:w="3532" w:type="dxa"/>
            <w:vAlign w:val="center"/>
          </w:tcPr>
          <w:p w14:paraId="4C33C0AE" w14:textId="77777777" w:rsidR="001512C8" w:rsidRPr="002E4AE1" w:rsidRDefault="00443F1E">
            <w:pPr>
              <w:spacing w:before="20" w:after="20"/>
              <w:jc w:val="left"/>
            </w:pPr>
            <w:r w:rsidRPr="002E4AE1">
              <w:rPr>
                <w:sz w:val="16"/>
              </w:rPr>
              <w:t>Wizard(R) SV Genomic DNA Purification System, 250 preps</w:t>
            </w:r>
          </w:p>
        </w:tc>
        <w:tc>
          <w:tcPr>
            <w:tcW w:w="1701" w:type="dxa"/>
            <w:vAlign w:val="center"/>
          </w:tcPr>
          <w:p w14:paraId="7873BEE1" w14:textId="77777777" w:rsidR="001512C8" w:rsidRPr="00161078" w:rsidRDefault="00443F1E">
            <w:pPr>
              <w:spacing w:before="20" w:after="20"/>
              <w:jc w:val="center"/>
              <w:rPr>
                <w:lang w:val="pl-PL"/>
              </w:rPr>
            </w:pPr>
            <w:r w:rsidRPr="00161078">
              <w:rPr>
                <w:sz w:val="16"/>
                <w:lang w:val="pl-PL"/>
              </w:rPr>
              <w:t>250 oznaczeń</w:t>
            </w:r>
          </w:p>
        </w:tc>
        <w:tc>
          <w:tcPr>
            <w:tcW w:w="1577" w:type="dxa"/>
            <w:vAlign w:val="center"/>
          </w:tcPr>
          <w:p w14:paraId="0B6EBE9E"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3</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0DE80E24" w14:textId="77777777" w:rsidTr="007D0616">
        <w:trPr>
          <w:jc w:val="center"/>
        </w:trPr>
        <w:tc>
          <w:tcPr>
            <w:tcW w:w="420" w:type="dxa"/>
            <w:vAlign w:val="center"/>
          </w:tcPr>
          <w:p w14:paraId="1BCBA1F3" w14:textId="77777777" w:rsidR="001512C8" w:rsidRPr="00161078" w:rsidRDefault="00443F1E">
            <w:pPr>
              <w:spacing w:before="20" w:after="20"/>
              <w:jc w:val="center"/>
              <w:rPr>
                <w:lang w:val="pl-PL"/>
              </w:rPr>
            </w:pPr>
            <w:permStart w:id="2144216416" w:edGrp="everyone" w:colFirst="5" w:colLast="5"/>
            <w:permStart w:id="144663158" w:edGrp="everyone" w:colFirst="6" w:colLast="6"/>
            <w:permStart w:id="1936680335" w:edGrp="everyone" w:colFirst="7" w:colLast="7"/>
            <w:permStart w:id="858205070" w:edGrp="everyone" w:colFirst="8" w:colLast="8"/>
            <w:permStart w:id="922952093" w:edGrp="everyone" w:colFirst="9" w:colLast="9"/>
            <w:permEnd w:id="1238652898"/>
            <w:permEnd w:id="225774482"/>
            <w:permEnd w:id="1068595789"/>
            <w:permEnd w:id="43590057"/>
            <w:permEnd w:id="2042914365"/>
            <w:r w:rsidRPr="00161078">
              <w:rPr>
                <w:sz w:val="16"/>
                <w:lang w:val="pl-PL"/>
              </w:rPr>
              <w:t>2</w:t>
            </w:r>
          </w:p>
        </w:tc>
        <w:tc>
          <w:tcPr>
            <w:tcW w:w="3532" w:type="dxa"/>
            <w:vAlign w:val="center"/>
          </w:tcPr>
          <w:p w14:paraId="6E10A8FD" w14:textId="77777777" w:rsidR="001512C8" w:rsidRPr="00161078" w:rsidRDefault="00443F1E">
            <w:pPr>
              <w:spacing w:before="20" w:after="20"/>
              <w:jc w:val="left"/>
              <w:rPr>
                <w:lang w:val="pl-PL"/>
              </w:rPr>
            </w:pPr>
            <w:proofErr w:type="spellStart"/>
            <w:r w:rsidRPr="00161078">
              <w:rPr>
                <w:sz w:val="16"/>
                <w:lang w:val="pl-PL"/>
              </w:rPr>
              <w:t>Fugene</w:t>
            </w:r>
            <w:proofErr w:type="spellEnd"/>
          </w:p>
        </w:tc>
        <w:tc>
          <w:tcPr>
            <w:tcW w:w="1701" w:type="dxa"/>
            <w:vAlign w:val="center"/>
          </w:tcPr>
          <w:p w14:paraId="102FD737" w14:textId="77777777" w:rsidR="001512C8" w:rsidRPr="00161078" w:rsidRDefault="00443F1E">
            <w:pPr>
              <w:spacing w:before="20" w:after="20"/>
              <w:jc w:val="center"/>
              <w:rPr>
                <w:lang w:val="pl-PL"/>
              </w:rPr>
            </w:pPr>
            <w:r w:rsidRPr="00161078">
              <w:rPr>
                <w:sz w:val="16"/>
                <w:lang w:val="pl-PL"/>
              </w:rPr>
              <w:t>1ml</w:t>
            </w:r>
          </w:p>
        </w:tc>
        <w:tc>
          <w:tcPr>
            <w:tcW w:w="1577" w:type="dxa"/>
            <w:vAlign w:val="center"/>
          </w:tcPr>
          <w:p w14:paraId="166022A3"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011D8FE6" w14:textId="77777777" w:rsidR="001512C8" w:rsidRPr="00161078" w:rsidRDefault="00056A14">
            <w:pPr>
              <w:spacing w:before="20" w:after="20"/>
              <w:jc w:val="center"/>
              <w:rPr>
                <w:lang w:val="pl-PL"/>
              </w:rPr>
            </w:pPr>
            <w:r>
              <w:rPr>
                <w:sz w:val="16"/>
                <w:lang w:val="pl-PL"/>
              </w:rPr>
              <w:t>2</w:t>
            </w:r>
          </w:p>
        </w:tc>
        <w:tc>
          <w:tcPr>
            <w:tcW w:w="1250" w:type="dxa"/>
            <w:vAlign w:val="center"/>
          </w:tcPr>
          <w:p w14:paraId="6626255F" w14:textId="77777777" w:rsidR="001512C8" w:rsidRPr="00161078" w:rsidRDefault="001512C8">
            <w:pPr>
              <w:spacing w:before="20" w:after="20"/>
              <w:jc w:val="center"/>
              <w:rPr>
                <w:lang w:val="pl-PL"/>
              </w:rPr>
            </w:pPr>
          </w:p>
        </w:tc>
        <w:tc>
          <w:tcPr>
            <w:tcW w:w="620" w:type="dxa"/>
            <w:vAlign w:val="center"/>
          </w:tcPr>
          <w:p w14:paraId="60749DE7" w14:textId="77777777" w:rsidR="001512C8" w:rsidRPr="00161078" w:rsidRDefault="001512C8">
            <w:pPr>
              <w:spacing w:before="20" w:after="20"/>
              <w:jc w:val="center"/>
              <w:rPr>
                <w:lang w:val="pl-PL"/>
              </w:rPr>
            </w:pPr>
          </w:p>
        </w:tc>
        <w:tc>
          <w:tcPr>
            <w:tcW w:w="1250" w:type="dxa"/>
            <w:vAlign w:val="center"/>
          </w:tcPr>
          <w:p w14:paraId="74DA9DE7" w14:textId="77777777" w:rsidR="001512C8" w:rsidRPr="00161078" w:rsidRDefault="001512C8">
            <w:pPr>
              <w:spacing w:before="20" w:after="20"/>
              <w:jc w:val="center"/>
              <w:rPr>
                <w:lang w:val="pl-PL"/>
              </w:rPr>
            </w:pPr>
          </w:p>
        </w:tc>
        <w:tc>
          <w:tcPr>
            <w:tcW w:w="1350" w:type="dxa"/>
            <w:vAlign w:val="center"/>
          </w:tcPr>
          <w:p w14:paraId="01E891D8" w14:textId="77777777" w:rsidR="001512C8" w:rsidRPr="00161078" w:rsidRDefault="001512C8">
            <w:pPr>
              <w:spacing w:before="20" w:after="20"/>
              <w:jc w:val="center"/>
              <w:rPr>
                <w:lang w:val="pl-PL"/>
              </w:rPr>
            </w:pPr>
          </w:p>
        </w:tc>
        <w:tc>
          <w:tcPr>
            <w:tcW w:w="1350" w:type="dxa"/>
            <w:vAlign w:val="center"/>
          </w:tcPr>
          <w:p w14:paraId="522FC6BC" w14:textId="77777777" w:rsidR="001512C8" w:rsidRPr="00161078" w:rsidRDefault="001512C8">
            <w:pPr>
              <w:spacing w:before="20" w:after="20"/>
              <w:jc w:val="center"/>
              <w:rPr>
                <w:lang w:val="pl-PL"/>
              </w:rPr>
            </w:pPr>
          </w:p>
        </w:tc>
      </w:tr>
      <w:tr w:rsidR="001512C8" w:rsidRPr="00161078" w14:paraId="55BC12C1" w14:textId="77777777" w:rsidTr="007D0616">
        <w:trPr>
          <w:jc w:val="center"/>
        </w:trPr>
        <w:tc>
          <w:tcPr>
            <w:tcW w:w="420" w:type="dxa"/>
            <w:vAlign w:val="center"/>
          </w:tcPr>
          <w:p w14:paraId="1A733E84" w14:textId="77777777" w:rsidR="001512C8" w:rsidRPr="00161078" w:rsidRDefault="00443F1E">
            <w:pPr>
              <w:spacing w:before="20" w:after="20"/>
              <w:jc w:val="center"/>
              <w:rPr>
                <w:lang w:val="pl-PL"/>
              </w:rPr>
            </w:pPr>
            <w:permStart w:id="1400975218" w:edGrp="everyone" w:colFirst="5" w:colLast="5"/>
            <w:permStart w:id="1166618645" w:edGrp="everyone" w:colFirst="6" w:colLast="6"/>
            <w:permStart w:id="1963937566" w:edGrp="everyone" w:colFirst="7" w:colLast="7"/>
            <w:permStart w:id="2093776663" w:edGrp="everyone" w:colFirst="8" w:colLast="8"/>
            <w:permStart w:id="999128217" w:edGrp="everyone" w:colFirst="9" w:colLast="9"/>
            <w:permEnd w:id="2144216416"/>
            <w:permEnd w:id="144663158"/>
            <w:permEnd w:id="1936680335"/>
            <w:permEnd w:id="858205070"/>
            <w:permEnd w:id="922952093"/>
            <w:r w:rsidRPr="00161078">
              <w:rPr>
                <w:sz w:val="16"/>
                <w:lang w:val="pl-PL"/>
              </w:rPr>
              <w:t>3</w:t>
            </w:r>
          </w:p>
        </w:tc>
        <w:tc>
          <w:tcPr>
            <w:tcW w:w="3532" w:type="dxa"/>
            <w:vAlign w:val="center"/>
          </w:tcPr>
          <w:p w14:paraId="523213B6" w14:textId="77777777" w:rsidR="001512C8" w:rsidRPr="002E4AE1" w:rsidRDefault="00443F1E">
            <w:pPr>
              <w:spacing w:before="20" w:after="20"/>
              <w:jc w:val="left"/>
            </w:pPr>
            <w:proofErr w:type="spellStart"/>
            <w:r w:rsidRPr="002E4AE1">
              <w:rPr>
                <w:sz w:val="16"/>
              </w:rPr>
              <w:t>VivoGlo</w:t>
            </w:r>
            <w:proofErr w:type="spellEnd"/>
            <w:r w:rsidRPr="002E4AE1">
              <w:rPr>
                <w:sz w:val="16"/>
              </w:rPr>
              <w:t>™ Luciferin, In Vivo Grade</w:t>
            </w:r>
          </w:p>
        </w:tc>
        <w:tc>
          <w:tcPr>
            <w:tcW w:w="1701" w:type="dxa"/>
            <w:vAlign w:val="center"/>
          </w:tcPr>
          <w:p w14:paraId="662B0B13" w14:textId="77777777" w:rsidR="001512C8" w:rsidRPr="00161078" w:rsidRDefault="00443F1E">
            <w:pPr>
              <w:spacing w:before="20" w:after="20"/>
              <w:jc w:val="center"/>
              <w:rPr>
                <w:lang w:val="pl-PL"/>
              </w:rPr>
            </w:pPr>
            <w:r w:rsidRPr="00161078">
              <w:rPr>
                <w:sz w:val="16"/>
                <w:lang w:val="pl-PL"/>
              </w:rPr>
              <w:t>50mg</w:t>
            </w:r>
          </w:p>
        </w:tc>
        <w:tc>
          <w:tcPr>
            <w:tcW w:w="1577" w:type="dxa"/>
            <w:vAlign w:val="center"/>
          </w:tcPr>
          <w:p w14:paraId="1C54CF91"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7CABA438" w14:textId="77777777" w:rsidR="001512C8" w:rsidRPr="00161078" w:rsidRDefault="00056A14">
            <w:pPr>
              <w:spacing w:before="20" w:after="20"/>
              <w:jc w:val="center"/>
              <w:rPr>
                <w:lang w:val="pl-PL"/>
              </w:rPr>
            </w:pPr>
            <w:r>
              <w:rPr>
                <w:sz w:val="16"/>
                <w:lang w:val="pl-PL"/>
              </w:rPr>
              <w:t>7</w:t>
            </w:r>
          </w:p>
        </w:tc>
        <w:tc>
          <w:tcPr>
            <w:tcW w:w="1250" w:type="dxa"/>
            <w:vAlign w:val="center"/>
          </w:tcPr>
          <w:p w14:paraId="5FC80189" w14:textId="77777777" w:rsidR="001512C8" w:rsidRPr="00161078" w:rsidRDefault="001512C8">
            <w:pPr>
              <w:spacing w:before="20" w:after="20"/>
              <w:jc w:val="center"/>
              <w:rPr>
                <w:lang w:val="pl-PL"/>
              </w:rPr>
            </w:pPr>
          </w:p>
        </w:tc>
        <w:tc>
          <w:tcPr>
            <w:tcW w:w="620" w:type="dxa"/>
            <w:vAlign w:val="center"/>
          </w:tcPr>
          <w:p w14:paraId="16EFD517" w14:textId="77777777" w:rsidR="001512C8" w:rsidRPr="00161078" w:rsidRDefault="001512C8">
            <w:pPr>
              <w:spacing w:before="20" w:after="20"/>
              <w:jc w:val="center"/>
              <w:rPr>
                <w:lang w:val="pl-PL"/>
              </w:rPr>
            </w:pPr>
          </w:p>
        </w:tc>
        <w:tc>
          <w:tcPr>
            <w:tcW w:w="1250" w:type="dxa"/>
            <w:vAlign w:val="center"/>
          </w:tcPr>
          <w:p w14:paraId="09CE918D" w14:textId="77777777" w:rsidR="001512C8" w:rsidRPr="00161078" w:rsidRDefault="001512C8">
            <w:pPr>
              <w:spacing w:before="20" w:after="20"/>
              <w:jc w:val="center"/>
              <w:rPr>
                <w:lang w:val="pl-PL"/>
              </w:rPr>
            </w:pPr>
          </w:p>
        </w:tc>
        <w:tc>
          <w:tcPr>
            <w:tcW w:w="1350" w:type="dxa"/>
            <w:vAlign w:val="center"/>
          </w:tcPr>
          <w:p w14:paraId="54B2788E" w14:textId="77777777" w:rsidR="001512C8" w:rsidRPr="00161078" w:rsidRDefault="001512C8">
            <w:pPr>
              <w:spacing w:before="20" w:after="20"/>
              <w:jc w:val="center"/>
              <w:rPr>
                <w:lang w:val="pl-PL"/>
              </w:rPr>
            </w:pPr>
          </w:p>
        </w:tc>
        <w:tc>
          <w:tcPr>
            <w:tcW w:w="1350" w:type="dxa"/>
            <w:vAlign w:val="center"/>
          </w:tcPr>
          <w:p w14:paraId="5DC7D17A" w14:textId="77777777" w:rsidR="001512C8" w:rsidRPr="00161078" w:rsidRDefault="001512C8">
            <w:pPr>
              <w:spacing w:before="20" w:after="20"/>
              <w:jc w:val="center"/>
              <w:rPr>
                <w:lang w:val="pl-PL"/>
              </w:rPr>
            </w:pPr>
          </w:p>
        </w:tc>
      </w:tr>
      <w:tr w:rsidR="001512C8" w:rsidRPr="00161078" w14:paraId="6044CEDC" w14:textId="77777777" w:rsidTr="007D0616">
        <w:trPr>
          <w:jc w:val="center"/>
        </w:trPr>
        <w:tc>
          <w:tcPr>
            <w:tcW w:w="420" w:type="dxa"/>
            <w:vAlign w:val="center"/>
          </w:tcPr>
          <w:p w14:paraId="2B28635C" w14:textId="77777777" w:rsidR="001512C8" w:rsidRPr="00161078" w:rsidRDefault="00443F1E">
            <w:pPr>
              <w:spacing w:before="20" w:after="20"/>
              <w:jc w:val="center"/>
              <w:rPr>
                <w:lang w:val="pl-PL"/>
              </w:rPr>
            </w:pPr>
            <w:permStart w:id="627198247" w:edGrp="everyone" w:colFirst="5" w:colLast="5"/>
            <w:permStart w:id="1333551055" w:edGrp="everyone" w:colFirst="6" w:colLast="6"/>
            <w:permStart w:id="1060768706" w:edGrp="everyone" w:colFirst="7" w:colLast="7"/>
            <w:permStart w:id="353915165" w:edGrp="everyone" w:colFirst="8" w:colLast="8"/>
            <w:permStart w:id="2009228210" w:edGrp="everyone" w:colFirst="9" w:colLast="9"/>
            <w:permEnd w:id="1400975218"/>
            <w:permEnd w:id="1166618645"/>
            <w:permEnd w:id="1963937566"/>
            <w:permEnd w:id="2093776663"/>
            <w:permEnd w:id="999128217"/>
            <w:r w:rsidRPr="00161078">
              <w:rPr>
                <w:sz w:val="16"/>
                <w:lang w:val="pl-PL"/>
              </w:rPr>
              <w:t>4</w:t>
            </w:r>
          </w:p>
        </w:tc>
        <w:tc>
          <w:tcPr>
            <w:tcW w:w="3532" w:type="dxa"/>
            <w:vAlign w:val="center"/>
          </w:tcPr>
          <w:p w14:paraId="477893D1" w14:textId="77777777" w:rsidR="001512C8" w:rsidRPr="002E4AE1" w:rsidRDefault="00443F1E">
            <w:pPr>
              <w:spacing w:before="20" w:after="20"/>
              <w:jc w:val="left"/>
            </w:pPr>
            <w:proofErr w:type="spellStart"/>
            <w:r w:rsidRPr="002E4AE1">
              <w:rPr>
                <w:sz w:val="16"/>
              </w:rPr>
              <w:t>Lumit</w:t>
            </w:r>
            <w:proofErr w:type="spellEnd"/>
            <w:r w:rsidRPr="002E4AE1">
              <w:rPr>
                <w:sz w:val="16"/>
              </w:rPr>
              <w:t>® IFN-</w:t>
            </w:r>
            <w:r w:rsidRPr="00161078">
              <w:rPr>
                <w:sz w:val="16"/>
                <w:lang w:val="pl-PL"/>
              </w:rPr>
              <w:t>γ</w:t>
            </w:r>
            <w:r w:rsidRPr="002E4AE1">
              <w:rPr>
                <w:sz w:val="16"/>
              </w:rPr>
              <w:t xml:space="preserve"> (Human) Immunoassay</w:t>
            </w:r>
          </w:p>
        </w:tc>
        <w:tc>
          <w:tcPr>
            <w:tcW w:w="1701" w:type="dxa"/>
            <w:vAlign w:val="center"/>
          </w:tcPr>
          <w:p w14:paraId="77CB9921" w14:textId="77777777" w:rsidR="001512C8" w:rsidRPr="00161078" w:rsidRDefault="00443F1E">
            <w:pPr>
              <w:spacing w:before="20" w:after="20"/>
              <w:jc w:val="center"/>
              <w:rPr>
                <w:lang w:val="pl-PL"/>
              </w:rPr>
            </w:pPr>
            <w:r w:rsidRPr="00161078">
              <w:rPr>
                <w:sz w:val="16"/>
                <w:lang w:val="pl-PL"/>
              </w:rPr>
              <w:t xml:space="preserve">1000 </w:t>
            </w:r>
            <w:proofErr w:type="spellStart"/>
            <w:r w:rsidRPr="00161078">
              <w:rPr>
                <w:sz w:val="16"/>
                <w:lang w:val="pl-PL"/>
              </w:rPr>
              <w:t>assays</w:t>
            </w:r>
            <w:proofErr w:type="spellEnd"/>
          </w:p>
        </w:tc>
        <w:tc>
          <w:tcPr>
            <w:tcW w:w="1577" w:type="dxa"/>
            <w:vAlign w:val="center"/>
          </w:tcPr>
          <w:p w14:paraId="58BE8FE2"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21A2A58C" w14:textId="77777777" w:rsidR="001512C8" w:rsidRPr="00161078" w:rsidRDefault="00056A14">
            <w:pPr>
              <w:spacing w:before="20" w:after="20"/>
              <w:jc w:val="center"/>
              <w:rPr>
                <w:lang w:val="pl-PL"/>
              </w:rPr>
            </w:pPr>
            <w:r>
              <w:rPr>
                <w:sz w:val="16"/>
                <w:lang w:val="pl-PL"/>
              </w:rPr>
              <w:t>5</w:t>
            </w:r>
          </w:p>
        </w:tc>
        <w:tc>
          <w:tcPr>
            <w:tcW w:w="1250" w:type="dxa"/>
            <w:vAlign w:val="center"/>
          </w:tcPr>
          <w:p w14:paraId="77B5BA88" w14:textId="77777777" w:rsidR="001512C8" w:rsidRPr="00161078" w:rsidRDefault="001512C8">
            <w:pPr>
              <w:spacing w:before="20" w:after="20"/>
              <w:jc w:val="center"/>
              <w:rPr>
                <w:lang w:val="pl-PL"/>
              </w:rPr>
            </w:pPr>
          </w:p>
        </w:tc>
        <w:tc>
          <w:tcPr>
            <w:tcW w:w="620" w:type="dxa"/>
            <w:vAlign w:val="center"/>
          </w:tcPr>
          <w:p w14:paraId="11C1E8F9" w14:textId="77777777" w:rsidR="001512C8" w:rsidRPr="00161078" w:rsidRDefault="001512C8">
            <w:pPr>
              <w:spacing w:before="20" w:after="20"/>
              <w:jc w:val="center"/>
              <w:rPr>
                <w:lang w:val="pl-PL"/>
              </w:rPr>
            </w:pPr>
          </w:p>
        </w:tc>
        <w:tc>
          <w:tcPr>
            <w:tcW w:w="1250" w:type="dxa"/>
            <w:vAlign w:val="center"/>
          </w:tcPr>
          <w:p w14:paraId="57134BC8" w14:textId="77777777" w:rsidR="001512C8" w:rsidRPr="00161078" w:rsidRDefault="001512C8">
            <w:pPr>
              <w:spacing w:before="20" w:after="20"/>
              <w:jc w:val="center"/>
              <w:rPr>
                <w:lang w:val="pl-PL"/>
              </w:rPr>
            </w:pPr>
          </w:p>
        </w:tc>
        <w:tc>
          <w:tcPr>
            <w:tcW w:w="1350" w:type="dxa"/>
            <w:vAlign w:val="center"/>
          </w:tcPr>
          <w:p w14:paraId="1A4F21C2" w14:textId="77777777" w:rsidR="001512C8" w:rsidRPr="00161078" w:rsidRDefault="001512C8">
            <w:pPr>
              <w:spacing w:before="20" w:after="20"/>
              <w:jc w:val="center"/>
              <w:rPr>
                <w:lang w:val="pl-PL"/>
              </w:rPr>
            </w:pPr>
          </w:p>
        </w:tc>
        <w:tc>
          <w:tcPr>
            <w:tcW w:w="1350" w:type="dxa"/>
            <w:vAlign w:val="center"/>
          </w:tcPr>
          <w:p w14:paraId="68CECABE" w14:textId="77777777" w:rsidR="001512C8" w:rsidRPr="00161078" w:rsidRDefault="001512C8">
            <w:pPr>
              <w:spacing w:before="20" w:after="20"/>
              <w:jc w:val="center"/>
              <w:rPr>
                <w:lang w:val="pl-PL"/>
              </w:rPr>
            </w:pPr>
          </w:p>
        </w:tc>
      </w:tr>
      <w:tr w:rsidR="001512C8" w:rsidRPr="00161078" w14:paraId="67858762" w14:textId="77777777" w:rsidTr="007D0616">
        <w:trPr>
          <w:jc w:val="center"/>
        </w:trPr>
        <w:tc>
          <w:tcPr>
            <w:tcW w:w="420" w:type="dxa"/>
            <w:vAlign w:val="center"/>
          </w:tcPr>
          <w:p w14:paraId="4AC0C715" w14:textId="77777777" w:rsidR="001512C8" w:rsidRPr="00161078" w:rsidRDefault="00443F1E">
            <w:pPr>
              <w:spacing w:before="20" w:after="20"/>
              <w:jc w:val="center"/>
              <w:rPr>
                <w:lang w:val="pl-PL"/>
              </w:rPr>
            </w:pPr>
            <w:permStart w:id="1676092100" w:edGrp="everyone" w:colFirst="5" w:colLast="5"/>
            <w:permStart w:id="1671061923" w:edGrp="everyone" w:colFirst="6" w:colLast="6"/>
            <w:permStart w:id="1117479700" w:edGrp="everyone" w:colFirst="7" w:colLast="7"/>
            <w:permStart w:id="829586114" w:edGrp="everyone" w:colFirst="8" w:colLast="8"/>
            <w:permStart w:id="398921245" w:edGrp="everyone" w:colFirst="9" w:colLast="9"/>
            <w:permEnd w:id="627198247"/>
            <w:permEnd w:id="1333551055"/>
            <w:permEnd w:id="1060768706"/>
            <w:permEnd w:id="353915165"/>
            <w:permEnd w:id="2009228210"/>
            <w:r w:rsidRPr="00161078">
              <w:rPr>
                <w:sz w:val="16"/>
                <w:lang w:val="pl-PL"/>
              </w:rPr>
              <w:t>5</w:t>
            </w:r>
          </w:p>
        </w:tc>
        <w:tc>
          <w:tcPr>
            <w:tcW w:w="3532" w:type="dxa"/>
            <w:vAlign w:val="center"/>
          </w:tcPr>
          <w:p w14:paraId="60A23F74" w14:textId="77777777" w:rsidR="001512C8" w:rsidRPr="00161078" w:rsidRDefault="00443F1E">
            <w:pPr>
              <w:spacing w:before="20" w:after="20"/>
              <w:jc w:val="left"/>
              <w:rPr>
                <w:lang w:val="pl-PL"/>
              </w:rPr>
            </w:pPr>
            <w:proofErr w:type="spellStart"/>
            <w:r w:rsidRPr="00161078">
              <w:rPr>
                <w:sz w:val="16"/>
                <w:lang w:val="pl-PL"/>
              </w:rPr>
              <w:t>Lumit</w:t>
            </w:r>
            <w:proofErr w:type="spellEnd"/>
            <w:r w:rsidRPr="00161078">
              <w:rPr>
                <w:sz w:val="16"/>
                <w:lang w:val="pl-PL"/>
              </w:rPr>
              <w:t xml:space="preserve">® IL-2 (Human) </w:t>
            </w:r>
            <w:proofErr w:type="spellStart"/>
            <w:r w:rsidRPr="00161078">
              <w:rPr>
                <w:sz w:val="16"/>
                <w:lang w:val="pl-PL"/>
              </w:rPr>
              <w:t>Immunoassay</w:t>
            </w:r>
            <w:proofErr w:type="spellEnd"/>
          </w:p>
        </w:tc>
        <w:tc>
          <w:tcPr>
            <w:tcW w:w="1701" w:type="dxa"/>
            <w:vAlign w:val="center"/>
          </w:tcPr>
          <w:p w14:paraId="4B692247" w14:textId="77777777" w:rsidR="001512C8" w:rsidRPr="00161078" w:rsidRDefault="00443F1E">
            <w:pPr>
              <w:spacing w:before="20" w:after="20"/>
              <w:jc w:val="center"/>
              <w:rPr>
                <w:lang w:val="pl-PL"/>
              </w:rPr>
            </w:pPr>
            <w:r w:rsidRPr="00161078">
              <w:rPr>
                <w:sz w:val="16"/>
                <w:lang w:val="pl-PL"/>
              </w:rPr>
              <w:t xml:space="preserve">1000 </w:t>
            </w:r>
            <w:proofErr w:type="spellStart"/>
            <w:r w:rsidRPr="00161078">
              <w:rPr>
                <w:sz w:val="16"/>
                <w:lang w:val="pl-PL"/>
              </w:rPr>
              <w:t>assays</w:t>
            </w:r>
            <w:proofErr w:type="spellEnd"/>
          </w:p>
        </w:tc>
        <w:tc>
          <w:tcPr>
            <w:tcW w:w="1577" w:type="dxa"/>
            <w:vAlign w:val="center"/>
          </w:tcPr>
          <w:p w14:paraId="1B54CF2B"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1F9C6224" w14:textId="77777777" w:rsidR="001512C8" w:rsidRPr="00161078" w:rsidRDefault="00056A14">
            <w:pPr>
              <w:spacing w:before="20" w:after="20"/>
              <w:jc w:val="center"/>
              <w:rPr>
                <w:lang w:val="pl-PL"/>
              </w:rPr>
            </w:pPr>
            <w:r>
              <w:rPr>
                <w:sz w:val="16"/>
                <w:lang w:val="pl-PL"/>
              </w:rPr>
              <w:t>5</w:t>
            </w:r>
          </w:p>
        </w:tc>
        <w:tc>
          <w:tcPr>
            <w:tcW w:w="1250" w:type="dxa"/>
            <w:vAlign w:val="center"/>
          </w:tcPr>
          <w:p w14:paraId="4D6DB76C" w14:textId="77777777" w:rsidR="001512C8" w:rsidRPr="00161078" w:rsidRDefault="001512C8">
            <w:pPr>
              <w:spacing w:before="20" w:after="20"/>
              <w:jc w:val="center"/>
              <w:rPr>
                <w:lang w:val="pl-PL"/>
              </w:rPr>
            </w:pPr>
          </w:p>
        </w:tc>
        <w:tc>
          <w:tcPr>
            <w:tcW w:w="620" w:type="dxa"/>
            <w:vAlign w:val="center"/>
          </w:tcPr>
          <w:p w14:paraId="05229ADB" w14:textId="77777777" w:rsidR="001512C8" w:rsidRPr="00161078" w:rsidRDefault="001512C8">
            <w:pPr>
              <w:spacing w:before="20" w:after="20"/>
              <w:jc w:val="center"/>
              <w:rPr>
                <w:lang w:val="pl-PL"/>
              </w:rPr>
            </w:pPr>
          </w:p>
        </w:tc>
        <w:tc>
          <w:tcPr>
            <w:tcW w:w="1250" w:type="dxa"/>
            <w:vAlign w:val="center"/>
          </w:tcPr>
          <w:p w14:paraId="1B9B7743" w14:textId="77777777" w:rsidR="001512C8" w:rsidRPr="00161078" w:rsidRDefault="001512C8">
            <w:pPr>
              <w:spacing w:before="20" w:after="20"/>
              <w:jc w:val="center"/>
              <w:rPr>
                <w:lang w:val="pl-PL"/>
              </w:rPr>
            </w:pPr>
          </w:p>
        </w:tc>
        <w:tc>
          <w:tcPr>
            <w:tcW w:w="1350" w:type="dxa"/>
            <w:vAlign w:val="center"/>
          </w:tcPr>
          <w:p w14:paraId="363B058E" w14:textId="77777777" w:rsidR="001512C8" w:rsidRPr="00161078" w:rsidRDefault="001512C8">
            <w:pPr>
              <w:spacing w:before="20" w:after="20"/>
              <w:jc w:val="center"/>
              <w:rPr>
                <w:lang w:val="pl-PL"/>
              </w:rPr>
            </w:pPr>
          </w:p>
        </w:tc>
        <w:tc>
          <w:tcPr>
            <w:tcW w:w="1350" w:type="dxa"/>
            <w:vAlign w:val="center"/>
          </w:tcPr>
          <w:p w14:paraId="1150E59E" w14:textId="77777777" w:rsidR="001512C8" w:rsidRPr="00161078" w:rsidRDefault="001512C8">
            <w:pPr>
              <w:spacing w:before="20" w:after="20"/>
              <w:jc w:val="center"/>
              <w:rPr>
                <w:lang w:val="pl-PL"/>
              </w:rPr>
            </w:pPr>
          </w:p>
        </w:tc>
      </w:tr>
      <w:tr w:rsidR="001512C8" w:rsidRPr="00161078" w14:paraId="7BDF9631" w14:textId="77777777" w:rsidTr="007D0616">
        <w:trPr>
          <w:jc w:val="center"/>
        </w:trPr>
        <w:tc>
          <w:tcPr>
            <w:tcW w:w="420" w:type="dxa"/>
            <w:vAlign w:val="center"/>
          </w:tcPr>
          <w:p w14:paraId="08A7A228" w14:textId="77777777" w:rsidR="001512C8" w:rsidRPr="00161078" w:rsidRDefault="00443F1E">
            <w:pPr>
              <w:spacing w:before="20" w:after="20"/>
              <w:jc w:val="center"/>
              <w:rPr>
                <w:lang w:val="pl-PL"/>
              </w:rPr>
            </w:pPr>
            <w:permStart w:id="1967215404" w:edGrp="everyone" w:colFirst="5" w:colLast="5"/>
            <w:permStart w:id="901973733" w:edGrp="everyone" w:colFirst="6" w:colLast="6"/>
            <w:permStart w:id="1362181666" w:edGrp="everyone" w:colFirst="7" w:colLast="7"/>
            <w:permStart w:id="2087787921" w:edGrp="everyone" w:colFirst="8" w:colLast="8"/>
            <w:permStart w:id="730481215" w:edGrp="everyone" w:colFirst="9" w:colLast="9"/>
            <w:permEnd w:id="1676092100"/>
            <w:permEnd w:id="1671061923"/>
            <w:permEnd w:id="1117479700"/>
            <w:permEnd w:id="829586114"/>
            <w:permEnd w:id="398921245"/>
            <w:r w:rsidRPr="00161078">
              <w:rPr>
                <w:sz w:val="16"/>
                <w:lang w:val="pl-PL"/>
              </w:rPr>
              <w:t>6</w:t>
            </w:r>
          </w:p>
        </w:tc>
        <w:tc>
          <w:tcPr>
            <w:tcW w:w="3532" w:type="dxa"/>
            <w:vAlign w:val="center"/>
          </w:tcPr>
          <w:p w14:paraId="22048D0F" w14:textId="77777777" w:rsidR="001512C8" w:rsidRPr="002E4AE1" w:rsidRDefault="00443F1E">
            <w:pPr>
              <w:spacing w:before="20" w:after="20"/>
              <w:jc w:val="left"/>
            </w:pPr>
            <w:proofErr w:type="spellStart"/>
            <w:r w:rsidRPr="002E4AE1">
              <w:rPr>
                <w:sz w:val="16"/>
              </w:rPr>
              <w:t>CellTiter</w:t>
            </w:r>
            <w:proofErr w:type="spellEnd"/>
            <w:r w:rsidRPr="002E4AE1">
              <w:rPr>
                <w:sz w:val="16"/>
              </w:rPr>
              <w:t xml:space="preserve"> 96® </w:t>
            </w:r>
            <w:proofErr w:type="spellStart"/>
            <w:r w:rsidRPr="002E4AE1">
              <w:rPr>
                <w:sz w:val="16"/>
              </w:rPr>
              <w:t>AQueous</w:t>
            </w:r>
            <w:proofErr w:type="spellEnd"/>
            <w:r w:rsidRPr="002E4AE1">
              <w:rPr>
                <w:sz w:val="16"/>
              </w:rPr>
              <w:t xml:space="preserve"> One Solution Cell Proliferation Assay (MTS)</w:t>
            </w:r>
          </w:p>
        </w:tc>
        <w:tc>
          <w:tcPr>
            <w:tcW w:w="1701" w:type="dxa"/>
            <w:vAlign w:val="center"/>
          </w:tcPr>
          <w:p w14:paraId="23A43897" w14:textId="77777777" w:rsidR="001512C8" w:rsidRPr="00161078" w:rsidRDefault="00443F1E">
            <w:pPr>
              <w:spacing w:before="20" w:after="20"/>
              <w:jc w:val="center"/>
              <w:rPr>
                <w:lang w:val="pl-PL"/>
              </w:rPr>
            </w:pPr>
            <w:r w:rsidRPr="00161078">
              <w:rPr>
                <w:sz w:val="16"/>
                <w:lang w:val="pl-PL"/>
              </w:rPr>
              <w:t xml:space="preserve">1000 </w:t>
            </w:r>
            <w:proofErr w:type="spellStart"/>
            <w:r w:rsidRPr="00161078">
              <w:rPr>
                <w:sz w:val="16"/>
                <w:lang w:val="pl-PL"/>
              </w:rPr>
              <w:t>Assays</w:t>
            </w:r>
            <w:proofErr w:type="spellEnd"/>
          </w:p>
        </w:tc>
        <w:tc>
          <w:tcPr>
            <w:tcW w:w="1577" w:type="dxa"/>
            <w:vAlign w:val="center"/>
          </w:tcPr>
          <w:p w14:paraId="6E1BBEE9" w14:textId="77777777" w:rsidR="001512C8" w:rsidRPr="00161078" w:rsidRDefault="00443F1E">
            <w:pPr>
              <w:spacing w:before="20" w:after="20"/>
              <w:jc w:val="center"/>
              <w:rPr>
                <w:lang w:val="pl-PL"/>
              </w:rPr>
            </w:pPr>
            <w:r w:rsidRPr="00161078">
              <w:rPr>
                <w:sz w:val="16"/>
                <w:lang w:val="pl-PL"/>
              </w:rPr>
              <w:t>opakowanie</w:t>
            </w:r>
          </w:p>
        </w:tc>
        <w:tc>
          <w:tcPr>
            <w:tcW w:w="1260" w:type="dxa"/>
            <w:vAlign w:val="center"/>
          </w:tcPr>
          <w:p w14:paraId="3977EA7B" w14:textId="77777777" w:rsidR="001512C8" w:rsidRPr="00161078" w:rsidRDefault="00056A14">
            <w:pPr>
              <w:spacing w:before="20" w:after="20"/>
              <w:jc w:val="center"/>
              <w:rPr>
                <w:lang w:val="pl-PL"/>
              </w:rPr>
            </w:pPr>
            <w:r>
              <w:rPr>
                <w:sz w:val="16"/>
                <w:lang w:val="pl-PL"/>
              </w:rPr>
              <w:t>1</w:t>
            </w:r>
          </w:p>
        </w:tc>
        <w:tc>
          <w:tcPr>
            <w:tcW w:w="1250" w:type="dxa"/>
            <w:vAlign w:val="center"/>
          </w:tcPr>
          <w:p w14:paraId="486B31A5" w14:textId="77777777" w:rsidR="001512C8" w:rsidRPr="00161078" w:rsidRDefault="001512C8">
            <w:pPr>
              <w:spacing w:before="20" w:after="20"/>
              <w:jc w:val="center"/>
              <w:rPr>
                <w:lang w:val="pl-PL"/>
              </w:rPr>
            </w:pPr>
          </w:p>
        </w:tc>
        <w:tc>
          <w:tcPr>
            <w:tcW w:w="620" w:type="dxa"/>
            <w:vAlign w:val="center"/>
          </w:tcPr>
          <w:p w14:paraId="535C7349" w14:textId="77777777" w:rsidR="001512C8" w:rsidRPr="00161078" w:rsidRDefault="001512C8">
            <w:pPr>
              <w:spacing w:before="20" w:after="20"/>
              <w:jc w:val="center"/>
              <w:rPr>
                <w:lang w:val="pl-PL"/>
              </w:rPr>
            </w:pPr>
          </w:p>
        </w:tc>
        <w:tc>
          <w:tcPr>
            <w:tcW w:w="1250" w:type="dxa"/>
            <w:vAlign w:val="center"/>
          </w:tcPr>
          <w:p w14:paraId="1CBFAA63" w14:textId="77777777" w:rsidR="001512C8" w:rsidRPr="00161078" w:rsidRDefault="001512C8">
            <w:pPr>
              <w:spacing w:before="20" w:after="20"/>
              <w:jc w:val="center"/>
              <w:rPr>
                <w:lang w:val="pl-PL"/>
              </w:rPr>
            </w:pPr>
          </w:p>
        </w:tc>
        <w:tc>
          <w:tcPr>
            <w:tcW w:w="1350" w:type="dxa"/>
            <w:vAlign w:val="center"/>
          </w:tcPr>
          <w:p w14:paraId="7FF85CE5" w14:textId="77777777" w:rsidR="001512C8" w:rsidRPr="00161078" w:rsidRDefault="001512C8">
            <w:pPr>
              <w:spacing w:before="20" w:after="20"/>
              <w:jc w:val="center"/>
              <w:rPr>
                <w:lang w:val="pl-PL"/>
              </w:rPr>
            </w:pPr>
          </w:p>
        </w:tc>
        <w:tc>
          <w:tcPr>
            <w:tcW w:w="1350" w:type="dxa"/>
            <w:vAlign w:val="center"/>
          </w:tcPr>
          <w:p w14:paraId="7610C196"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1470370141" w:edGrp="everyone" w:colFirst="1" w:colLast="1"/>
            <w:permStart w:id="568486599" w:edGrp="everyone" w:colFirst="2" w:colLast="2"/>
            <w:permEnd w:id="1967215404"/>
            <w:permEnd w:id="901973733"/>
            <w:permEnd w:id="1362181666"/>
            <w:permEnd w:id="2087787921"/>
            <w:permEnd w:id="730481215"/>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1470370141"/>
      <w:permEnd w:id="568486599"/>
    </w:tbl>
    <w:p w14:paraId="64DA07F9" w14:textId="77777777" w:rsidR="001512C8" w:rsidRPr="00161078" w:rsidRDefault="001512C8">
      <w:pPr>
        <w:spacing w:after="40"/>
        <w:rPr>
          <w:lang w:val="pl-PL"/>
        </w:rPr>
      </w:pPr>
    </w:p>
    <w:p w14:paraId="1B70D5BE" w14:textId="219E6561"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2E4AE1">
        <w:rPr>
          <w:i/>
          <w:sz w:val="18"/>
          <w:lang w:val="pl-PL"/>
        </w:rPr>
        <w:t xml:space="preserve">  Ceny należy podać w walucie oferty, wskazując walutę. Oferty w walucie innej niż PLN zostaną przeliczone na PLN według średniego kursu NBP z dnia </w:t>
      </w:r>
      <w:r w:rsidR="00D65FF0">
        <w:rPr>
          <w:i/>
          <w:sz w:val="18"/>
          <w:lang w:val="pl-PL"/>
        </w:rPr>
        <w:t xml:space="preserve">terminu </w:t>
      </w:r>
      <w:r w:rsidRPr="002E4AE1">
        <w:rPr>
          <w:i/>
          <w:sz w:val="18"/>
          <w:lang w:val="pl-PL"/>
        </w:rPr>
        <w:t>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lastRenderedPageBreak/>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745014829" w:edGrp="everyone"/>
      <w:r w:rsidRPr="00161078">
        <w:rPr>
          <w:lang w:val="pl-PL"/>
        </w:rPr>
        <w:t>...............................................</w:t>
      </w:r>
    </w:p>
    <w:permEnd w:id="745014829"/>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77777777" w:rsidR="001512C8" w:rsidRPr="00161078" w:rsidRDefault="00443F1E">
      <w:pPr>
        <w:spacing w:after="80"/>
        <w:rPr>
          <w:lang w:val="pl-PL"/>
        </w:rPr>
      </w:pPr>
      <w:r w:rsidRPr="00161078">
        <w:rPr>
          <w:lang w:val="pl-PL"/>
        </w:rPr>
        <w:t>Składając ofertę do zapytania ofertowego na sukcesywną dostawę materiałów zużywalnych i odczynników laboratoryjnych – grupa 10,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
    <w:p w14:paraId="598FAA95" w14:textId="77777777" w:rsidR="001512C8" w:rsidRPr="00161078" w:rsidRDefault="00443F1E">
      <w:pPr>
        <w:spacing w:after="0"/>
        <w:jc w:val="center"/>
        <w:rPr>
          <w:lang w:val="pl-PL"/>
        </w:rPr>
      </w:pPr>
      <w:permStart w:id="1357855936" w:edGrp="everyone"/>
      <w:r w:rsidRPr="00161078">
        <w:rPr>
          <w:lang w:val="pl-PL"/>
        </w:rPr>
        <w:t>...............................................          ...............................................</w:t>
      </w:r>
    </w:p>
    <w:permEnd w:id="1357855936"/>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1578113741" w:edGrp="everyone"/>
      <w:r w:rsidRPr="00161078">
        <w:rPr>
          <w:lang w:val="pl-PL"/>
        </w:rPr>
        <w:t>...............................................          ...............................................</w:t>
      </w:r>
    </w:p>
    <w:permEnd w:id="1578113741"/>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77777777" w:rsidR="001512C8" w:rsidRPr="00161078" w:rsidRDefault="00443F1E">
      <w:pPr>
        <w:spacing w:after="80"/>
        <w:ind w:left="340" w:hanging="227"/>
        <w:rPr>
          <w:lang w:val="pl-PL"/>
        </w:rPr>
      </w:pPr>
      <w:r w:rsidRPr="00161078">
        <w:rPr>
          <w:lang w:val="pl-PL"/>
        </w:rPr>
        <w:t>–  Przedmiotem umowy jest sukcesywna dostawa materiałów zużywalnych i odczynników laboratoryjnych – grupa 10,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2D9E1" w14:textId="77777777" w:rsidR="00292947" w:rsidRDefault="00292947" w:rsidP="007A5F46">
      <w:pPr>
        <w:spacing w:after="0" w:line="240" w:lineRule="auto"/>
      </w:pPr>
      <w:r>
        <w:separator/>
      </w:r>
    </w:p>
  </w:endnote>
  <w:endnote w:type="continuationSeparator" w:id="0">
    <w:p w14:paraId="406E39FB" w14:textId="77777777" w:rsidR="00292947" w:rsidRDefault="00292947"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71C73" w14:textId="77777777" w:rsidR="00292947" w:rsidRDefault="00292947" w:rsidP="007A5F46">
      <w:pPr>
        <w:spacing w:after="0" w:line="240" w:lineRule="auto"/>
      </w:pPr>
      <w:r>
        <w:separator/>
      </w:r>
    </w:p>
  </w:footnote>
  <w:footnote w:type="continuationSeparator" w:id="0">
    <w:p w14:paraId="5BF65F6E" w14:textId="77777777" w:rsidR="00292947" w:rsidRDefault="00292947"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BUXnDrxlMujmu14BNF+hnaMLheKyfAvhNOfukXr33t8Bfe5cF+9zvPRl8lggqWuA5lSW9mtakV+S7urqv3A72Q==" w:salt="H4wrSzSV78CMFAUIhsZ3Tg=="/>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34616"/>
    <w:rsid w:val="00056A14"/>
    <w:rsid w:val="0006063C"/>
    <w:rsid w:val="00063E03"/>
    <w:rsid w:val="00081C05"/>
    <w:rsid w:val="0012729F"/>
    <w:rsid w:val="0015074B"/>
    <w:rsid w:val="001512C8"/>
    <w:rsid w:val="00161078"/>
    <w:rsid w:val="001856AE"/>
    <w:rsid w:val="0019327D"/>
    <w:rsid w:val="001954E8"/>
    <w:rsid w:val="001B0B75"/>
    <w:rsid w:val="001D2CAE"/>
    <w:rsid w:val="001D65B2"/>
    <w:rsid w:val="00211EA2"/>
    <w:rsid w:val="00235FF4"/>
    <w:rsid w:val="002747C6"/>
    <w:rsid w:val="00292947"/>
    <w:rsid w:val="0029639D"/>
    <w:rsid w:val="00296DAD"/>
    <w:rsid w:val="002B2018"/>
    <w:rsid w:val="002E4AE1"/>
    <w:rsid w:val="002F45AC"/>
    <w:rsid w:val="003010EC"/>
    <w:rsid w:val="00301769"/>
    <w:rsid w:val="00304E4B"/>
    <w:rsid w:val="00307ED0"/>
    <w:rsid w:val="003153DD"/>
    <w:rsid w:val="00326F90"/>
    <w:rsid w:val="003E1F09"/>
    <w:rsid w:val="003F7441"/>
    <w:rsid w:val="00413CED"/>
    <w:rsid w:val="00443F1E"/>
    <w:rsid w:val="004454D0"/>
    <w:rsid w:val="00446850"/>
    <w:rsid w:val="00471C1A"/>
    <w:rsid w:val="004E5ACF"/>
    <w:rsid w:val="00547173"/>
    <w:rsid w:val="00595ABB"/>
    <w:rsid w:val="005C6E4C"/>
    <w:rsid w:val="005D5D9D"/>
    <w:rsid w:val="0062219F"/>
    <w:rsid w:val="00625CC2"/>
    <w:rsid w:val="0064032A"/>
    <w:rsid w:val="00690BB7"/>
    <w:rsid w:val="006F66BD"/>
    <w:rsid w:val="0072607B"/>
    <w:rsid w:val="00756F5B"/>
    <w:rsid w:val="00795294"/>
    <w:rsid w:val="007A5F46"/>
    <w:rsid w:val="007B582D"/>
    <w:rsid w:val="007D0616"/>
    <w:rsid w:val="007D1D58"/>
    <w:rsid w:val="007F6AC1"/>
    <w:rsid w:val="00841B31"/>
    <w:rsid w:val="00892D92"/>
    <w:rsid w:val="008C78C8"/>
    <w:rsid w:val="008E02A0"/>
    <w:rsid w:val="00901B23"/>
    <w:rsid w:val="009135B1"/>
    <w:rsid w:val="00990C14"/>
    <w:rsid w:val="0099136A"/>
    <w:rsid w:val="009D66A1"/>
    <w:rsid w:val="009E6F09"/>
    <w:rsid w:val="00A0693F"/>
    <w:rsid w:val="00A912C4"/>
    <w:rsid w:val="00AA1D8D"/>
    <w:rsid w:val="00AB387C"/>
    <w:rsid w:val="00B05E60"/>
    <w:rsid w:val="00B1287C"/>
    <w:rsid w:val="00B32199"/>
    <w:rsid w:val="00B47730"/>
    <w:rsid w:val="00B75CE2"/>
    <w:rsid w:val="00B94556"/>
    <w:rsid w:val="00B971E9"/>
    <w:rsid w:val="00BA3548"/>
    <w:rsid w:val="00BB5AA7"/>
    <w:rsid w:val="00BF6928"/>
    <w:rsid w:val="00C057E6"/>
    <w:rsid w:val="00C649C2"/>
    <w:rsid w:val="00C77703"/>
    <w:rsid w:val="00C853A3"/>
    <w:rsid w:val="00C86981"/>
    <w:rsid w:val="00CB0664"/>
    <w:rsid w:val="00CE5DDD"/>
    <w:rsid w:val="00D11F9D"/>
    <w:rsid w:val="00D35310"/>
    <w:rsid w:val="00D65178"/>
    <w:rsid w:val="00D65FF0"/>
    <w:rsid w:val="00D9726F"/>
    <w:rsid w:val="00D97408"/>
    <w:rsid w:val="00E47DBB"/>
    <w:rsid w:val="00EE5DEC"/>
    <w:rsid w:val="00EF3D8C"/>
    <w:rsid w:val="00F628E2"/>
    <w:rsid w:val="00F94B02"/>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2.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153CC-DED1-455F-8CFF-BB18402DA374}">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1173</Words>
  <Characters>7042</Characters>
  <Application>Microsoft Office Word</Application>
  <DocSecurity>8</DocSecurity>
  <Lines>58</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2026-10-20T10:11:00Z</cp:lastPrinted>
  <dcterms:created xsi:type="dcterms:W3CDTF">2026-10-20T10:11:00Z</dcterms:created>
  <dcterms:modified xsi:type="dcterms:W3CDTF">2026-10-20T10:23:00Z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